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55AC" w:rsidRPr="00BB55AC" w:rsidRDefault="00BB55AC" w:rsidP="00AA56DA">
      <w:pPr>
        <w:pStyle w:val="NormalWeb"/>
        <w:spacing w:after="0" w:afterAutospacing="0"/>
        <w:ind w:left="7200"/>
      </w:pPr>
      <w:r w:rsidRPr="00BB55AC">
        <w:rPr>
          <w:rStyle w:val="Strong"/>
        </w:rPr>
        <w:t xml:space="preserve">Specimen Form </w:t>
      </w:r>
    </w:p>
    <w:p w:rsidR="00655159" w:rsidRPr="00BB55AC" w:rsidRDefault="00655159" w:rsidP="00BB55AC">
      <w:pPr>
        <w:pStyle w:val="pdq2pgselectionanchorcontainer"/>
        <w:spacing w:before="0" w:beforeAutospacing="0" w:after="0" w:afterAutospacing="0"/>
        <w:jc w:val="center"/>
      </w:pPr>
      <w:r w:rsidRPr="00BB55AC">
        <w:rPr>
          <w:rStyle w:val="Strong"/>
        </w:rPr>
        <w:t>Right to Information Act, No. 12 of 2016</w:t>
      </w:r>
    </w:p>
    <w:p w:rsidR="00655159" w:rsidRPr="00BB55AC" w:rsidRDefault="00655159" w:rsidP="00BB55AC">
      <w:pPr>
        <w:pStyle w:val="NormalWeb"/>
        <w:spacing w:before="0" w:beforeAutospacing="0" w:after="0" w:afterAutospacing="0"/>
        <w:jc w:val="center"/>
      </w:pPr>
      <w:r w:rsidRPr="00BB55AC">
        <w:rPr>
          <w:rStyle w:val="Strong"/>
        </w:rPr>
        <w:t xml:space="preserve">Section 8 – </w:t>
      </w:r>
      <w:r w:rsidR="00B532EE" w:rsidRPr="00BB55AC">
        <w:rPr>
          <w:rStyle w:val="Strong"/>
        </w:rPr>
        <w:t xml:space="preserve">Semi Annual </w:t>
      </w:r>
      <w:r w:rsidRPr="00BB55AC">
        <w:rPr>
          <w:rStyle w:val="Strong"/>
        </w:rPr>
        <w:t>Report</w:t>
      </w:r>
    </w:p>
    <w:p w:rsidR="00863E99" w:rsidRPr="00BB55AC" w:rsidRDefault="00655159" w:rsidP="00BB55AC">
      <w:pPr>
        <w:pStyle w:val="NormalWeb"/>
        <w:spacing w:before="0" w:beforeAutospacing="0" w:after="0" w:afterAutospacing="0"/>
      </w:pPr>
      <w:r w:rsidRPr="00BB55AC">
        <w:rPr>
          <w:rStyle w:val="Strong"/>
        </w:rPr>
        <w:t>Part I</w:t>
      </w:r>
    </w:p>
    <w:p w:rsidR="00655159" w:rsidRPr="00BB55AC" w:rsidRDefault="00655159" w:rsidP="00863E99">
      <w:pPr>
        <w:pStyle w:val="NormalWeb"/>
        <w:spacing w:before="0" w:beforeAutospacing="0" w:after="0" w:afterAutospacing="0"/>
      </w:pPr>
      <w:r w:rsidRPr="00BB55AC">
        <w:rPr>
          <w:rStyle w:val="Strong"/>
        </w:rPr>
        <w:t>Year:</w:t>
      </w:r>
      <w:r w:rsidRPr="00BB55AC">
        <w:t xml:space="preserve"> </w:t>
      </w:r>
      <w:r w:rsidR="00EE4D91" w:rsidRPr="00BB55AC">
        <w:t xml:space="preserve"> </w:t>
      </w:r>
      <w:r w:rsidR="005C0270">
        <w:t xml:space="preserve">2026 </w:t>
      </w:r>
      <w:r w:rsidRPr="00BB55AC">
        <w:t xml:space="preserve"> </w:t>
      </w:r>
      <w:r w:rsidRPr="00BB55AC">
        <w:rPr>
          <w:rStyle w:val="Strong"/>
          <w:b w:val="0"/>
          <w:bCs w:val="0"/>
        </w:rPr>
        <w:t>Reporting Period</w:t>
      </w:r>
      <w:r w:rsidR="00025761" w:rsidRPr="00BB55AC">
        <w:rPr>
          <w:rStyle w:val="Strong"/>
          <w:b w:val="0"/>
          <w:bCs w:val="0"/>
        </w:rPr>
        <w:t xml:space="preserve"> f</w:t>
      </w:r>
      <w:r w:rsidRPr="00BB55AC">
        <w:t xml:space="preserve">rom </w:t>
      </w:r>
      <w:r w:rsidR="00990509" w:rsidRPr="00BB55AC">
        <w:t>01</w:t>
      </w:r>
      <w:r w:rsidR="00990509" w:rsidRPr="00BB55AC">
        <w:rPr>
          <w:vertAlign w:val="superscript"/>
        </w:rPr>
        <w:t>st</w:t>
      </w:r>
      <w:r w:rsidR="00990509" w:rsidRPr="00BB55AC">
        <w:t xml:space="preserve"> January</w:t>
      </w:r>
      <w:r w:rsidRPr="00BB55AC">
        <w:t xml:space="preserve"> to </w:t>
      </w:r>
      <w:r w:rsidR="00990509" w:rsidRPr="00BB55AC">
        <w:t>30</w:t>
      </w:r>
      <w:r w:rsidR="00990509" w:rsidRPr="00BB55AC">
        <w:rPr>
          <w:vertAlign w:val="superscript"/>
        </w:rPr>
        <w:t>th</w:t>
      </w:r>
      <w:r w:rsidR="00990509" w:rsidRPr="00BB55AC">
        <w:t xml:space="preserve"> June</w:t>
      </w:r>
    </w:p>
    <w:p w:rsidR="00863E99" w:rsidRPr="00BB55AC" w:rsidRDefault="00863E99" w:rsidP="00863E99">
      <w:pPr>
        <w:pStyle w:val="NormalWeb"/>
        <w:spacing w:before="0" w:beforeAutospacing="0" w:after="0" w:afterAutospacing="0"/>
      </w:pPr>
    </w:p>
    <w:p w:rsidR="00863E99" w:rsidRPr="00BB55AC" w:rsidRDefault="00863E99" w:rsidP="00990A32">
      <w:pPr>
        <w:pStyle w:val="Heading3"/>
        <w:spacing w:before="0"/>
        <w:rPr>
          <w:rFonts w:ascii="Times New Roman" w:hAnsi="Times New Roman" w:cs="Times New Roman"/>
          <w:color w:val="000000" w:themeColor="text1"/>
          <w:sz w:val="24"/>
          <w:szCs w:val="24"/>
        </w:rPr>
      </w:pPr>
      <w:r w:rsidRPr="00BB55AC">
        <w:rPr>
          <w:rFonts w:ascii="Times New Roman" w:hAnsi="Times New Roman" w:cs="Times New Roman"/>
          <w:color w:val="000000" w:themeColor="text1"/>
          <w:sz w:val="24"/>
          <w:szCs w:val="24"/>
        </w:rPr>
        <w:t xml:space="preserve">01. </w:t>
      </w:r>
      <w:r w:rsidR="00B532EE" w:rsidRPr="00BB55AC">
        <w:rPr>
          <w:rFonts w:ascii="Times New Roman" w:hAnsi="Times New Roman" w:cs="Times New Roman"/>
          <w:color w:val="000000" w:themeColor="text1"/>
          <w:sz w:val="24"/>
          <w:szCs w:val="24"/>
        </w:rPr>
        <w:t xml:space="preserve">Details of the </w:t>
      </w:r>
      <w:r w:rsidRPr="00BB55AC">
        <w:rPr>
          <w:rFonts w:ascii="Times New Roman" w:hAnsi="Times New Roman" w:cs="Times New Roman"/>
          <w:color w:val="000000" w:themeColor="text1"/>
          <w:sz w:val="24"/>
          <w:szCs w:val="24"/>
        </w:rPr>
        <w:t xml:space="preserve">Ministry </w:t>
      </w:r>
    </w:p>
    <w:p w:rsidR="00863E99" w:rsidRPr="00BB55AC" w:rsidRDefault="00863E99" w:rsidP="00EE4D91">
      <w:pPr>
        <w:pStyle w:val="NormalWeb"/>
        <w:numPr>
          <w:ilvl w:val="0"/>
          <w:numId w:val="30"/>
        </w:numPr>
        <w:spacing w:before="0" w:beforeAutospacing="0" w:after="0" w:afterAutospacing="0"/>
        <w:rPr>
          <w:rFonts w:eastAsiaTheme="minorEastAsia"/>
          <w:lang w:bidi="ar-SA"/>
        </w:rPr>
      </w:pPr>
      <w:r w:rsidRPr="00BB55AC">
        <w:rPr>
          <w:rFonts w:eastAsiaTheme="minorEastAsia"/>
          <w:lang w:bidi="ar-SA"/>
        </w:rPr>
        <w:t>Name of the Minister</w:t>
      </w:r>
      <w:r w:rsidR="003C5832" w:rsidRPr="00BB55AC">
        <w:rPr>
          <w:rFonts w:eastAsiaTheme="minorEastAsia"/>
          <w:b/>
          <w:bCs/>
          <w:lang w:bidi="ar-SA"/>
        </w:rPr>
        <w:tab/>
      </w:r>
      <w:r w:rsidR="003C5832" w:rsidRPr="00BB55AC">
        <w:rPr>
          <w:rFonts w:eastAsiaTheme="minorEastAsia"/>
          <w:b/>
          <w:bCs/>
          <w:lang w:bidi="ar-SA"/>
        </w:rPr>
        <w:tab/>
      </w:r>
      <w:r w:rsidR="003C5832" w:rsidRPr="00BB55AC">
        <w:rPr>
          <w:rFonts w:eastAsiaTheme="minorEastAsia"/>
          <w:b/>
          <w:bCs/>
          <w:lang w:bidi="ar-SA"/>
        </w:rPr>
        <w:tab/>
      </w:r>
      <w:r w:rsidR="003C5832" w:rsidRPr="00BB55AC">
        <w:rPr>
          <w:rFonts w:eastAsiaTheme="minorEastAsia"/>
          <w:b/>
          <w:bCs/>
          <w:lang w:bidi="ar-SA"/>
        </w:rPr>
        <w:tab/>
      </w:r>
      <w:r w:rsidRPr="00BB55AC">
        <w:rPr>
          <w:rFonts w:eastAsiaTheme="minorEastAsia"/>
          <w:b/>
          <w:bCs/>
          <w:lang w:bidi="ar-SA"/>
        </w:rPr>
        <w:t>:</w:t>
      </w:r>
      <w:r w:rsidRPr="00BB55AC">
        <w:rPr>
          <w:rFonts w:eastAsiaTheme="minorEastAsia"/>
          <w:lang w:bidi="ar-SA"/>
        </w:rPr>
        <w:t xml:space="preserve">  </w:t>
      </w:r>
      <w:r w:rsidR="00480388">
        <w:rPr>
          <w:rFonts w:eastAsiaTheme="minorEastAsia" w:cs="Iskoola Pota"/>
        </w:rPr>
        <w:t>Hon.</w:t>
      </w:r>
      <w:r w:rsidR="00657C9C">
        <w:rPr>
          <w:rFonts w:eastAsiaTheme="minorEastAsia" w:cs="Iskoola Pota"/>
        </w:rPr>
        <w:t xml:space="preserve"> </w:t>
      </w:r>
      <w:r w:rsidR="00990A32" w:rsidRPr="00BB55AC">
        <w:rPr>
          <w:rFonts w:eastAsiaTheme="minorEastAsia"/>
          <w:lang w:bidi="ar-SA"/>
        </w:rPr>
        <w:t>Saroja</w:t>
      </w:r>
      <w:r w:rsidRPr="00BB55AC">
        <w:rPr>
          <w:rFonts w:eastAsiaTheme="minorEastAsia"/>
          <w:lang w:bidi="ar-SA"/>
        </w:rPr>
        <w:t xml:space="preserve"> Savithri Paulraj</w:t>
      </w:r>
    </w:p>
    <w:p w:rsidR="00863E99" w:rsidRPr="00BB55AC" w:rsidRDefault="00863E99" w:rsidP="00EE4D91">
      <w:pPr>
        <w:pStyle w:val="NormalWeb"/>
        <w:numPr>
          <w:ilvl w:val="0"/>
          <w:numId w:val="30"/>
        </w:numPr>
        <w:spacing w:before="0" w:beforeAutospacing="0" w:after="0" w:afterAutospacing="0"/>
        <w:rPr>
          <w:rFonts w:eastAsiaTheme="minorEastAsia"/>
          <w:lang w:bidi="ar-SA"/>
        </w:rPr>
      </w:pPr>
      <w:r w:rsidRPr="00BB55AC">
        <w:rPr>
          <w:rFonts w:eastAsiaTheme="minorEastAsia"/>
          <w:lang w:bidi="ar-SA"/>
        </w:rPr>
        <w:t>Name of the Ministry</w:t>
      </w:r>
      <w:r w:rsidR="00990A32" w:rsidRPr="00BB55AC">
        <w:rPr>
          <w:rFonts w:eastAsiaTheme="minorEastAsia"/>
          <w:b/>
          <w:bCs/>
          <w:lang w:bidi="ar-SA"/>
        </w:rPr>
        <w:tab/>
      </w:r>
      <w:r w:rsidR="00990A32" w:rsidRPr="00BB55AC">
        <w:rPr>
          <w:rFonts w:eastAsiaTheme="minorEastAsia"/>
          <w:b/>
          <w:bCs/>
          <w:lang w:bidi="ar-SA"/>
        </w:rPr>
        <w:tab/>
      </w:r>
      <w:r w:rsidR="00990A32" w:rsidRPr="00BB55AC">
        <w:rPr>
          <w:rFonts w:eastAsiaTheme="minorEastAsia"/>
          <w:b/>
          <w:bCs/>
          <w:lang w:bidi="ar-SA"/>
        </w:rPr>
        <w:tab/>
      </w:r>
      <w:r w:rsidR="00990A32" w:rsidRPr="00BB55AC">
        <w:rPr>
          <w:rFonts w:eastAsiaTheme="minorEastAsia"/>
          <w:b/>
          <w:bCs/>
          <w:lang w:bidi="ar-SA"/>
        </w:rPr>
        <w:tab/>
      </w:r>
      <w:r w:rsidRPr="00BB55AC">
        <w:rPr>
          <w:rFonts w:eastAsiaTheme="minorEastAsia"/>
          <w:b/>
          <w:bCs/>
          <w:lang w:bidi="ar-SA"/>
        </w:rPr>
        <w:t>:</w:t>
      </w:r>
      <w:r w:rsidR="00EE4D91" w:rsidRPr="00BB55AC">
        <w:rPr>
          <w:rFonts w:eastAsiaTheme="minorEastAsia"/>
          <w:b/>
          <w:bCs/>
          <w:lang w:bidi="ar-SA"/>
        </w:rPr>
        <w:t xml:space="preserve"> </w:t>
      </w:r>
      <w:r w:rsidRPr="00BB55AC">
        <w:rPr>
          <w:rFonts w:eastAsiaTheme="minorEastAsia"/>
          <w:lang w:bidi="ar-SA"/>
        </w:rPr>
        <w:t>Ministry of Women and Child Affairs</w:t>
      </w:r>
    </w:p>
    <w:p w:rsidR="00863E99" w:rsidRPr="00BB55AC" w:rsidRDefault="00B532EE" w:rsidP="00EE4D91">
      <w:pPr>
        <w:pStyle w:val="Heading2"/>
        <w:numPr>
          <w:ilvl w:val="0"/>
          <w:numId w:val="30"/>
        </w:numPr>
        <w:spacing w:before="0"/>
        <w:rPr>
          <w:rFonts w:ascii="Times New Roman" w:eastAsiaTheme="minorEastAsia" w:hAnsi="Times New Roman" w:cs="Times New Roman"/>
          <w:b w:val="0"/>
          <w:bCs w:val="0"/>
          <w:color w:val="auto"/>
          <w:sz w:val="24"/>
          <w:szCs w:val="24"/>
        </w:rPr>
      </w:pPr>
      <w:r w:rsidRPr="00BB55AC">
        <w:rPr>
          <w:rFonts w:ascii="Times New Roman" w:eastAsiaTheme="minorEastAsia" w:hAnsi="Times New Roman" w:cs="Times New Roman"/>
          <w:color w:val="auto"/>
          <w:sz w:val="24"/>
          <w:szCs w:val="24"/>
        </w:rPr>
        <w:t>(When Provincial Councils Ministry then Province</w:t>
      </w:r>
      <w:r w:rsidR="00863E99" w:rsidRPr="00BB55AC">
        <w:rPr>
          <w:rFonts w:ascii="Times New Roman" w:eastAsiaTheme="minorEastAsia" w:hAnsi="Times New Roman" w:cs="Times New Roman"/>
          <w:color w:val="auto"/>
          <w:sz w:val="24"/>
          <w:szCs w:val="24"/>
        </w:rPr>
        <w:t>):</w:t>
      </w:r>
    </w:p>
    <w:p w:rsidR="00863E99" w:rsidRPr="00BB55AC" w:rsidRDefault="00863E99" w:rsidP="00EE4D91">
      <w:pPr>
        <w:pStyle w:val="NormalWeb"/>
        <w:numPr>
          <w:ilvl w:val="0"/>
          <w:numId w:val="30"/>
        </w:numPr>
        <w:spacing w:before="0" w:beforeAutospacing="0" w:after="0" w:afterAutospacing="0"/>
        <w:rPr>
          <w:rFonts w:eastAsiaTheme="minorEastAsia"/>
          <w:lang w:bidi="ar-SA"/>
        </w:rPr>
      </w:pPr>
      <w:r w:rsidRPr="00BB55AC">
        <w:rPr>
          <w:rFonts w:eastAsiaTheme="minorEastAsia"/>
          <w:lang w:bidi="ar-SA"/>
        </w:rPr>
        <w:t>Address</w:t>
      </w:r>
      <w:r w:rsidR="00EE4D91" w:rsidRPr="00BB55AC">
        <w:rPr>
          <w:rFonts w:eastAsiaTheme="minorEastAsia"/>
          <w:b/>
          <w:bCs/>
          <w:lang w:bidi="ar-SA"/>
        </w:rPr>
        <w:tab/>
      </w:r>
      <w:r w:rsidR="00EE4D91" w:rsidRPr="00BB55AC">
        <w:rPr>
          <w:rFonts w:eastAsiaTheme="minorEastAsia"/>
          <w:b/>
          <w:bCs/>
          <w:lang w:bidi="ar-SA"/>
        </w:rPr>
        <w:tab/>
      </w:r>
      <w:r w:rsidR="00EE4D91" w:rsidRPr="00BB55AC">
        <w:rPr>
          <w:rFonts w:eastAsiaTheme="minorEastAsia"/>
          <w:b/>
          <w:bCs/>
          <w:lang w:bidi="ar-SA"/>
        </w:rPr>
        <w:tab/>
      </w:r>
      <w:r w:rsidR="00EE4D91" w:rsidRPr="00BB55AC">
        <w:rPr>
          <w:rFonts w:eastAsiaTheme="minorEastAsia"/>
          <w:b/>
          <w:bCs/>
          <w:lang w:bidi="ar-SA"/>
        </w:rPr>
        <w:tab/>
      </w:r>
      <w:r w:rsidR="00EE4D91" w:rsidRPr="00BB55AC">
        <w:rPr>
          <w:rFonts w:eastAsiaTheme="minorEastAsia"/>
          <w:b/>
          <w:bCs/>
          <w:lang w:bidi="ar-SA"/>
        </w:rPr>
        <w:tab/>
      </w:r>
      <w:r w:rsidRPr="00BB55AC">
        <w:rPr>
          <w:rFonts w:eastAsiaTheme="minorEastAsia"/>
          <w:b/>
          <w:bCs/>
          <w:lang w:bidi="ar-SA"/>
        </w:rPr>
        <w:t>:</w:t>
      </w:r>
      <w:r w:rsidR="00532ED5" w:rsidRPr="00BB55AC">
        <w:rPr>
          <w:rFonts w:eastAsiaTheme="minorEastAsia"/>
          <w:lang w:bidi="ar-SA"/>
        </w:rPr>
        <w:t>5th</w:t>
      </w:r>
      <w:r w:rsidR="005C0270">
        <w:rPr>
          <w:rFonts w:eastAsiaTheme="minorEastAsia"/>
          <w:lang w:bidi="ar-SA"/>
        </w:rPr>
        <w:t xml:space="preserve"> Floor,Stage</w:t>
      </w:r>
      <w:r w:rsidR="00990A32" w:rsidRPr="00BB55AC">
        <w:rPr>
          <w:rFonts w:eastAsiaTheme="minorEastAsia"/>
          <w:lang w:bidi="ar-SA"/>
        </w:rPr>
        <w:t>II,</w:t>
      </w:r>
      <w:r w:rsidR="00EE4D91" w:rsidRPr="00BB55AC">
        <w:rPr>
          <w:rFonts w:eastAsiaTheme="minorEastAsia"/>
          <w:lang w:bidi="ar-SA"/>
        </w:rPr>
        <w:t>Sethsiripaya,</w:t>
      </w:r>
      <w:r w:rsidRPr="00BB55AC">
        <w:rPr>
          <w:rFonts w:eastAsiaTheme="minorEastAsia"/>
          <w:lang w:bidi="ar-SA"/>
        </w:rPr>
        <w:t>Battaramulla</w:t>
      </w:r>
    </w:p>
    <w:p w:rsidR="00863E99" w:rsidRPr="00BB55AC" w:rsidRDefault="00B532EE" w:rsidP="00EE4D91">
      <w:pPr>
        <w:pStyle w:val="NormalWeb"/>
        <w:numPr>
          <w:ilvl w:val="0"/>
          <w:numId w:val="30"/>
        </w:numPr>
        <w:spacing w:before="0" w:beforeAutospacing="0" w:after="0" w:afterAutospacing="0"/>
        <w:rPr>
          <w:rFonts w:eastAsiaTheme="minorEastAsia"/>
          <w:lang w:bidi="ar-SA"/>
        </w:rPr>
      </w:pPr>
      <w:r w:rsidRPr="00BB55AC">
        <w:rPr>
          <w:rFonts w:eastAsiaTheme="minorEastAsia"/>
          <w:lang w:bidi="ar-SA"/>
        </w:rPr>
        <w:t>Contact</w:t>
      </w:r>
      <w:r w:rsidR="00EE4D91" w:rsidRPr="00BB55AC">
        <w:rPr>
          <w:rFonts w:eastAsiaTheme="minorEastAsia"/>
          <w:lang w:bidi="ar-SA"/>
        </w:rPr>
        <w:t xml:space="preserve"> Number </w:t>
      </w:r>
      <w:r w:rsidR="00990A32" w:rsidRPr="00BB55AC">
        <w:rPr>
          <w:rFonts w:eastAsiaTheme="minorEastAsia"/>
          <w:lang w:bidi="ar-SA"/>
        </w:rPr>
        <w:t>(General)</w:t>
      </w:r>
      <w:r w:rsidR="00990A32" w:rsidRPr="00BB55AC">
        <w:rPr>
          <w:rFonts w:eastAsiaTheme="minorEastAsia"/>
          <w:lang w:bidi="ar-SA"/>
        </w:rPr>
        <w:tab/>
      </w:r>
      <w:r w:rsidR="00EE4D91" w:rsidRPr="00BB55AC">
        <w:rPr>
          <w:rFonts w:eastAsiaTheme="minorEastAsia"/>
          <w:lang w:bidi="ar-SA"/>
        </w:rPr>
        <w:tab/>
      </w:r>
      <w:r w:rsidR="00EE4D91" w:rsidRPr="00BB55AC">
        <w:rPr>
          <w:rFonts w:eastAsiaTheme="minorEastAsia"/>
          <w:lang w:bidi="ar-SA"/>
        </w:rPr>
        <w:tab/>
      </w:r>
      <w:r w:rsidR="00863E99" w:rsidRPr="00BB55AC">
        <w:rPr>
          <w:rFonts w:eastAsiaTheme="minorEastAsia"/>
          <w:lang w:bidi="ar-SA"/>
        </w:rPr>
        <w:t>:011 2186055</w:t>
      </w:r>
    </w:p>
    <w:p w:rsidR="00863E99" w:rsidRPr="00BB55AC" w:rsidRDefault="00863E99" w:rsidP="00EE4D91">
      <w:pPr>
        <w:pStyle w:val="NormalWeb"/>
        <w:numPr>
          <w:ilvl w:val="0"/>
          <w:numId w:val="30"/>
        </w:numPr>
        <w:spacing w:before="0" w:beforeAutospacing="0" w:after="0" w:afterAutospacing="0"/>
      </w:pPr>
      <w:r w:rsidRPr="00BB55AC">
        <w:rPr>
          <w:rFonts w:eastAsiaTheme="minorEastAsia"/>
          <w:lang w:bidi="ar-SA"/>
        </w:rPr>
        <w:t>Email Address</w:t>
      </w:r>
      <w:r w:rsidR="00990A32" w:rsidRPr="00BB55AC">
        <w:rPr>
          <w:rFonts w:eastAsiaTheme="minorEastAsia"/>
          <w:b/>
          <w:bCs/>
          <w:lang w:bidi="ar-SA"/>
        </w:rPr>
        <w:tab/>
      </w:r>
      <w:r w:rsidR="00990A32" w:rsidRPr="00BB55AC">
        <w:rPr>
          <w:rStyle w:val="Strong"/>
        </w:rPr>
        <w:tab/>
      </w:r>
      <w:r w:rsidR="00990A32" w:rsidRPr="00BB55AC">
        <w:rPr>
          <w:rStyle w:val="Strong"/>
        </w:rPr>
        <w:tab/>
      </w:r>
      <w:r w:rsidR="00990A32" w:rsidRPr="00BB55AC">
        <w:rPr>
          <w:rStyle w:val="Strong"/>
        </w:rPr>
        <w:tab/>
      </w:r>
      <w:r w:rsidR="00990A32" w:rsidRPr="00BB55AC">
        <w:rPr>
          <w:rStyle w:val="Strong"/>
        </w:rPr>
        <w:tab/>
      </w:r>
      <w:r w:rsidRPr="00BB55AC">
        <w:rPr>
          <w:rStyle w:val="Strong"/>
        </w:rPr>
        <w:t>:</w:t>
      </w:r>
      <w:hyperlink r:id="rId8" w:history="1">
        <w:r w:rsidRPr="00BB55AC">
          <w:rPr>
            <w:rStyle w:val="Hyperlink"/>
            <w:rFonts w:eastAsiaTheme="majorEastAsia"/>
          </w:rPr>
          <w:t>secretary@childwomenmin.gov.lk</w:t>
        </w:r>
      </w:hyperlink>
    </w:p>
    <w:p w:rsidR="00863E99" w:rsidRPr="00BB55AC" w:rsidRDefault="00863E99" w:rsidP="00EE4D91">
      <w:pPr>
        <w:pStyle w:val="NormalWeb"/>
        <w:numPr>
          <w:ilvl w:val="0"/>
          <w:numId w:val="30"/>
        </w:numPr>
        <w:spacing w:before="0" w:beforeAutospacing="0" w:after="0" w:afterAutospacing="0"/>
      </w:pPr>
      <w:r w:rsidRPr="00BB55AC">
        <w:rPr>
          <w:rFonts w:eastAsiaTheme="minorEastAsia"/>
          <w:lang w:bidi="ar-SA"/>
        </w:rPr>
        <w:t>Website</w:t>
      </w:r>
      <w:r w:rsidR="00990A32" w:rsidRPr="00BB55AC">
        <w:rPr>
          <w:rStyle w:val="Strong"/>
          <w:b w:val="0"/>
          <w:bCs w:val="0"/>
        </w:rPr>
        <w:tab/>
      </w:r>
      <w:r w:rsidR="00EE4D91" w:rsidRPr="00BB55AC">
        <w:rPr>
          <w:rStyle w:val="Strong"/>
        </w:rPr>
        <w:tab/>
      </w:r>
      <w:r w:rsidR="00EE4D91" w:rsidRPr="00BB55AC">
        <w:rPr>
          <w:rStyle w:val="Strong"/>
        </w:rPr>
        <w:tab/>
      </w:r>
      <w:r w:rsidR="00EE4D91" w:rsidRPr="00BB55AC">
        <w:rPr>
          <w:rStyle w:val="Strong"/>
        </w:rPr>
        <w:tab/>
      </w:r>
      <w:r w:rsidR="00EE4D91" w:rsidRPr="00BB55AC">
        <w:rPr>
          <w:rStyle w:val="Strong"/>
        </w:rPr>
        <w:tab/>
      </w:r>
      <w:r w:rsidR="00990A32" w:rsidRPr="00BB55AC">
        <w:rPr>
          <w:rStyle w:val="Strong"/>
        </w:rPr>
        <w:t>:</w:t>
      </w:r>
      <w:hyperlink r:id="rId9" w:tgtFrame="_new" w:history="1">
        <w:r w:rsidRPr="00BB55AC">
          <w:rPr>
            <w:rStyle w:val="Hyperlink"/>
            <w:rFonts w:eastAsiaTheme="majorEastAsia"/>
          </w:rPr>
          <w:t>www.childwomenmin.gov.lk</w:t>
        </w:r>
      </w:hyperlink>
    </w:p>
    <w:p w:rsidR="00A32EDC" w:rsidRPr="00BB55AC" w:rsidRDefault="00A32EDC" w:rsidP="00863E99">
      <w:pPr>
        <w:spacing w:after="0"/>
        <w:jc w:val="both"/>
        <w:rPr>
          <w:rFonts w:ascii="Times New Roman" w:hAnsi="Times New Roman" w:cs="Times New Roman"/>
          <w:sz w:val="24"/>
          <w:szCs w:val="24"/>
          <w:lang w:bidi="si-LK"/>
        </w:rPr>
      </w:pPr>
    </w:p>
    <w:p w:rsidR="00A32EDC" w:rsidRPr="00BB55AC" w:rsidRDefault="00836AF7" w:rsidP="00A32EDC">
      <w:pPr>
        <w:spacing w:after="0"/>
        <w:jc w:val="both"/>
        <w:rPr>
          <w:rFonts w:ascii="Times New Roman" w:hAnsi="Times New Roman" w:cs="Times New Roman"/>
          <w:b/>
          <w:bCs/>
          <w:sz w:val="24"/>
          <w:szCs w:val="24"/>
          <w:lang w:bidi="si-LK"/>
        </w:rPr>
      </w:pPr>
      <w:r w:rsidRPr="00BB55AC">
        <w:rPr>
          <w:rFonts w:ascii="Times New Roman" w:hAnsi="Times New Roman" w:cs="Times New Roman"/>
          <w:b/>
          <w:sz w:val="24"/>
          <w:szCs w:val="24"/>
        </w:rPr>
        <w:t xml:space="preserve">02. </w:t>
      </w:r>
      <w:r w:rsidR="00B532EE" w:rsidRPr="00BB55AC">
        <w:rPr>
          <w:rFonts w:ascii="Times New Roman" w:hAnsi="Times New Roman" w:cs="Times New Roman"/>
          <w:sz w:val="24"/>
          <w:szCs w:val="24"/>
        </w:rPr>
        <w:t>Organization</w:t>
      </w:r>
      <w:r w:rsidR="00BF1A03" w:rsidRPr="00BB55AC">
        <w:rPr>
          <w:rFonts w:ascii="Times New Roman" w:hAnsi="Times New Roman" w:cs="Times New Roman"/>
          <w:sz w:val="24"/>
          <w:szCs w:val="24"/>
        </w:rPr>
        <w:t xml:space="preserve"> Structure of the Ministry</w:t>
      </w:r>
    </w:p>
    <w:p w:rsidR="004375CF" w:rsidRPr="00BB55AC" w:rsidRDefault="00EE4D91" w:rsidP="00A32EDC">
      <w:pPr>
        <w:pStyle w:val="ListParagraph"/>
        <w:numPr>
          <w:ilvl w:val="0"/>
          <w:numId w:val="10"/>
        </w:numPr>
        <w:spacing w:after="0"/>
        <w:jc w:val="both"/>
        <w:rPr>
          <w:rFonts w:ascii="Times New Roman" w:hAnsi="Times New Roman" w:cs="Times New Roman"/>
          <w:sz w:val="24"/>
          <w:szCs w:val="24"/>
          <w:lang w:bidi="si-LK"/>
        </w:rPr>
      </w:pPr>
      <w:r w:rsidRPr="00BB55AC">
        <w:rPr>
          <w:rFonts w:ascii="Times New Roman" w:hAnsi="Times New Roman" w:cs="Times New Roman"/>
          <w:sz w:val="24"/>
          <w:szCs w:val="24"/>
        </w:rPr>
        <w:t>Illustrate with</w:t>
      </w:r>
      <w:r w:rsidR="00BF1A03" w:rsidRPr="00BB55AC">
        <w:rPr>
          <w:rFonts w:ascii="Times New Roman" w:hAnsi="Times New Roman" w:cs="Times New Roman"/>
          <w:sz w:val="24"/>
          <w:szCs w:val="24"/>
        </w:rPr>
        <w:t xml:space="preserve"> </w:t>
      </w:r>
      <w:r w:rsidR="00B532EE" w:rsidRPr="00BB55AC">
        <w:rPr>
          <w:rFonts w:ascii="Times New Roman" w:hAnsi="Times New Roman" w:cs="Times New Roman"/>
          <w:sz w:val="24"/>
          <w:szCs w:val="24"/>
        </w:rPr>
        <w:t>organization</w:t>
      </w:r>
      <w:r w:rsidR="00BF1A03" w:rsidRPr="00BB55AC">
        <w:rPr>
          <w:rFonts w:ascii="Times New Roman" w:hAnsi="Times New Roman" w:cs="Times New Roman"/>
          <w:sz w:val="24"/>
          <w:szCs w:val="24"/>
        </w:rPr>
        <w:t xml:space="preserve"> chart.</w:t>
      </w:r>
      <w:r w:rsidR="0082360C">
        <w:rPr>
          <w:rFonts w:ascii="Times New Roman" w:hAnsi="Times New Roman" w:cs="Times New Roman"/>
          <w:sz w:val="24"/>
          <w:szCs w:val="24"/>
        </w:rPr>
        <w:t xml:space="preserve"> – Attachment 1</w:t>
      </w:r>
    </w:p>
    <w:p w:rsidR="004375CF" w:rsidRPr="00BB55AC" w:rsidRDefault="004375CF" w:rsidP="004375CF">
      <w:pPr>
        <w:pStyle w:val="ListParagraph"/>
        <w:numPr>
          <w:ilvl w:val="0"/>
          <w:numId w:val="10"/>
        </w:numPr>
        <w:spacing w:after="0"/>
        <w:jc w:val="both"/>
        <w:rPr>
          <w:rFonts w:ascii="Times New Roman" w:hAnsi="Times New Roman" w:cs="Times New Roman"/>
          <w:sz w:val="24"/>
          <w:szCs w:val="24"/>
        </w:rPr>
      </w:pPr>
      <w:r w:rsidRPr="00BB55AC">
        <w:rPr>
          <w:rFonts w:ascii="Times New Roman" w:hAnsi="Times New Roman" w:cs="Times New Roman"/>
          <w:sz w:val="24"/>
          <w:szCs w:val="24"/>
        </w:rPr>
        <w:t xml:space="preserve">It should include the </w:t>
      </w:r>
      <w:r w:rsidR="00B532EE" w:rsidRPr="00BB55AC">
        <w:rPr>
          <w:rFonts w:ascii="Times New Roman" w:hAnsi="Times New Roman" w:cs="Times New Roman"/>
          <w:sz w:val="24"/>
          <w:szCs w:val="24"/>
        </w:rPr>
        <w:t xml:space="preserve">names of </w:t>
      </w:r>
      <w:r w:rsidR="00FD4DCA" w:rsidRPr="00BB55AC">
        <w:rPr>
          <w:rFonts w:ascii="Times New Roman" w:hAnsi="Times New Roman" w:cs="Times New Roman"/>
          <w:sz w:val="24"/>
          <w:szCs w:val="24"/>
        </w:rPr>
        <w:t>D</w:t>
      </w:r>
      <w:r w:rsidRPr="00BB55AC">
        <w:rPr>
          <w:rFonts w:ascii="Times New Roman" w:hAnsi="Times New Roman" w:cs="Times New Roman"/>
          <w:sz w:val="24"/>
          <w:szCs w:val="24"/>
        </w:rPr>
        <w:t xml:space="preserve">ivisions, </w:t>
      </w:r>
      <w:r w:rsidR="00B532EE" w:rsidRPr="00BB55AC">
        <w:rPr>
          <w:rFonts w:ascii="Times New Roman" w:hAnsi="Times New Roman" w:cs="Times New Roman"/>
          <w:sz w:val="24"/>
          <w:szCs w:val="24"/>
        </w:rPr>
        <w:t>Head</w:t>
      </w:r>
      <w:r w:rsidRPr="00BB55AC">
        <w:rPr>
          <w:rFonts w:ascii="Times New Roman" w:hAnsi="Times New Roman" w:cs="Times New Roman"/>
          <w:sz w:val="24"/>
          <w:szCs w:val="24"/>
        </w:rPr>
        <w:t xml:space="preserve"> of </w:t>
      </w:r>
      <w:r w:rsidR="00B532EE" w:rsidRPr="00BB55AC">
        <w:rPr>
          <w:rFonts w:ascii="Times New Roman" w:hAnsi="Times New Roman" w:cs="Times New Roman"/>
          <w:sz w:val="24"/>
          <w:szCs w:val="24"/>
        </w:rPr>
        <w:t>the Division</w:t>
      </w:r>
      <w:r w:rsidR="00EE4D91" w:rsidRPr="00BB55AC">
        <w:rPr>
          <w:rFonts w:ascii="Times New Roman" w:hAnsi="Times New Roman" w:cs="Times New Roman"/>
          <w:sz w:val="24"/>
          <w:szCs w:val="24"/>
        </w:rPr>
        <w:t>s</w:t>
      </w:r>
      <w:r w:rsidRPr="00BB55AC">
        <w:rPr>
          <w:rFonts w:ascii="Times New Roman" w:hAnsi="Times New Roman" w:cs="Times New Roman"/>
          <w:sz w:val="24"/>
          <w:szCs w:val="24"/>
        </w:rPr>
        <w:t xml:space="preserve">, </w:t>
      </w:r>
      <w:r w:rsidR="00B532EE" w:rsidRPr="00BB55AC">
        <w:rPr>
          <w:rFonts w:ascii="Times New Roman" w:hAnsi="Times New Roman" w:cs="Times New Roman"/>
          <w:sz w:val="24"/>
          <w:szCs w:val="24"/>
        </w:rPr>
        <w:t>the Staff O</w:t>
      </w:r>
      <w:r w:rsidRPr="00BB55AC">
        <w:rPr>
          <w:rFonts w:ascii="Times New Roman" w:hAnsi="Times New Roman" w:cs="Times New Roman"/>
          <w:sz w:val="24"/>
          <w:szCs w:val="24"/>
        </w:rPr>
        <w:t xml:space="preserve">fficer </w:t>
      </w:r>
      <w:r w:rsidR="00D0296B" w:rsidRPr="00BB55AC">
        <w:rPr>
          <w:rFonts w:ascii="Times New Roman" w:hAnsi="Times New Roman" w:cs="Times New Roman"/>
          <w:sz w:val="24"/>
          <w:szCs w:val="24"/>
        </w:rPr>
        <w:t>Positions</w:t>
      </w:r>
      <w:r w:rsidRPr="00BB55AC">
        <w:rPr>
          <w:rFonts w:ascii="Times New Roman" w:hAnsi="Times New Roman" w:cs="Times New Roman"/>
          <w:sz w:val="24"/>
          <w:szCs w:val="24"/>
        </w:rPr>
        <w:t>, and number of other employees.</w:t>
      </w:r>
      <w:r w:rsidR="00EE4D91" w:rsidRPr="00BB55AC">
        <w:rPr>
          <w:rFonts w:ascii="Times New Roman" w:hAnsi="Times New Roman" w:cs="Times New Roman"/>
          <w:sz w:val="24"/>
          <w:szCs w:val="24"/>
        </w:rPr>
        <w:t xml:space="preserve"> Should be Included.</w:t>
      </w:r>
    </w:p>
    <w:p w:rsidR="00EE4D91" w:rsidRPr="005C0270" w:rsidRDefault="00EE4D91" w:rsidP="00AA56DA">
      <w:pPr>
        <w:spacing w:after="0" w:line="240" w:lineRule="auto"/>
        <w:jc w:val="both"/>
        <w:rPr>
          <w:rFonts w:ascii="Times New Roman" w:hAnsi="Times New Roman" w:cs="Times New Roman"/>
          <w:b/>
          <w:bCs/>
          <w:sz w:val="24"/>
          <w:szCs w:val="24"/>
        </w:rPr>
      </w:pPr>
    </w:p>
    <w:p w:rsidR="00AA56DA" w:rsidRDefault="004375CF" w:rsidP="00AA56DA">
      <w:pPr>
        <w:pStyle w:val="ListParagraph"/>
        <w:spacing w:after="0" w:line="240" w:lineRule="auto"/>
        <w:ind w:left="360"/>
        <w:jc w:val="both"/>
        <w:rPr>
          <w:rFonts w:ascii="Times New Roman" w:hAnsi="Times New Roman"/>
          <w:b/>
          <w:bCs/>
          <w:sz w:val="24"/>
          <w:szCs w:val="24"/>
          <w:cs/>
          <w:lang w:bidi="si-LK"/>
        </w:rPr>
      </w:pPr>
      <w:r w:rsidRPr="005C0270">
        <w:rPr>
          <w:rFonts w:ascii="Times New Roman" w:hAnsi="Times New Roman" w:cs="Times New Roman"/>
          <w:b/>
          <w:bCs/>
          <w:sz w:val="24"/>
          <w:szCs w:val="24"/>
        </w:rPr>
        <w:t>Staff of the Ministry of Women and Child Affairs</w:t>
      </w:r>
    </w:p>
    <w:p w:rsidR="00AA56DA" w:rsidRDefault="00AA56DA" w:rsidP="00AA56DA">
      <w:pPr>
        <w:rPr>
          <w:cs/>
          <w:lang w:bidi="si-LK"/>
        </w:rPr>
      </w:pPr>
    </w:p>
    <w:p w:rsidR="00DD483E" w:rsidRPr="00AA56DA" w:rsidRDefault="00DD483E" w:rsidP="00AA56DA">
      <w:pPr>
        <w:rPr>
          <w:sz w:val="14"/>
          <w:szCs w:val="14"/>
          <w:cs/>
          <w:lang w:bidi="si-LK"/>
        </w:rPr>
      </w:pPr>
    </w:p>
    <w:tbl>
      <w:tblPr>
        <w:tblStyle w:val="TableGrid"/>
        <w:tblpPr w:leftFromText="180" w:rightFromText="180" w:vertAnchor="page" w:horzAnchor="margin" w:tblpY="8521"/>
        <w:tblW w:w="9468" w:type="dxa"/>
        <w:tblLook w:val="04A0"/>
      </w:tblPr>
      <w:tblGrid>
        <w:gridCol w:w="5670"/>
        <w:gridCol w:w="3798"/>
      </w:tblGrid>
      <w:tr w:rsidR="00A32EDC" w:rsidRPr="00BB55AC" w:rsidTr="00093DD3">
        <w:tc>
          <w:tcPr>
            <w:tcW w:w="5670" w:type="dxa"/>
          </w:tcPr>
          <w:p w:rsidR="00A32EDC" w:rsidRPr="005C0270" w:rsidRDefault="00D42317" w:rsidP="00AA56DA">
            <w:pPr>
              <w:rPr>
                <w:rFonts w:ascii="Times New Roman" w:hAnsi="Times New Roman" w:cs="Times New Roman"/>
                <w:b/>
                <w:bCs/>
                <w:sz w:val="24"/>
                <w:szCs w:val="24"/>
                <w:cs/>
                <w:lang w:bidi="si-LK"/>
              </w:rPr>
            </w:pPr>
            <w:r w:rsidRPr="005C0270">
              <w:rPr>
                <w:rFonts w:ascii="Times New Roman" w:hAnsi="Times New Roman" w:cs="Times New Roman"/>
                <w:b/>
                <w:bCs/>
                <w:sz w:val="24"/>
                <w:szCs w:val="24"/>
                <w:lang w:bidi="si-LK"/>
              </w:rPr>
              <w:t xml:space="preserve">Post </w:t>
            </w:r>
          </w:p>
        </w:tc>
        <w:tc>
          <w:tcPr>
            <w:tcW w:w="3798" w:type="dxa"/>
          </w:tcPr>
          <w:p w:rsidR="00A32EDC" w:rsidRPr="005C0270" w:rsidRDefault="00BF1A03" w:rsidP="00AA56DA">
            <w:pPr>
              <w:jc w:val="center"/>
              <w:rPr>
                <w:rFonts w:ascii="Times New Roman" w:hAnsi="Times New Roman" w:cs="Times New Roman"/>
                <w:b/>
                <w:bCs/>
                <w:sz w:val="24"/>
                <w:szCs w:val="24"/>
                <w:cs/>
                <w:lang w:bidi="si-LK"/>
              </w:rPr>
            </w:pPr>
            <w:r w:rsidRPr="005C0270">
              <w:rPr>
                <w:rFonts w:ascii="Times New Roman" w:hAnsi="Times New Roman" w:cs="Times New Roman"/>
                <w:b/>
                <w:bCs/>
                <w:sz w:val="24"/>
                <w:szCs w:val="24"/>
              </w:rPr>
              <w:t>Number of Officers/Employees</w:t>
            </w:r>
          </w:p>
        </w:tc>
      </w:tr>
      <w:tr w:rsidR="00BF1A03" w:rsidRPr="00BB55AC" w:rsidTr="00093DD3">
        <w:tc>
          <w:tcPr>
            <w:tcW w:w="5670" w:type="dxa"/>
          </w:tcPr>
          <w:tbl>
            <w:tblPr>
              <w:tblW w:w="0" w:type="auto"/>
              <w:tblCellSpacing w:w="15" w:type="dxa"/>
              <w:tblCellMar>
                <w:top w:w="15" w:type="dxa"/>
                <w:left w:w="15" w:type="dxa"/>
                <w:bottom w:w="15" w:type="dxa"/>
                <w:right w:w="15" w:type="dxa"/>
              </w:tblCellMar>
              <w:tblLook w:val="04A0"/>
            </w:tblPr>
            <w:tblGrid>
              <w:gridCol w:w="5209"/>
            </w:tblGrid>
            <w:tr w:rsidR="00BF1A03" w:rsidRPr="00BB55AC" w:rsidTr="00BB55AC">
              <w:trPr>
                <w:tblCellSpacing w:w="15" w:type="dxa"/>
              </w:trPr>
              <w:tc>
                <w:tcPr>
                  <w:tcW w:w="0" w:type="auto"/>
                  <w:vAlign w:val="center"/>
                  <w:hideMark/>
                </w:tcPr>
                <w:p w:rsidR="00BF1A03" w:rsidRPr="00BB55AC" w:rsidRDefault="00BF1A03" w:rsidP="00AA56DA">
                  <w:pPr>
                    <w:framePr w:hSpace="180" w:wrap="around" w:vAnchor="page" w:hAnchor="margin" w:y="8521"/>
                    <w:spacing w:after="0" w:line="240" w:lineRule="auto"/>
                    <w:rPr>
                      <w:rFonts w:ascii="Times New Roman" w:hAnsi="Times New Roman" w:cs="Times New Roman"/>
                      <w:sz w:val="24"/>
                      <w:szCs w:val="24"/>
                    </w:rPr>
                  </w:pPr>
                  <w:r w:rsidRPr="00BB55AC">
                    <w:rPr>
                      <w:rFonts w:ascii="Times New Roman" w:hAnsi="Times New Roman" w:cs="Times New Roman"/>
                      <w:sz w:val="24"/>
                      <w:szCs w:val="24"/>
                    </w:rPr>
                    <w:t>Information and Communication Technology Officer</w:t>
                  </w:r>
                </w:p>
              </w:tc>
            </w:tr>
          </w:tbl>
          <w:p w:rsidR="00BF1A03" w:rsidRPr="00BB55AC" w:rsidRDefault="00BF1A03" w:rsidP="00AA56DA">
            <w:pPr>
              <w:rPr>
                <w:rFonts w:ascii="Times New Roman" w:hAnsi="Times New Roman" w:cs="Times New Roman"/>
                <w:vanish/>
                <w:sz w:val="24"/>
                <w:szCs w:val="24"/>
              </w:rPr>
            </w:pPr>
          </w:p>
        </w:tc>
        <w:tc>
          <w:tcPr>
            <w:tcW w:w="3798" w:type="dxa"/>
          </w:tcPr>
          <w:p w:rsidR="00BF1A03" w:rsidRPr="00BB55AC" w:rsidRDefault="00BF1A03" w:rsidP="00AA56DA">
            <w:pPr>
              <w:jc w:val="center"/>
              <w:rPr>
                <w:rFonts w:ascii="Times New Roman" w:hAnsi="Times New Roman" w:cs="Times New Roman"/>
                <w:sz w:val="24"/>
                <w:szCs w:val="24"/>
              </w:rPr>
            </w:pPr>
            <w:r w:rsidRPr="00BB55AC">
              <w:rPr>
                <w:rFonts w:ascii="Times New Roman" w:hAnsi="Times New Roman" w:cs="Times New Roman"/>
                <w:sz w:val="24"/>
                <w:szCs w:val="24"/>
                <w:rtl/>
                <w:cs/>
              </w:rPr>
              <w:t>1</w:t>
            </w:r>
          </w:p>
        </w:tc>
      </w:tr>
      <w:tr w:rsidR="00BF1A03" w:rsidRPr="00BB55AC" w:rsidTr="00093DD3">
        <w:tc>
          <w:tcPr>
            <w:tcW w:w="5670" w:type="dxa"/>
          </w:tcPr>
          <w:tbl>
            <w:tblPr>
              <w:tblW w:w="0" w:type="auto"/>
              <w:tblCellSpacing w:w="15" w:type="dxa"/>
              <w:tblCellMar>
                <w:top w:w="15" w:type="dxa"/>
                <w:left w:w="15" w:type="dxa"/>
                <w:bottom w:w="15" w:type="dxa"/>
                <w:right w:w="15" w:type="dxa"/>
              </w:tblCellMar>
              <w:tblLook w:val="04A0"/>
            </w:tblPr>
            <w:tblGrid>
              <w:gridCol w:w="2956"/>
            </w:tblGrid>
            <w:tr w:rsidR="00BF1A03" w:rsidRPr="00BB55AC" w:rsidTr="00BF1A03">
              <w:trPr>
                <w:tblCellSpacing w:w="15" w:type="dxa"/>
              </w:trPr>
              <w:tc>
                <w:tcPr>
                  <w:tcW w:w="0" w:type="auto"/>
                  <w:vAlign w:val="center"/>
                  <w:hideMark/>
                </w:tcPr>
                <w:p w:rsidR="00BF1A03" w:rsidRPr="00BB55AC" w:rsidRDefault="00BF1A03" w:rsidP="00BF1A03">
                  <w:pPr>
                    <w:framePr w:hSpace="180" w:wrap="around" w:vAnchor="page" w:hAnchor="margin" w:y="8521"/>
                    <w:spacing w:after="0"/>
                    <w:rPr>
                      <w:rFonts w:ascii="Times New Roman" w:hAnsi="Times New Roman" w:cs="Times New Roman"/>
                      <w:sz w:val="24"/>
                      <w:szCs w:val="24"/>
                    </w:rPr>
                  </w:pPr>
                  <w:r w:rsidRPr="00BB55AC">
                    <w:rPr>
                      <w:rFonts w:ascii="Times New Roman" w:hAnsi="Times New Roman" w:cs="Times New Roman"/>
                      <w:sz w:val="24"/>
                      <w:szCs w:val="24"/>
                    </w:rPr>
                    <w:t>Women Development Officer</w:t>
                  </w:r>
                </w:p>
              </w:tc>
            </w:tr>
          </w:tbl>
          <w:p w:rsidR="00BF1A03" w:rsidRPr="00BB55AC" w:rsidRDefault="00BF1A03" w:rsidP="00BF1A03">
            <w:pPr>
              <w:rPr>
                <w:rFonts w:ascii="Times New Roman" w:hAnsi="Times New Roman" w:cs="Times New Roman"/>
                <w:vanish/>
                <w:sz w:val="24"/>
                <w:szCs w:val="24"/>
              </w:rPr>
            </w:pPr>
          </w:p>
        </w:tc>
        <w:tc>
          <w:tcPr>
            <w:tcW w:w="3798" w:type="dxa"/>
          </w:tcPr>
          <w:p w:rsidR="00BF1A03" w:rsidRPr="00BB55AC" w:rsidRDefault="00BF1A03" w:rsidP="00BF1A03">
            <w:pPr>
              <w:spacing w:line="276" w:lineRule="auto"/>
              <w:jc w:val="center"/>
              <w:rPr>
                <w:rFonts w:ascii="Times New Roman" w:hAnsi="Times New Roman" w:cs="Times New Roman"/>
                <w:sz w:val="24"/>
                <w:szCs w:val="24"/>
              </w:rPr>
            </w:pPr>
            <w:r w:rsidRPr="00BB55AC">
              <w:rPr>
                <w:rFonts w:ascii="Times New Roman" w:hAnsi="Times New Roman" w:cs="Times New Roman"/>
                <w:sz w:val="24"/>
                <w:szCs w:val="24"/>
                <w:rtl/>
                <w:cs/>
              </w:rPr>
              <w:t>370</w:t>
            </w:r>
          </w:p>
        </w:tc>
      </w:tr>
      <w:tr w:rsidR="00BF1A03" w:rsidRPr="00BB55AC" w:rsidTr="00093DD3">
        <w:tc>
          <w:tcPr>
            <w:tcW w:w="5670" w:type="dxa"/>
          </w:tcPr>
          <w:tbl>
            <w:tblPr>
              <w:tblW w:w="0" w:type="auto"/>
              <w:tblCellSpacing w:w="15" w:type="dxa"/>
              <w:tblCellMar>
                <w:top w:w="15" w:type="dxa"/>
                <w:left w:w="15" w:type="dxa"/>
                <w:bottom w:w="15" w:type="dxa"/>
                <w:right w:w="15" w:type="dxa"/>
              </w:tblCellMar>
              <w:tblLook w:val="04A0"/>
            </w:tblPr>
            <w:tblGrid>
              <w:gridCol w:w="2136"/>
            </w:tblGrid>
            <w:tr w:rsidR="00BF1A03" w:rsidRPr="00BB55AC" w:rsidTr="00BF1A03">
              <w:trPr>
                <w:tblCellSpacing w:w="15" w:type="dxa"/>
              </w:trPr>
              <w:tc>
                <w:tcPr>
                  <w:tcW w:w="0" w:type="auto"/>
                  <w:vAlign w:val="center"/>
                  <w:hideMark/>
                </w:tcPr>
                <w:p w:rsidR="00BF1A03" w:rsidRPr="00BB55AC" w:rsidRDefault="00BF1A03" w:rsidP="00BF1A03">
                  <w:pPr>
                    <w:framePr w:hSpace="180" w:wrap="around" w:vAnchor="page" w:hAnchor="margin" w:y="8521"/>
                    <w:spacing w:after="0"/>
                    <w:rPr>
                      <w:rFonts w:ascii="Times New Roman" w:hAnsi="Times New Roman" w:cs="Times New Roman"/>
                      <w:sz w:val="24"/>
                      <w:szCs w:val="24"/>
                    </w:rPr>
                  </w:pPr>
                  <w:r w:rsidRPr="00BB55AC">
                    <w:rPr>
                      <w:rFonts w:ascii="Times New Roman" w:hAnsi="Times New Roman" w:cs="Times New Roman"/>
                      <w:sz w:val="24"/>
                      <w:szCs w:val="24"/>
                    </w:rPr>
                    <w:t>Development Officer</w:t>
                  </w:r>
                </w:p>
              </w:tc>
            </w:tr>
          </w:tbl>
          <w:p w:rsidR="00BF1A03" w:rsidRPr="00BB55AC" w:rsidRDefault="00BF1A03" w:rsidP="00BF1A03">
            <w:pPr>
              <w:rPr>
                <w:rFonts w:ascii="Times New Roman" w:hAnsi="Times New Roman" w:cs="Times New Roman"/>
                <w:vanish/>
                <w:sz w:val="24"/>
                <w:szCs w:val="24"/>
              </w:rPr>
            </w:pPr>
          </w:p>
        </w:tc>
        <w:tc>
          <w:tcPr>
            <w:tcW w:w="3798" w:type="dxa"/>
          </w:tcPr>
          <w:p w:rsidR="00BF1A03" w:rsidRPr="00BB55AC" w:rsidRDefault="00BF1A03" w:rsidP="00BF1A03">
            <w:pPr>
              <w:spacing w:line="276" w:lineRule="auto"/>
              <w:jc w:val="center"/>
              <w:rPr>
                <w:rFonts w:ascii="Times New Roman" w:hAnsi="Times New Roman" w:cs="Times New Roman"/>
                <w:sz w:val="24"/>
                <w:szCs w:val="24"/>
              </w:rPr>
            </w:pPr>
            <w:r w:rsidRPr="00BB55AC">
              <w:rPr>
                <w:rFonts w:ascii="Times New Roman" w:hAnsi="Times New Roman" w:cs="Times New Roman"/>
                <w:sz w:val="24"/>
                <w:szCs w:val="24"/>
                <w:rtl/>
                <w:cs/>
              </w:rPr>
              <w:t>119</w:t>
            </w:r>
          </w:p>
        </w:tc>
      </w:tr>
      <w:tr w:rsidR="00BF1A03" w:rsidRPr="00BB55AC" w:rsidTr="00093DD3">
        <w:tc>
          <w:tcPr>
            <w:tcW w:w="5670" w:type="dxa"/>
          </w:tcPr>
          <w:tbl>
            <w:tblPr>
              <w:tblW w:w="0" w:type="auto"/>
              <w:tblCellSpacing w:w="15" w:type="dxa"/>
              <w:tblCellMar>
                <w:top w:w="15" w:type="dxa"/>
                <w:left w:w="15" w:type="dxa"/>
                <w:bottom w:w="15" w:type="dxa"/>
                <w:right w:w="15" w:type="dxa"/>
              </w:tblCellMar>
              <w:tblLook w:val="04A0"/>
            </w:tblPr>
            <w:tblGrid>
              <w:gridCol w:w="2191"/>
            </w:tblGrid>
            <w:tr w:rsidR="00BF1A03" w:rsidRPr="00BB55AC" w:rsidTr="00BF1A03">
              <w:trPr>
                <w:tblCellSpacing w:w="15" w:type="dxa"/>
              </w:trPr>
              <w:tc>
                <w:tcPr>
                  <w:tcW w:w="0" w:type="auto"/>
                  <w:vAlign w:val="center"/>
                  <w:hideMark/>
                </w:tcPr>
                <w:p w:rsidR="00BF1A03" w:rsidRPr="00BB55AC" w:rsidRDefault="00BF1A03" w:rsidP="00BF1A03">
                  <w:pPr>
                    <w:framePr w:hSpace="180" w:wrap="around" w:vAnchor="page" w:hAnchor="margin" w:y="8521"/>
                    <w:spacing w:after="0"/>
                    <w:rPr>
                      <w:rFonts w:ascii="Times New Roman" w:hAnsi="Times New Roman" w:cs="Times New Roman"/>
                      <w:sz w:val="24"/>
                      <w:szCs w:val="24"/>
                    </w:rPr>
                  </w:pPr>
                  <w:r w:rsidRPr="00BB55AC">
                    <w:rPr>
                      <w:rFonts w:ascii="Times New Roman" w:hAnsi="Times New Roman" w:cs="Times New Roman"/>
                      <w:sz w:val="24"/>
                      <w:szCs w:val="24"/>
                    </w:rPr>
                    <w:t>Counselling Assistant</w:t>
                  </w:r>
                </w:p>
              </w:tc>
            </w:tr>
          </w:tbl>
          <w:p w:rsidR="00BF1A03" w:rsidRPr="00BB55AC" w:rsidRDefault="00BF1A03" w:rsidP="00BF1A03">
            <w:pPr>
              <w:rPr>
                <w:rFonts w:ascii="Times New Roman" w:hAnsi="Times New Roman" w:cs="Times New Roman"/>
                <w:vanish/>
                <w:sz w:val="24"/>
                <w:szCs w:val="24"/>
              </w:rPr>
            </w:pPr>
          </w:p>
        </w:tc>
        <w:tc>
          <w:tcPr>
            <w:tcW w:w="3798" w:type="dxa"/>
          </w:tcPr>
          <w:p w:rsidR="00BF1A03" w:rsidRPr="00BB55AC" w:rsidRDefault="00BF1A03" w:rsidP="00BF1A03">
            <w:pPr>
              <w:spacing w:line="276" w:lineRule="auto"/>
              <w:jc w:val="center"/>
              <w:rPr>
                <w:rFonts w:ascii="Times New Roman" w:hAnsi="Times New Roman" w:cs="Times New Roman"/>
                <w:sz w:val="24"/>
                <w:szCs w:val="24"/>
              </w:rPr>
            </w:pPr>
            <w:r w:rsidRPr="00BB55AC">
              <w:rPr>
                <w:rFonts w:ascii="Times New Roman" w:hAnsi="Times New Roman" w:cs="Times New Roman"/>
                <w:sz w:val="24"/>
                <w:szCs w:val="24"/>
                <w:rtl/>
                <w:cs/>
              </w:rPr>
              <w:t>308</w:t>
            </w:r>
          </w:p>
        </w:tc>
      </w:tr>
      <w:tr w:rsidR="00BF1A03" w:rsidRPr="00BB55AC" w:rsidTr="00093DD3">
        <w:tc>
          <w:tcPr>
            <w:tcW w:w="5670" w:type="dxa"/>
          </w:tcPr>
          <w:tbl>
            <w:tblPr>
              <w:tblW w:w="0" w:type="auto"/>
              <w:tblCellSpacing w:w="15" w:type="dxa"/>
              <w:tblCellMar>
                <w:top w:w="15" w:type="dxa"/>
                <w:left w:w="15" w:type="dxa"/>
                <w:bottom w:w="15" w:type="dxa"/>
                <w:right w:w="15" w:type="dxa"/>
              </w:tblCellMar>
              <w:tblLook w:val="04A0"/>
            </w:tblPr>
            <w:tblGrid>
              <w:gridCol w:w="983"/>
            </w:tblGrid>
            <w:tr w:rsidR="00BF1A03" w:rsidRPr="00BB55AC" w:rsidTr="00BF1A03">
              <w:trPr>
                <w:tblCellSpacing w:w="15" w:type="dxa"/>
              </w:trPr>
              <w:tc>
                <w:tcPr>
                  <w:tcW w:w="0" w:type="auto"/>
                  <w:vAlign w:val="center"/>
                  <w:hideMark/>
                </w:tcPr>
                <w:p w:rsidR="00BF1A03" w:rsidRPr="00BB55AC" w:rsidRDefault="00BF1A03" w:rsidP="00BF1A03">
                  <w:pPr>
                    <w:framePr w:hSpace="180" w:wrap="around" w:vAnchor="page" w:hAnchor="margin" w:y="8521"/>
                    <w:spacing w:after="0"/>
                    <w:rPr>
                      <w:rFonts w:ascii="Times New Roman" w:hAnsi="Times New Roman" w:cs="Times New Roman"/>
                      <w:sz w:val="24"/>
                      <w:szCs w:val="24"/>
                    </w:rPr>
                  </w:pPr>
                  <w:r w:rsidRPr="00BB55AC">
                    <w:rPr>
                      <w:rFonts w:ascii="Times New Roman" w:hAnsi="Times New Roman" w:cs="Times New Roman"/>
                      <w:sz w:val="24"/>
                      <w:szCs w:val="24"/>
                    </w:rPr>
                    <w:t>Librarian</w:t>
                  </w:r>
                </w:p>
              </w:tc>
            </w:tr>
          </w:tbl>
          <w:p w:rsidR="00BF1A03" w:rsidRPr="00BB55AC" w:rsidRDefault="00BF1A03" w:rsidP="00BF1A03">
            <w:pPr>
              <w:rPr>
                <w:rFonts w:ascii="Times New Roman" w:hAnsi="Times New Roman" w:cs="Times New Roman"/>
                <w:vanish/>
                <w:sz w:val="24"/>
                <w:szCs w:val="24"/>
              </w:rPr>
            </w:pPr>
          </w:p>
        </w:tc>
        <w:tc>
          <w:tcPr>
            <w:tcW w:w="3798" w:type="dxa"/>
          </w:tcPr>
          <w:p w:rsidR="00BF1A03" w:rsidRPr="00BB55AC" w:rsidRDefault="00BF1A03" w:rsidP="00BF1A03">
            <w:pPr>
              <w:spacing w:line="276" w:lineRule="auto"/>
              <w:jc w:val="center"/>
              <w:rPr>
                <w:rFonts w:ascii="Times New Roman" w:hAnsi="Times New Roman" w:cs="Times New Roman"/>
                <w:sz w:val="24"/>
                <w:szCs w:val="24"/>
              </w:rPr>
            </w:pPr>
            <w:r w:rsidRPr="00BB55AC">
              <w:rPr>
                <w:rFonts w:ascii="Times New Roman" w:hAnsi="Times New Roman" w:cs="Times New Roman"/>
                <w:sz w:val="24"/>
                <w:szCs w:val="24"/>
                <w:rtl/>
                <w:cs/>
              </w:rPr>
              <w:t>1</w:t>
            </w:r>
          </w:p>
        </w:tc>
      </w:tr>
      <w:tr w:rsidR="00BF1A03" w:rsidRPr="00BB55AC" w:rsidTr="00093DD3">
        <w:tc>
          <w:tcPr>
            <w:tcW w:w="5670" w:type="dxa"/>
          </w:tcPr>
          <w:tbl>
            <w:tblPr>
              <w:tblW w:w="0" w:type="auto"/>
              <w:tblCellSpacing w:w="15" w:type="dxa"/>
              <w:tblCellMar>
                <w:top w:w="15" w:type="dxa"/>
                <w:left w:w="15" w:type="dxa"/>
                <w:bottom w:w="15" w:type="dxa"/>
                <w:right w:w="15" w:type="dxa"/>
              </w:tblCellMar>
              <w:tblLook w:val="04A0"/>
            </w:tblPr>
            <w:tblGrid>
              <w:gridCol w:w="2969"/>
            </w:tblGrid>
            <w:tr w:rsidR="00BF1A03" w:rsidRPr="00BB55AC" w:rsidTr="00BF1A03">
              <w:trPr>
                <w:tblCellSpacing w:w="15" w:type="dxa"/>
              </w:trPr>
              <w:tc>
                <w:tcPr>
                  <w:tcW w:w="0" w:type="auto"/>
                  <w:vAlign w:val="center"/>
                  <w:hideMark/>
                </w:tcPr>
                <w:p w:rsidR="00BF1A03" w:rsidRPr="00BB55AC" w:rsidRDefault="00BF1A03" w:rsidP="00BF1A03">
                  <w:pPr>
                    <w:framePr w:hSpace="180" w:wrap="around" w:vAnchor="page" w:hAnchor="margin" w:y="8521"/>
                    <w:spacing w:after="0"/>
                    <w:rPr>
                      <w:rFonts w:ascii="Times New Roman" w:hAnsi="Times New Roman" w:cs="Times New Roman"/>
                      <w:sz w:val="24"/>
                      <w:szCs w:val="24"/>
                    </w:rPr>
                  </w:pPr>
                  <w:r w:rsidRPr="00BB55AC">
                    <w:rPr>
                      <w:rFonts w:ascii="Times New Roman" w:hAnsi="Times New Roman" w:cs="Times New Roman"/>
                      <w:sz w:val="24"/>
                      <w:szCs w:val="24"/>
                    </w:rPr>
                    <w:t>Management Services Officer</w:t>
                  </w:r>
                </w:p>
              </w:tc>
            </w:tr>
          </w:tbl>
          <w:p w:rsidR="00BF1A03" w:rsidRPr="00BB55AC" w:rsidRDefault="00BF1A03" w:rsidP="00BF1A03">
            <w:pPr>
              <w:rPr>
                <w:rFonts w:ascii="Times New Roman" w:hAnsi="Times New Roman" w:cs="Times New Roman"/>
                <w:vanish/>
                <w:sz w:val="24"/>
                <w:szCs w:val="24"/>
              </w:rPr>
            </w:pPr>
          </w:p>
        </w:tc>
        <w:tc>
          <w:tcPr>
            <w:tcW w:w="3798" w:type="dxa"/>
          </w:tcPr>
          <w:p w:rsidR="00BF1A03" w:rsidRPr="00BB55AC" w:rsidRDefault="00BF1A03" w:rsidP="00BF1A03">
            <w:pPr>
              <w:spacing w:line="276" w:lineRule="auto"/>
              <w:jc w:val="center"/>
              <w:rPr>
                <w:rFonts w:ascii="Times New Roman" w:hAnsi="Times New Roman" w:cs="Times New Roman"/>
                <w:sz w:val="24"/>
                <w:szCs w:val="24"/>
              </w:rPr>
            </w:pPr>
            <w:r w:rsidRPr="00BB55AC">
              <w:rPr>
                <w:rFonts w:ascii="Times New Roman" w:hAnsi="Times New Roman" w:cs="Times New Roman"/>
                <w:sz w:val="24"/>
                <w:szCs w:val="24"/>
                <w:rtl/>
                <w:cs/>
              </w:rPr>
              <w:t>30</w:t>
            </w:r>
          </w:p>
        </w:tc>
      </w:tr>
      <w:tr w:rsidR="00BF1A03" w:rsidRPr="00BB55AC" w:rsidTr="00093DD3">
        <w:tc>
          <w:tcPr>
            <w:tcW w:w="5670" w:type="dxa"/>
          </w:tcPr>
          <w:tbl>
            <w:tblPr>
              <w:tblW w:w="0" w:type="auto"/>
              <w:tblCellSpacing w:w="15" w:type="dxa"/>
              <w:tblCellMar>
                <w:top w:w="15" w:type="dxa"/>
                <w:left w:w="15" w:type="dxa"/>
                <w:bottom w:w="15" w:type="dxa"/>
                <w:right w:w="15" w:type="dxa"/>
              </w:tblCellMar>
              <w:tblLook w:val="04A0"/>
            </w:tblPr>
            <w:tblGrid>
              <w:gridCol w:w="1290"/>
            </w:tblGrid>
            <w:tr w:rsidR="00BF1A03" w:rsidRPr="00BB55AC" w:rsidTr="00BF1A03">
              <w:trPr>
                <w:tblCellSpacing w:w="15" w:type="dxa"/>
              </w:trPr>
              <w:tc>
                <w:tcPr>
                  <w:tcW w:w="0" w:type="auto"/>
                  <w:vAlign w:val="center"/>
                  <w:hideMark/>
                </w:tcPr>
                <w:p w:rsidR="00BF1A03" w:rsidRPr="00BB55AC" w:rsidRDefault="00BF1A03" w:rsidP="00BF1A03">
                  <w:pPr>
                    <w:framePr w:hSpace="180" w:wrap="around" w:vAnchor="page" w:hAnchor="margin" w:y="8521"/>
                    <w:spacing w:after="0"/>
                    <w:rPr>
                      <w:rFonts w:ascii="Times New Roman" w:hAnsi="Times New Roman" w:cs="Times New Roman"/>
                      <w:sz w:val="24"/>
                      <w:szCs w:val="24"/>
                    </w:rPr>
                  </w:pPr>
                  <w:r w:rsidRPr="00BB55AC">
                    <w:rPr>
                      <w:rFonts w:ascii="Times New Roman" w:hAnsi="Times New Roman" w:cs="Times New Roman"/>
                      <w:sz w:val="24"/>
                      <w:szCs w:val="24"/>
                    </w:rPr>
                    <w:t>Receptionist</w:t>
                  </w:r>
                </w:p>
              </w:tc>
            </w:tr>
          </w:tbl>
          <w:p w:rsidR="00BF1A03" w:rsidRPr="00BB55AC" w:rsidRDefault="00BF1A03" w:rsidP="00BF1A03">
            <w:pPr>
              <w:rPr>
                <w:rFonts w:ascii="Times New Roman" w:hAnsi="Times New Roman" w:cs="Times New Roman"/>
                <w:vanish/>
                <w:sz w:val="24"/>
                <w:szCs w:val="24"/>
              </w:rPr>
            </w:pPr>
          </w:p>
        </w:tc>
        <w:tc>
          <w:tcPr>
            <w:tcW w:w="3798" w:type="dxa"/>
          </w:tcPr>
          <w:p w:rsidR="00BF1A03" w:rsidRPr="00BB55AC" w:rsidRDefault="00BF1A03" w:rsidP="00BF1A03">
            <w:pPr>
              <w:spacing w:line="276" w:lineRule="auto"/>
              <w:jc w:val="center"/>
              <w:rPr>
                <w:rFonts w:ascii="Times New Roman" w:hAnsi="Times New Roman" w:cs="Times New Roman"/>
                <w:sz w:val="24"/>
                <w:szCs w:val="24"/>
              </w:rPr>
            </w:pPr>
            <w:r w:rsidRPr="00BB55AC">
              <w:rPr>
                <w:rFonts w:ascii="Times New Roman" w:hAnsi="Times New Roman" w:cs="Times New Roman"/>
                <w:sz w:val="24"/>
                <w:szCs w:val="24"/>
                <w:rtl/>
                <w:cs/>
              </w:rPr>
              <w:t>1</w:t>
            </w:r>
          </w:p>
        </w:tc>
      </w:tr>
      <w:tr w:rsidR="00BF1A03" w:rsidRPr="00BB55AC" w:rsidTr="00093DD3">
        <w:tc>
          <w:tcPr>
            <w:tcW w:w="5670" w:type="dxa"/>
          </w:tcPr>
          <w:tbl>
            <w:tblPr>
              <w:tblW w:w="0" w:type="auto"/>
              <w:tblCellSpacing w:w="15" w:type="dxa"/>
              <w:tblCellMar>
                <w:top w:w="15" w:type="dxa"/>
                <w:left w:w="15" w:type="dxa"/>
                <w:bottom w:w="15" w:type="dxa"/>
                <w:right w:w="15" w:type="dxa"/>
              </w:tblCellMar>
              <w:tblLook w:val="04A0"/>
            </w:tblPr>
            <w:tblGrid>
              <w:gridCol w:w="3697"/>
            </w:tblGrid>
            <w:tr w:rsidR="00BF1A03" w:rsidRPr="00BB55AC" w:rsidTr="00BF1A03">
              <w:trPr>
                <w:tblCellSpacing w:w="15" w:type="dxa"/>
              </w:trPr>
              <w:tc>
                <w:tcPr>
                  <w:tcW w:w="0" w:type="auto"/>
                  <w:vAlign w:val="center"/>
                  <w:hideMark/>
                </w:tcPr>
                <w:p w:rsidR="00BF1A03" w:rsidRPr="00BB55AC" w:rsidRDefault="00BF1A03" w:rsidP="00BF1A03">
                  <w:pPr>
                    <w:framePr w:hSpace="180" w:wrap="around" w:vAnchor="page" w:hAnchor="margin" w:y="8521"/>
                    <w:spacing w:after="0"/>
                    <w:rPr>
                      <w:rFonts w:ascii="Times New Roman" w:hAnsi="Times New Roman" w:cs="Times New Roman"/>
                      <w:sz w:val="24"/>
                      <w:szCs w:val="24"/>
                    </w:rPr>
                  </w:pPr>
                  <w:r w:rsidRPr="00BB55AC">
                    <w:rPr>
                      <w:rFonts w:ascii="Times New Roman" w:hAnsi="Times New Roman" w:cs="Times New Roman"/>
                      <w:sz w:val="24"/>
                      <w:szCs w:val="24"/>
                    </w:rPr>
                    <w:t>Women Development Field Assistant</w:t>
                  </w:r>
                </w:p>
              </w:tc>
            </w:tr>
          </w:tbl>
          <w:p w:rsidR="00BF1A03" w:rsidRPr="00BB55AC" w:rsidRDefault="00BF1A03" w:rsidP="00BF1A03">
            <w:pPr>
              <w:rPr>
                <w:rFonts w:ascii="Times New Roman" w:hAnsi="Times New Roman" w:cs="Times New Roman"/>
                <w:vanish/>
                <w:sz w:val="24"/>
                <w:szCs w:val="24"/>
              </w:rPr>
            </w:pPr>
          </w:p>
        </w:tc>
        <w:tc>
          <w:tcPr>
            <w:tcW w:w="3798" w:type="dxa"/>
          </w:tcPr>
          <w:p w:rsidR="00BF1A03" w:rsidRPr="00BB55AC" w:rsidRDefault="00BF1A03" w:rsidP="00BF1A03">
            <w:pPr>
              <w:spacing w:line="276" w:lineRule="auto"/>
              <w:jc w:val="center"/>
              <w:rPr>
                <w:rFonts w:ascii="Times New Roman" w:hAnsi="Times New Roman" w:cs="Times New Roman"/>
                <w:sz w:val="24"/>
                <w:szCs w:val="24"/>
              </w:rPr>
            </w:pPr>
            <w:r w:rsidRPr="00BB55AC">
              <w:rPr>
                <w:rFonts w:ascii="Times New Roman" w:hAnsi="Times New Roman" w:cs="Times New Roman"/>
                <w:sz w:val="24"/>
                <w:szCs w:val="24"/>
                <w:rtl/>
                <w:cs/>
              </w:rPr>
              <w:t>117</w:t>
            </w:r>
          </w:p>
        </w:tc>
      </w:tr>
      <w:tr w:rsidR="00BF1A03" w:rsidRPr="00BB55AC" w:rsidTr="00093DD3">
        <w:tc>
          <w:tcPr>
            <w:tcW w:w="5670" w:type="dxa"/>
          </w:tcPr>
          <w:tbl>
            <w:tblPr>
              <w:tblW w:w="0" w:type="auto"/>
              <w:tblCellSpacing w:w="15" w:type="dxa"/>
              <w:tblCellMar>
                <w:top w:w="15" w:type="dxa"/>
                <w:left w:w="15" w:type="dxa"/>
                <w:bottom w:w="15" w:type="dxa"/>
                <w:right w:w="15" w:type="dxa"/>
              </w:tblCellMar>
              <w:tblLook w:val="04A0"/>
            </w:tblPr>
            <w:tblGrid>
              <w:gridCol w:w="1537"/>
            </w:tblGrid>
            <w:tr w:rsidR="00BF1A03" w:rsidRPr="00BB55AC" w:rsidTr="00BF1A03">
              <w:trPr>
                <w:tblCellSpacing w:w="15" w:type="dxa"/>
              </w:trPr>
              <w:tc>
                <w:tcPr>
                  <w:tcW w:w="0" w:type="auto"/>
                  <w:vAlign w:val="center"/>
                  <w:hideMark/>
                </w:tcPr>
                <w:p w:rsidR="00BF1A03" w:rsidRPr="00BB55AC" w:rsidRDefault="00BF1A03" w:rsidP="00BF1A03">
                  <w:pPr>
                    <w:framePr w:hSpace="180" w:wrap="around" w:vAnchor="page" w:hAnchor="margin" w:y="8521"/>
                    <w:spacing w:after="0"/>
                    <w:rPr>
                      <w:rFonts w:ascii="Times New Roman" w:hAnsi="Times New Roman" w:cs="Times New Roman"/>
                      <w:sz w:val="24"/>
                      <w:szCs w:val="24"/>
                    </w:rPr>
                  </w:pPr>
                  <w:r w:rsidRPr="00BB55AC">
                    <w:rPr>
                      <w:rFonts w:ascii="Times New Roman" w:hAnsi="Times New Roman" w:cs="Times New Roman"/>
                      <w:sz w:val="24"/>
                      <w:szCs w:val="24"/>
                    </w:rPr>
                    <w:t>Hostel Warden</w:t>
                  </w:r>
                </w:p>
              </w:tc>
            </w:tr>
          </w:tbl>
          <w:p w:rsidR="00BF1A03" w:rsidRPr="00BB55AC" w:rsidRDefault="00BF1A03" w:rsidP="00BF1A03">
            <w:pPr>
              <w:rPr>
                <w:rFonts w:ascii="Times New Roman" w:hAnsi="Times New Roman" w:cs="Times New Roman"/>
                <w:vanish/>
                <w:sz w:val="24"/>
                <w:szCs w:val="24"/>
              </w:rPr>
            </w:pPr>
          </w:p>
        </w:tc>
        <w:tc>
          <w:tcPr>
            <w:tcW w:w="3798" w:type="dxa"/>
          </w:tcPr>
          <w:p w:rsidR="00BF1A03" w:rsidRPr="00BB55AC" w:rsidRDefault="00BF1A03" w:rsidP="00BF1A03">
            <w:pPr>
              <w:spacing w:line="276" w:lineRule="auto"/>
              <w:jc w:val="center"/>
              <w:rPr>
                <w:rFonts w:ascii="Times New Roman" w:hAnsi="Times New Roman" w:cs="Times New Roman"/>
                <w:sz w:val="24"/>
                <w:szCs w:val="24"/>
              </w:rPr>
            </w:pPr>
            <w:r w:rsidRPr="00BB55AC">
              <w:rPr>
                <w:rFonts w:ascii="Times New Roman" w:hAnsi="Times New Roman" w:cs="Times New Roman"/>
                <w:sz w:val="24"/>
                <w:szCs w:val="24"/>
                <w:rtl/>
                <w:cs/>
              </w:rPr>
              <w:t>6</w:t>
            </w:r>
          </w:p>
        </w:tc>
      </w:tr>
      <w:tr w:rsidR="00BF1A03" w:rsidRPr="00BB55AC" w:rsidTr="00093DD3">
        <w:tc>
          <w:tcPr>
            <w:tcW w:w="5670" w:type="dxa"/>
          </w:tcPr>
          <w:tbl>
            <w:tblPr>
              <w:tblW w:w="0" w:type="auto"/>
              <w:tblCellSpacing w:w="15" w:type="dxa"/>
              <w:tblCellMar>
                <w:top w:w="15" w:type="dxa"/>
                <w:left w:w="15" w:type="dxa"/>
                <w:bottom w:w="15" w:type="dxa"/>
                <w:right w:w="15" w:type="dxa"/>
              </w:tblCellMar>
              <w:tblLook w:val="04A0"/>
            </w:tblPr>
            <w:tblGrid>
              <w:gridCol w:w="2477"/>
            </w:tblGrid>
            <w:tr w:rsidR="00BF1A03" w:rsidRPr="00BB55AC" w:rsidTr="00BF1A03">
              <w:trPr>
                <w:tblCellSpacing w:w="15" w:type="dxa"/>
              </w:trPr>
              <w:tc>
                <w:tcPr>
                  <w:tcW w:w="0" w:type="auto"/>
                  <w:vAlign w:val="center"/>
                  <w:hideMark/>
                </w:tcPr>
                <w:p w:rsidR="00BF1A03" w:rsidRPr="00BB55AC" w:rsidRDefault="00BF1A03" w:rsidP="00BF1A03">
                  <w:pPr>
                    <w:framePr w:hSpace="180" w:wrap="around" w:vAnchor="page" w:hAnchor="margin" w:y="8521"/>
                    <w:spacing w:after="0"/>
                    <w:rPr>
                      <w:rFonts w:ascii="Times New Roman" w:hAnsi="Times New Roman" w:cs="Times New Roman"/>
                      <w:sz w:val="24"/>
                      <w:szCs w:val="24"/>
                    </w:rPr>
                  </w:pPr>
                  <w:r w:rsidRPr="00BB55AC">
                    <w:rPr>
                      <w:rFonts w:ascii="Times New Roman" w:hAnsi="Times New Roman" w:cs="Times New Roman"/>
                      <w:sz w:val="24"/>
                      <w:szCs w:val="24"/>
                    </w:rPr>
                    <w:t>Assistant Hostel Warden</w:t>
                  </w:r>
                </w:p>
              </w:tc>
            </w:tr>
          </w:tbl>
          <w:p w:rsidR="00BF1A03" w:rsidRPr="00BB55AC" w:rsidRDefault="00BF1A03" w:rsidP="00BF1A03">
            <w:pPr>
              <w:rPr>
                <w:rFonts w:ascii="Times New Roman" w:hAnsi="Times New Roman" w:cs="Times New Roman"/>
                <w:vanish/>
                <w:sz w:val="24"/>
                <w:szCs w:val="24"/>
              </w:rPr>
            </w:pPr>
          </w:p>
        </w:tc>
        <w:tc>
          <w:tcPr>
            <w:tcW w:w="3798" w:type="dxa"/>
          </w:tcPr>
          <w:p w:rsidR="00BF1A03" w:rsidRPr="00BB55AC" w:rsidRDefault="00BF1A03" w:rsidP="00BF1A03">
            <w:pPr>
              <w:spacing w:line="276" w:lineRule="auto"/>
              <w:jc w:val="center"/>
              <w:rPr>
                <w:rFonts w:ascii="Times New Roman" w:hAnsi="Times New Roman" w:cs="Times New Roman"/>
                <w:sz w:val="24"/>
                <w:szCs w:val="24"/>
              </w:rPr>
            </w:pPr>
            <w:r w:rsidRPr="00BB55AC">
              <w:rPr>
                <w:rFonts w:ascii="Times New Roman" w:hAnsi="Times New Roman" w:cs="Times New Roman"/>
                <w:sz w:val="24"/>
                <w:szCs w:val="24"/>
                <w:rtl/>
                <w:cs/>
              </w:rPr>
              <w:t>6</w:t>
            </w:r>
          </w:p>
        </w:tc>
      </w:tr>
      <w:tr w:rsidR="00BF1A03" w:rsidRPr="00BB55AC" w:rsidTr="00093DD3">
        <w:tc>
          <w:tcPr>
            <w:tcW w:w="5670" w:type="dxa"/>
          </w:tcPr>
          <w:tbl>
            <w:tblPr>
              <w:tblW w:w="0" w:type="auto"/>
              <w:tblCellSpacing w:w="15" w:type="dxa"/>
              <w:tblCellMar>
                <w:top w:w="15" w:type="dxa"/>
                <w:left w:w="15" w:type="dxa"/>
                <w:bottom w:w="15" w:type="dxa"/>
                <w:right w:w="15" w:type="dxa"/>
              </w:tblCellMar>
              <w:tblLook w:val="04A0"/>
            </w:tblPr>
            <w:tblGrid>
              <w:gridCol w:w="5396"/>
            </w:tblGrid>
            <w:tr w:rsidR="00BF1A03" w:rsidRPr="00BB55AC" w:rsidTr="00BF1A03">
              <w:trPr>
                <w:tblCellSpacing w:w="15" w:type="dxa"/>
              </w:trPr>
              <w:tc>
                <w:tcPr>
                  <w:tcW w:w="0" w:type="auto"/>
                  <w:vAlign w:val="center"/>
                  <w:hideMark/>
                </w:tcPr>
                <w:p w:rsidR="00BF1A03" w:rsidRPr="00BB55AC" w:rsidRDefault="00BF1A03" w:rsidP="00BF1A03">
                  <w:pPr>
                    <w:framePr w:hSpace="180" w:wrap="around" w:vAnchor="page" w:hAnchor="margin" w:y="8521"/>
                    <w:spacing w:after="0"/>
                    <w:rPr>
                      <w:rFonts w:ascii="Times New Roman" w:hAnsi="Times New Roman" w:cs="Times New Roman"/>
                      <w:sz w:val="24"/>
                      <w:szCs w:val="24"/>
                    </w:rPr>
                  </w:pPr>
                  <w:r w:rsidRPr="00BB55AC">
                    <w:rPr>
                      <w:rFonts w:ascii="Times New Roman" w:hAnsi="Times New Roman" w:cs="Times New Roman"/>
                      <w:sz w:val="24"/>
                      <w:szCs w:val="24"/>
                    </w:rPr>
                    <w:t>Information and Communication Technology Assistant</w:t>
                  </w:r>
                </w:p>
              </w:tc>
            </w:tr>
          </w:tbl>
          <w:p w:rsidR="00BF1A03" w:rsidRPr="00BB55AC" w:rsidRDefault="00BF1A03" w:rsidP="00BF1A03">
            <w:pPr>
              <w:rPr>
                <w:rFonts w:ascii="Times New Roman" w:hAnsi="Times New Roman" w:cs="Times New Roman"/>
                <w:vanish/>
                <w:sz w:val="24"/>
                <w:szCs w:val="24"/>
              </w:rPr>
            </w:pPr>
          </w:p>
        </w:tc>
        <w:tc>
          <w:tcPr>
            <w:tcW w:w="3798" w:type="dxa"/>
          </w:tcPr>
          <w:p w:rsidR="00BF1A03" w:rsidRPr="00BB55AC" w:rsidRDefault="00BF1A03" w:rsidP="00BF1A03">
            <w:pPr>
              <w:spacing w:line="276" w:lineRule="auto"/>
              <w:jc w:val="center"/>
              <w:rPr>
                <w:rFonts w:ascii="Times New Roman" w:hAnsi="Times New Roman" w:cs="Times New Roman"/>
                <w:sz w:val="24"/>
                <w:szCs w:val="24"/>
              </w:rPr>
            </w:pPr>
            <w:r w:rsidRPr="00BB55AC">
              <w:rPr>
                <w:rFonts w:ascii="Times New Roman" w:hAnsi="Times New Roman" w:cs="Times New Roman"/>
                <w:sz w:val="24"/>
                <w:szCs w:val="24"/>
                <w:rtl/>
                <w:cs/>
              </w:rPr>
              <w:t>2</w:t>
            </w:r>
          </w:p>
        </w:tc>
      </w:tr>
      <w:tr w:rsidR="00BF1A03" w:rsidRPr="00BB55AC" w:rsidTr="00093DD3">
        <w:tc>
          <w:tcPr>
            <w:tcW w:w="5670" w:type="dxa"/>
          </w:tcPr>
          <w:tbl>
            <w:tblPr>
              <w:tblW w:w="0" w:type="auto"/>
              <w:tblCellSpacing w:w="15" w:type="dxa"/>
              <w:tblCellMar>
                <w:top w:w="15" w:type="dxa"/>
                <w:left w:w="15" w:type="dxa"/>
                <w:bottom w:w="15" w:type="dxa"/>
                <w:right w:w="15" w:type="dxa"/>
              </w:tblCellMar>
              <w:tblLook w:val="04A0"/>
            </w:tblPr>
            <w:tblGrid>
              <w:gridCol w:w="1410"/>
            </w:tblGrid>
            <w:tr w:rsidR="00BF1A03" w:rsidRPr="00BB55AC" w:rsidTr="00BF1A03">
              <w:trPr>
                <w:tblCellSpacing w:w="15" w:type="dxa"/>
              </w:trPr>
              <w:tc>
                <w:tcPr>
                  <w:tcW w:w="0" w:type="auto"/>
                  <w:vAlign w:val="center"/>
                  <w:hideMark/>
                </w:tcPr>
                <w:p w:rsidR="00BF1A03" w:rsidRPr="00BB55AC" w:rsidRDefault="00BF1A03" w:rsidP="00BF1A03">
                  <w:pPr>
                    <w:framePr w:hSpace="180" w:wrap="around" w:vAnchor="page" w:hAnchor="margin" w:y="8521"/>
                    <w:spacing w:after="0"/>
                    <w:rPr>
                      <w:rFonts w:ascii="Times New Roman" w:hAnsi="Times New Roman" w:cs="Times New Roman"/>
                      <w:sz w:val="24"/>
                      <w:szCs w:val="24"/>
                    </w:rPr>
                  </w:pPr>
                  <w:r w:rsidRPr="00BB55AC">
                    <w:rPr>
                      <w:rFonts w:ascii="Times New Roman" w:hAnsi="Times New Roman" w:cs="Times New Roman"/>
                      <w:sz w:val="24"/>
                      <w:szCs w:val="24"/>
                    </w:rPr>
                    <w:t>Videographer</w:t>
                  </w:r>
                </w:p>
              </w:tc>
            </w:tr>
          </w:tbl>
          <w:p w:rsidR="00BF1A03" w:rsidRPr="00BB55AC" w:rsidRDefault="00BF1A03" w:rsidP="00BF1A03">
            <w:pPr>
              <w:rPr>
                <w:rFonts w:ascii="Times New Roman" w:hAnsi="Times New Roman" w:cs="Times New Roman"/>
                <w:vanish/>
                <w:sz w:val="24"/>
                <w:szCs w:val="24"/>
              </w:rPr>
            </w:pPr>
          </w:p>
        </w:tc>
        <w:tc>
          <w:tcPr>
            <w:tcW w:w="3798" w:type="dxa"/>
          </w:tcPr>
          <w:p w:rsidR="00BF1A03" w:rsidRPr="00BB55AC" w:rsidRDefault="00BF1A03" w:rsidP="00BF1A03">
            <w:pPr>
              <w:spacing w:line="276" w:lineRule="auto"/>
              <w:jc w:val="center"/>
              <w:rPr>
                <w:rFonts w:ascii="Times New Roman" w:hAnsi="Times New Roman" w:cs="Times New Roman"/>
                <w:sz w:val="24"/>
                <w:szCs w:val="24"/>
              </w:rPr>
            </w:pPr>
            <w:r w:rsidRPr="00BB55AC">
              <w:rPr>
                <w:rFonts w:ascii="Times New Roman" w:hAnsi="Times New Roman" w:cs="Times New Roman"/>
                <w:sz w:val="24"/>
                <w:szCs w:val="24"/>
                <w:rtl/>
                <w:cs/>
              </w:rPr>
              <w:t>1</w:t>
            </w:r>
          </w:p>
        </w:tc>
      </w:tr>
      <w:tr w:rsidR="00BF1A03" w:rsidRPr="00BB55AC" w:rsidTr="00093DD3">
        <w:tc>
          <w:tcPr>
            <w:tcW w:w="5670" w:type="dxa"/>
          </w:tcPr>
          <w:tbl>
            <w:tblPr>
              <w:tblW w:w="0" w:type="auto"/>
              <w:tblCellSpacing w:w="15" w:type="dxa"/>
              <w:tblCellMar>
                <w:top w:w="15" w:type="dxa"/>
                <w:left w:w="15" w:type="dxa"/>
                <w:bottom w:w="15" w:type="dxa"/>
                <w:right w:w="15" w:type="dxa"/>
              </w:tblCellMar>
              <w:tblLook w:val="04A0"/>
            </w:tblPr>
            <w:tblGrid>
              <w:gridCol w:w="717"/>
            </w:tblGrid>
            <w:tr w:rsidR="00BF1A03" w:rsidRPr="00BB55AC" w:rsidTr="00BF1A03">
              <w:trPr>
                <w:tblCellSpacing w:w="15" w:type="dxa"/>
              </w:trPr>
              <w:tc>
                <w:tcPr>
                  <w:tcW w:w="0" w:type="auto"/>
                  <w:vAlign w:val="center"/>
                  <w:hideMark/>
                </w:tcPr>
                <w:p w:rsidR="00BF1A03" w:rsidRPr="00BB55AC" w:rsidRDefault="00BF1A03" w:rsidP="00BF1A03">
                  <w:pPr>
                    <w:framePr w:hSpace="180" w:wrap="around" w:vAnchor="page" w:hAnchor="margin" w:y="8521"/>
                    <w:spacing w:after="0"/>
                    <w:rPr>
                      <w:rFonts w:ascii="Times New Roman" w:hAnsi="Times New Roman" w:cs="Times New Roman"/>
                      <w:sz w:val="24"/>
                      <w:szCs w:val="24"/>
                    </w:rPr>
                  </w:pPr>
                  <w:r w:rsidRPr="00BB55AC">
                    <w:rPr>
                      <w:rFonts w:ascii="Times New Roman" w:hAnsi="Times New Roman" w:cs="Times New Roman"/>
                      <w:sz w:val="24"/>
                      <w:szCs w:val="24"/>
                    </w:rPr>
                    <w:t>Driver</w:t>
                  </w:r>
                </w:p>
              </w:tc>
            </w:tr>
          </w:tbl>
          <w:p w:rsidR="00BF1A03" w:rsidRPr="00BB55AC" w:rsidRDefault="00BF1A03" w:rsidP="00BF1A03">
            <w:pPr>
              <w:rPr>
                <w:rFonts w:ascii="Times New Roman" w:hAnsi="Times New Roman" w:cs="Times New Roman"/>
                <w:vanish/>
                <w:sz w:val="24"/>
                <w:szCs w:val="24"/>
              </w:rPr>
            </w:pPr>
          </w:p>
        </w:tc>
        <w:tc>
          <w:tcPr>
            <w:tcW w:w="3798" w:type="dxa"/>
          </w:tcPr>
          <w:p w:rsidR="00BF1A03" w:rsidRPr="00BB55AC" w:rsidRDefault="00BF1A03" w:rsidP="00BF1A03">
            <w:pPr>
              <w:spacing w:line="276" w:lineRule="auto"/>
              <w:jc w:val="center"/>
              <w:rPr>
                <w:rFonts w:ascii="Times New Roman" w:hAnsi="Times New Roman" w:cs="Times New Roman"/>
                <w:sz w:val="24"/>
                <w:szCs w:val="24"/>
              </w:rPr>
            </w:pPr>
            <w:r w:rsidRPr="00BB55AC">
              <w:rPr>
                <w:rFonts w:ascii="Times New Roman" w:hAnsi="Times New Roman" w:cs="Times New Roman"/>
                <w:sz w:val="24"/>
                <w:szCs w:val="24"/>
                <w:rtl/>
                <w:cs/>
              </w:rPr>
              <w:t>18</w:t>
            </w:r>
          </w:p>
        </w:tc>
      </w:tr>
      <w:tr w:rsidR="00BF1A03" w:rsidRPr="00BB55AC" w:rsidTr="00093DD3">
        <w:tc>
          <w:tcPr>
            <w:tcW w:w="5670" w:type="dxa"/>
          </w:tcPr>
          <w:tbl>
            <w:tblPr>
              <w:tblW w:w="0" w:type="auto"/>
              <w:tblCellSpacing w:w="15" w:type="dxa"/>
              <w:tblCellMar>
                <w:top w:w="15" w:type="dxa"/>
                <w:left w:w="15" w:type="dxa"/>
                <w:bottom w:w="15" w:type="dxa"/>
                <w:right w:w="15" w:type="dxa"/>
              </w:tblCellMar>
              <w:tblLook w:val="04A0"/>
            </w:tblPr>
            <w:tblGrid>
              <w:gridCol w:w="2229"/>
            </w:tblGrid>
            <w:tr w:rsidR="00BF1A03" w:rsidRPr="00BB55AC" w:rsidTr="00BF1A03">
              <w:trPr>
                <w:tblCellSpacing w:w="15" w:type="dxa"/>
              </w:trPr>
              <w:tc>
                <w:tcPr>
                  <w:tcW w:w="0" w:type="auto"/>
                  <w:vAlign w:val="center"/>
                  <w:hideMark/>
                </w:tcPr>
                <w:p w:rsidR="00BF1A03" w:rsidRPr="00BB55AC" w:rsidRDefault="00BF1A03" w:rsidP="00BF1A03">
                  <w:pPr>
                    <w:framePr w:hSpace="180" w:wrap="around" w:vAnchor="page" w:hAnchor="margin" w:y="8521"/>
                    <w:spacing w:after="0"/>
                    <w:rPr>
                      <w:rFonts w:ascii="Times New Roman" w:hAnsi="Times New Roman" w:cs="Times New Roman"/>
                      <w:sz w:val="24"/>
                      <w:szCs w:val="24"/>
                    </w:rPr>
                  </w:pPr>
                  <w:r w:rsidRPr="00BB55AC">
                    <w:rPr>
                      <w:rFonts w:ascii="Times New Roman" w:hAnsi="Times New Roman" w:cs="Times New Roman"/>
                      <w:sz w:val="24"/>
                      <w:szCs w:val="24"/>
                    </w:rPr>
                    <w:lastRenderedPageBreak/>
                    <w:t>Three-Wheeler Driver</w:t>
                  </w:r>
                </w:p>
              </w:tc>
            </w:tr>
          </w:tbl>
          <w:p w:rsidR="00BF1A03" w:rsidRPr="00BB55AC" w:rsidRDefault="00BF1A03" w:rsidP="00BF1A03">
            <w:pPr>
              <w:rPr>
                <w:rFonts w:ascii="Times New Roman" w:hAnsi="Times New Roman" w:cs="Times New Roman"/>
                <w:vanish/>
                <w:sz w:val="24"/>
                <w:szCs w:val="24"/>
              </w:rPr>
            </w:pPr>
          </w:p>
        </w:tc>
        <w:tc>
          <w:tcPr>
            <w:tcW w:w="3798" w:type="dxa"/>
          </w:tcPr>
          <w:p w:rsidR="00BF1A03" w:rsidRPr="00BB55AC" w:rsidRDefault="00BF1A03" w:rsidP="00BF1A03">
            <w:pPr>
              <w:spacing w:line="276" w:lineRule="auto"/>
              <w:jc w:val="center"/>
              <w:rPr>
                <w:rFonts w:ascii="Times New Roman" w:hAnsi="Times New Roman" w:cs="Times New Roman"/>
                <w:sz w:val="24"/>
                <w:szCs w:val="24"/>
              </w:rPr>
            </w:pPr>
            <w:r w:rsidRPr="00BB55AC">
              <w:rPr>
                <w:rFonts w:ascii="Times New Roman" w:hAnsi="Times New Roman" w:cs="Times New Roman"/>
                <w:sz w:val="24"/>
                <w:szCs w:val="24"/>
                <w:rtl/>
                <w:cs/>
              </w:rPr>
              <w:t>6</w:t>
            </w:r>
          </w:p>
        </w:tc>
      </w:tr>
      <w:tr w:rsidR="00BF1A03" w:rsidRPr="00BB55AC" w:rsidTr="00093DD3">
        <w:tc>
          <w:tcPr>
            <w:tcW w:w="5670" w:type="dxa"/>
          </w:tcPr>
          <w:tbl>
            <w:tblPr>
              <w:tblW w:w="0" w:type="auto"/>
              <w:tblCellSpacing w:w="15" w:type="dxa"/>
              <w:tblCellMar>
                <w:top w:w="15" w:type="dxa"/>
                <w:left w:w="15" w:type="dxa"/>
                <w:bottom w:w="15" w:type="dxa"/>
                <w:right w:w="15" w:type="dxa"/>
              </w:tblCellMar>
              <w:tblLook w:val="04A0"/>
            </w:tblPr>
            <w:tblGrid>
              <w:gridCol w:w="611"/>
            </w:tblGrid>
            <w:tr w:rsidR="00BF1A03" w:rsidRPr="00BB55AC" w:rsidTr="00BF1A03">
              <w:trPr>
                <w:tblCellSpacing w:w="15" w:type="dxa"/>
              </w:trPr>
              <w:tc>
                <w:tcPr>
                  <w:tcW w:w="0" w:type="auto"/>
                  <w:vAlign w:val="center"/>
                  <w:hideMark/>
                </w:tcPr>
                <w:p w:rsidR="00BF1A03" w:rsidRPr="00BB55AC" w:rsidRDefault="00BF1A03" w:rsidP="00BF1A03">
                  <w:pPr>
                    <w:framePr w:hSpace="180" w:wrap="around" w:vAnchor="page" w:hAnchor="margin" w:y="8521"/>
                    <w:spacing w:after="0"/>
                    <w:rPr>
                      <w:rFonts w:ascii="Times New Roman" w:hAnsi="Times New Roman" w:cs="Times New Roman"/>
                      <w:sz w:val="24"/>
                      <w:szCs w:val="24"/>
                    </w:rPr>
                  </w:pPr>
                  <w:r w:rsidRPr="00BB55AC">
                    <w:rPr>
                      <w:rFonts w:ascii="Times New Roman" w:hAnsi="Times New Roman" w:cs="Times New Roman"/>
                      <w:sz w:val="24"/>
                      <w:szCs w:val="24"/>
                    </w:rPr>
                    <w:t>Cook</w:t>
                  </w:r>
                </w:p>
              </w:tc>
            </w:tr>
          </w:tbl>
          <w:p w:rsidR="00BF1A03" w:rsidRPr="00BB55AC" w:rsidRDefault="00BF1A03" w:rsidP="00BF1A03">
            <w:pPr>
              <w:rPr>
                <w:rFonts w:ascii="Times New Roman" w:hAnsi="Times New Roman" w:cs="Times New Roman"/>
                <w:vanish/>
                <w:sz w:val="24"/>
                <w:szCs w:val="24"/>
              </w:rPr>
            </w:pPr>
          </w:p>
        </w:tc>
        <w:tc>
          <w:tcPr>
            <w:tcW w:w="3798" w:type="dxa"/>
          </w:tcPr>
          <w:p w:rsidR="00BF1A03" w:rsidRPr="00BB55AC" w:rsidRDefault="00BF1A03" w:rsidP="00BF1A03">
            <w:pPr>
              <w:spacing w:line="276" w:lineRule="auto"/>
              <w:jc w:val="center"/>
              <w:rPr>
                <w:rFonts w:ascii="Times New Roman" w:hAnsi="Times New Roman" w:cs="Times New Roman"/>
                <w:sz w:val="24"/>
                <w:szCs w:val="24"/>
              </w:rPr>
            </w:pPr>
            <w:r w:rsidRPr="00BB55AC">
              <w:rPr>
                <w:rFonts w:ascii="Times New Roman" w:hAnsi="Times New Roman" w:cs="Times New Roman"/>
                <w:sz w:val="24"/>
                <w:szCs w:val="24"/>
                <w:rtl/>
                <w:cs/>
              </w:rPr>
              <w:t>6</w:t>
            </w:r>
          </w:p>
        </w:tc>
      </w:tr>
      <w:tr w:rsidR="00BF1A03" w:rsidRPr="00BB55AC" w:rsidTr="00093DD3">
        <w:tc>
          <w:tcPr>
            <w:tcW w:w="5670" w:type="dxa"/>
          </w:tcPr>
          <w:tbl>
            <w:tblPr>
              <w:tblW w:w="0" w:type="auto"/>
              <w:tblCellSpacing w:w="15" w:type="dxa"/>
              <w:tblCellMar>
                <w:top w:w="15" w:type="dxa"/>
                <w:left w:w="15" w:type="dxa"/>
                <w:bottom w:w="15" w:type="dxa"/>
                <w:right w:w="15" w:type="dxa"/>
              </w:tblCellMar>
              <w:tblLook w:val="04A0"/>
            </w:tblPr>
            <w:tblGrid>
              <w:gridCol w:w="571"/>
            </w:tblGrid>
            <w:tr w:rsidR="00BF1A03" w:rsidRPr="00BB55AC" w:rsidTr="00BF1A03">
              <w:trPr>
                <w:tblCellSpacing w:w="15" w:type="dxa"/>
              </w:trPr>
              <w:tc>
                <w:tcPr>
                  <w:tcW w:w="0" w:type="auto"/>
                  <w:vAlign w:val="center"/>
                  <w:hideMark/>
                </w:tcPr>
                <w:p w:rsidR="00BF1A03" w:rsidRPr="00BB55AC" w:rsidRDefault="00BF1A03" w:rsidP="00BF1A03">
                  <w:pPr>
                    <w:framePr w:hSpace="180" w:wrap="around" w:vAnchor="page" w:hAnchor="margin" w:y="8521"/>
                    <w:spacing w:after="0"/>
                    <w:rPr>
                      <w:rFonts w:ascii="Times New Roman" w:hAnsi="Times New Roman" w:cs="Times New Roman"/>
                      <w:sz w:val="24"/>
                      <w:szCs w:val="24"/>
                    </w:rPr>
                  </w:pPr>
                  <w:r w:rsidRPr="00BB55AC">
                    <w:rPr>
                      <w:rFonts w:ascii="Times New Roman" w:hAnsi="Times New Roman" w:cs="Times New Roman"/>
                      <w:sz w:val="24"/>
                      <w:szCs w:val="24"/>
                    </w:rPr>
                    <w:t>KKS</w:t>
                  </w:r>
                </w:p>
              </w:tc>
            </w:tr>
          </w:tbl>
          <w:p w:rsidR="00BF1A03" w:rsidRPr="00BB55AC" w:rsidRDefault="00BF1A03" w:rsidP="00BF1A03">
            <w:pPr>
              <w:rPr>
                <w:rFonts w:ascii="Times New Roman" w:hAnsi="Times New Roman" w:cs="Times New Roman"/>
                <w:vanish/>
                <w:sz w:val="24"/>
                <w:szCs w:val="24"/>
              </w:rPr>
            </w:pPr>
          </w:p>
        </w:tc>
        <w:tc>
          <w:tcPr>
            <w:tcW w:w="3798" w:type="dxa"/>
          </w:tcPr>
          <w:p w:rsidR="00BF1A03" w:rsidRPr="00BB55AC" w:rsidRDefault="00BF1A03" w:rsidP="00BF1A03">
            <w:pPr>
              <w:spacing w:line="276" w:lineRule="auto"/>
              <w:jc w:val="center"/>
              <w:rPr>
                <w:rFonts w:ascii="Times New Roman" w:hAnsi="Times New Roman" w:cs="Times New Roman"/>
                <w:sz w:val="24"/>
                <w:szCs w:val="24"/>
              </w:rPr>
            </w:pPr>
            <w:r w:rsidRPr="00BB55AC">
              <w:rPr>
                <w:rFonts w:ascii="Times New Roman" w:hAnsi="Times New Roman" w:cs="Times New Roman"/>
                <w:sz w:val="24"/>
                <w:szCs w:val="24"/>
                <w:rtl/>
                <w:cs/>
              </w:rPr>
              <w:t>25</w:t>
            </w:r>
          </w:p>
        </w:tc>
      </w:tr>
      <w:tr w:rsidR="00BF1A03" w:rsidRPr="00BB55AC" w:rsidTr="00093DD3">
        <w:tc>
          <w:tcPr>
            <w:tcW w:w="5670" w:type="dxa"/>
          </w:tcPr>
          <w:tbl>
            <w:tblPr>
              <w:tblW w:w="0" w:type="auto"/>
              <w:tblCellSpacing w:w="15" w:type="dxa"/>
              <w:tblCellMar>
                <w:top w:w="15" w:type="dxa"/>
                <w:left w:w="15" w:type="dxa"/>
                <w:bottom w:w="15" w:type="dxa"/>
                <w:right w:w="15" w:type="dxa"/>
              </w:tblCellMar>
              <w:tblLook w:val="04A0"/>
            </w:tblPr>
            <w:tblGrid>
              <w:gridCol w:w="3063"/>
            </w:tblGrid>
            <w:tr w:rsidR="00BF1A03" w:rsidRPr="00BB55AC" w:rsidTr="00BF1A03">
              <w:trPr>
                <w:tblCellSpacing w:w="15" w:type="dxa"/>
              </w:trPr>
              <w:tc>
                <w:tcPr>
                  <w:tcW w:w="0" w:type="auto"/>
                  <w:vAlign w:val="center"/>
                  <w:hideMark/>
                </w:tcPr>
                <w:p w:rsidR="00BF1A03" w:rsidRPr="00BB55AC" w:rsidRDefault="00BF1A03" w:rsidP="00BF1A03">
                  <w:pPr>
                    <w:framePr w:hSpace="180" w:wrap="around" w:vAnchor="page" w:hAnchor="margin" w:y="8521"/>
                    <w:spacing w:after="0"/>
                    <w:rPr>
                      <w:rFonts w:ascii="Times New Roman" w:hAnsi="Times New Roman" w:cs="Times New Roman"/>
                      <w:sz w:val="24"/>
                      <w:szCs w:val="24"/>
                    </w:rPr>
                  </w:pPr>
                  <w:r w:rsidRPr="00BB55AC">
                    <w:rPr>
                      <w:rFonts w:ascii="Times New Roman" w:hAnsi="Times New Roman" w:cs="Times New Roman"/>
                      <w:sz w:val="24"/>
                      <w:szCs w:val="24"/>
                    </w:rPr>
                    <w:t>Counselling Services Labourer</w:t>
                  </w:r>
                </w:p>
              </w:tc>
            </w:tr>
          </w:tbl>
          <w:p w:rsidR="00BF1A03" w:rsidRPr="00BB55AC" w:rsidRDefault="00BF1A03" w:rsidP="00BF1A03">
            <w:pPr>
              <w:rPr>
                <w:rFonts w:ascii="Times New Roman" w:hAnsi="Times New Roman" w:cs="Times New Roman"/>
                <w:vanish/>
                <w:sz w:val="24"/>
                <w:szCs w:val="24"/>
              </w:rPr>
            </w:pPr>
          </w:p>
        </w:tc>
        <w:tc>
          <w:tcPr>
            <w:tcW w:w="3798" w:type="dxa"/>
          </w:tcPr>
          <w:p w:rsidR="00BF1A03" w:rsidRPr="00BB55AC" w:rsidRDefault="00BF1A03" w:rsidP="00BF1A03">
            <w:pPr>
              <w:spacing w:line="276" w:lineRule="auto"/>
              <w:jc w:val="center"/>
              <w:rPr>
                <w:rFonts w:ascii="Times New Roman" w:hAnsi="Times New Roman" w:cs="Times New Roman"/>
                <w:sz w:val="24"/>
                <w:szCs w:val="24"/>
              </w:rPr>
            </w:pPr>
            <w:r w:rsidRPr="00BB55AC">
              <w:rPr>
                <w:rFonts w:ascii="Times New Roman" w:hAnsi="Times New Roman" w:cs="Times New Roman"/>
                <w:sz w:val="24"/>
                <w:szCs w:val="24"/>
                <w:rtl/>
                <w:cs/>
              </w:rPr>
              <w:t>10</w:t>
            </w:r>
          </w:p>
        </w:tc>
      </w:tr>
      <w:tr w:rsidR="00BF1A03" w:rsidRPr="00BB55AC" w:rsidTr="00093DD3">
        <w:tc>
          <w:tcPr>
            <w:tcW w:w="5670" w:type="dxa"/>
          </w:tcPr>
          <w:tbl>
            <w:tblPr>
              <w:tblW w:w="0" w:type="auto"/>
              <w:tblCellSpacing w:w="15" w:type="dxa"/>
              <w:tblCellMar>
                <w:top w:w="15" w:type="dxa"/>
                <w:left w:w="15" w:type="dxa"/>
                <w:bottom w:w="15" w:type="dxa"/>
                <w:right w:w="15" w:type="dxa"/>
              </w:tblCellMar>
              <w:tblLook w:val="04A0"/>
            </w:tblPr>
            <w:tblGrid>
              <w:gridCol w:w="1670"/>
            </w:tblGrid>
            <w:tr w:rsidR="00BF1A03" w:rsidRPr="00BB55AC" w:rsidTr="00BF1A03">
              <w:trPr>
                <w:tblCellSpacing w:w="15" w:type="dxa"/>
              </w:trPr>
              <w:tc>
                <w:tcPr>
                  <w:tcW w:w="0" w:type="auto"/>
                  <w:vAlign w:val="center"/>
                  <w:hideMark/>
                </w:tcPr>
                <w:p w:rsidR="00BF1A03" w:rsidRPr="00BB55AC" w:rsidRDefault="00BF1A03" w:rsidP="00BF1A03">
                  <w:pPr>
                    <w:framePr w:hSpace="180" w:wrap="around" w:vAnchor="page" w:hAnchor="margin" w:y="8521"/>
                    <w:spacing w:after="0"/>
                    <w:rPr>
                      <w:rFonts w:ascii="Times New Roman" w:hAnsi="Times New Roman" w:cs="Times New Roman"/>
                      <w:sz w:val="24"/>
                      <w:szCs w:val="24"/>
                    </w:rPr>
                  </w:pPr>
                  <w:r w:rsidRPr="00BB55AC">
                    <w:rPr>
                      <w:rFonts w:ascii="Times New Roman" w:hAnsi="Times New Roman" w:cs="Times New Roman"/>
                      <w:sz w:val="24"/>
                      <w:szCs w:val="24"/>
                    </w:rPr>
                    <w:t>Centre Assistant</w:t>
                  </w:r>
                </w:p>
              </w:tc>
            </w:tr>
          </w:tbl>
          <w:p w:rsidR="00BF1A03" w:rsidRPr="00BB55AC" w:rsidRDefault="00BF1A03" w:rsidP="00BF1A03">
            <w:pPr>
              <w:rPr>
                <w:rFonts w:ascii="Times New Roman" w:hAnsi="Times New Roman" w:cs="Times New Roman"/>
                <w:vanish/>
                <w:sz w:val="24"/>
                <w:szCs w:val="24"/>
              </w:rPr>
            </w:pPr>
          </w:p>
        </w:tc>
        <w:tc>
          <w:tcPr>
            <w:tcW w:w="3798" w:type="dxa"/>
          </w:tcPr>
          <w:p w:rsidR="00BF1A03" w:rsidRPr="00BB55AC" w:rsidRDefault="00BF1A03" w:rsidP="00BF1A03">
            <w:pPr>
              <w:spacing w:line="276" w:lineRule="auto"/>
              <w:jc w:val="center"/>
              <w:rPr>
                <w:rFonts w:ascii="Times New Roman" w:hAnsi="Times New Roman" w:cs="Times New Roman"/>
                <w:sz w:val="24"/>
                <w:szCs w:val="24"/>
              </w:rPr>
            </w:pPr>
            <w:r w:rsidRPr="00BB55AC">
              <w:rPr>
                <w:rFonts w:ascii="Times New Roman" w:hAnsi="Times New Roman" w:cs="Times New Roman"/>
                <w:sz w:val="24"/>
                <w:szCs w:val="24"/>
                <w:rtl/>
                <w:cs/>
              </w:rPr>
              <w:t>6</w:t>
            </w:r>
          </w:p>
        </w:tc>
      </w:tr>
      <w:tr w:rsidR="00BF1A03" w:rsidRPr="00BB55AC" w:rsidTr="00093DD3">
        <w:tc>
          <w:tcPr>
            <w:tcW w:w="5670" w:type="dxa"/>
          </w:tcPr>
          <w:tbl>
            <w:tblPr>
              <w:tblW w:w="0" w:type="auto"/>
              <w:tblCellSpacing w:w="15" w:type="dxa"/>
              <w:tblCellMar>
                <w:top w:w="15" w:type="dxa"/>
                <w:left w:w="15" w:type="dxa"/>
                <w:bottom w:w="15" w:type="dxa"/>
                <w:right w:w="15" w:type="dxa"/>
              </w:tblCellMar>
              <w:tblLook w:val="04A0"/>
            </w:tblPr>
            <w:tblGrid>
              <w:gridCol w:w="1844"/>
            </w:tblGrid>
            <w:tr w:rsidR="00BF1A03" w:rsidRPr="00BB55AC" w:rsidTr="00BF1A03">
              <w:trPr>
                <w:tblCellSpacing w:w="15" w:type="dxa"/>
              </w:trPr>
              <w:tc>
                <w:tcPr>
                  <w:tcW w:w="0" w:type="auto"/>
                  <w:vAlign w:val="center"/>
                  <w:hideMark/>
                </w:tcPr>
                <w:p w:rsidR="00BF1A03" w:rsidRPr="00BB55AC" w:rsidRDefault="00BF1A03" w:rsidP="00BF1A03">
                  <w:pPr>
                    <w:framePr w:hSpace="180" w:wrap="around" w:vAnchor="page" w:hAnchor="margin" w:y="8521"/>
                    <w:spacing w:after="0"/>
                    <w:rPr>
                      <w:rFonts w:ascii="Times New Roman" w:hAnsi="Times New Roman" w:cs="Times New Roman"/>
                      <w:sz w:val="24"/>
                      <w:szCs w:val="24"/>
                    </w:rPr>
                  </w:pPr>
                  <w:r w:rsidRPr="00BB55AC">
                    <w:rPr>
                      <w:rFonts w:ascii="Times New Roman" w:hAnsi="Times New Roman" w:cs="Times New Roman"/>
                      <w:sz w:val="24"/>
                      <w:szCs w:val="24"/>
                    </w:rPr>
                    <w:t>Still Photographer</w:t>
                  </w:r>
                </w:p>
              </w:tc>
            </w:tr>
          </w:tbl>
          <w:p w:rsidR="00BF1A03" w:rsidRPr="00BB55AC" w:rsidRDefault="00BF1A03" w:rsidP="00BF1A03">
            <w:pPr>
              <w:rPr>
                <w:rFonts w:ascii="Times New Roman" w:hAnsi="Times New Roman" w:cs="Times New Roman"/>
                <w:vanish/>
                <w:sz w:val="24"/>
                <w:szCs w:val="24"/>
              </w:rPr>
            </w:pPr>
          </w:p>
        </w:tc>
        <w:tc>
          <w:tcPr>
            <w:tcW w:w="3798" w:type="dxa"/>
          </w:tcPr>
          <w:p w:rsidR="00BF1A03" w:rsidRPr="00BB55AC" w:rsidRDefault="00BF1A03" w:rsidP="00BF1A03">
            <w:pPr>
              <w:spacing w:line="276" w:lineRule="auto"/>
              <w:jc w:val="center"/>
              <w:rPr>
                <w:rFonts w:ascii="Times New Roman" w:hAnsi="Times New Roman" w:cs="Times New Roman"/>
                <w:sz w:val="24"/>
                <w:szCs w:val="24"/>
              </w:rPr>
            </w:pPr>
            <w:r w:rsidRPr="00BB55AC">
              <w:rPr>
                <w:rFonts w:ascii="Times New Roman" w:hAnsi="Times New Roman" w:cs="Times New Roman"/>
                <w:sz w:val="24"/>
                <w:szCs w:val="24"/>
                <w:rtl/>
                <w:cs/>
              </w:rPr>
              <w:t>1</w:t>
            </w:r>
          </w:p>
        </w:tc>
      </w:tr>
      <w:tr w:rsidR="00BF1A03" w:rsidRPr="00BB55AC" w:rsidTr="00093DD3">
        <w:tc>
          <w:tcPr>
            <w:tcW w:w="5670" w:type="dxa"/>
          </w:tcPr>
          <w:tbl>
            <w:tblPr>
              <w:tblW w:w="0" w:type="auto"/>
              <w:tblCellSpacing w:w="15" w:type="dxa"/>
              <w:tblCellMar>
                <w:top w:w="15" w:type="dxa"/>
                <w:left w:w="15" w:type="dxa"/>
                <w:bottom w:w="15" w:type="dxa"/>
                <w:right w:w="15" w:type="dxa"/>
              </w:tblCellMar>
              <w:tblLook w:val="04A0"/>
            </w:tblPr>
            <w:tblGrid>
              <w:gridCol w:w="2190"/>
            </w:tblGrid>
            <w:tr w:rsidR="00BF1A03" w:rsidRPr="00BB55AC" w:rsidTr="00BF1A03">
              <w:trPr>
                <w:tblCellSpacing w:w="15" w:type="dxa"/>
              </w:trPr>
              <w:tc>
                <w:tcPr>
                  <w:tcW w:w="0" w:type="auto"/>
                  <w:vAlign w:val="center"/>
                  <w:hideMark/>
                </w:tcPr>
                <w:p w:rsidR="00BF1A03" w:rsidRPr="00BB55AC" w:rsidRDefault="00BF1A03" w:rsidP="00BF1A03">
                  <w:pPr>
                    <w:framePr w:hSpace="180" w:wrap="around" w:vAnchor="page" w:hAnchor="margin" w:y="8521"/>
                    <w:spacing w:after="0"/>
                    <w:rPr>
                      <w:rFonts w:ascii="Times New Roman" w:hAnsi="Times New Roman" w:cs="Times New Roman"/>
                      <w:sz w:val="24"/>
                      <w:szCs w:val="24"/>
                    </w:rPr>
                  </w:pPr>
                  <w:r w:rsidRPr="00BB55AC">
                    <w:rPr>
                      <w:rFonts w:ascii="Times New Roman" w:hAnsi="Times New Roman" w:cs="Times New Roman"/>
                      <w:sz w:val="24"/>
                      <w:szCs w:val="24"/>
                    </w:rPr>
                    <w:t>Assistant Cameraman</w:t>
                  </w:r>
                </w:p>
              </w:tc>
            </w:tr>
          </w:tbl>
          <w:p w:rsidR="00BF1A03" w:rsidRPr="00BB55AC" w:rsidRDefault="00BF1A03" w:rsidP="00BF1A03">
            <w:pPr>
              <w:rPr>
                <w:rFonts w:ascii="Times New Roman" w:hAnsi="Times New Roman" w:cs="Times New Roman"/>
                <w:sz w:val="24"/>
                <w:szCs w:val="24"/>
              </w:rPr>
            </w:pPr>
          </w:p>
        </w:tc>
        <w:tc>
          <w:tcPr>
            <w:tcW w:w="3798" w:type="dxa"/>
          </w:tcPr>
          <w:p w:rsidR="00BF1A03" w:rsidRPr="00BB55AC" w:rsidRDefault="00BF1A03" w:rsidP="00BF1A03">
            <w:pPr>
              <w:spacing w:line="276" w:lineRule="auto"/>
              <w:jc w:val="center"/>
              <w:rPr>
                <w:rFonts w:ascii="Times New Roman" w:hAnsi="Times New Roman" w:cs="Times New Roman"/>
                <w:sz w:val="24"/>
                <w:szCs w:val="24"/>
              </w:rPr>
            </w:pPr>
            <w:r w:rsidRPr="00BB55AC">
              <w:rPr>
                <w:rFonts w:ascii="Times New Roman" w:hAnsi="Times New Roman" w:cs="Times New Roman"/>
                <w:sz w:val="24"/>
                <w:szCs w:val="24"/>
                <w:rtl/>
                <w:cs/>
              </w:rPr>
              <w:t>1</w:t>
            </w:r>
          </w:p>
        </w:tc>
      </w:tr>
    </w:tbl>
    <w:p w:rsidR="00EE4D91" w:rsidRPr="00BB55AC" w:rsidRDefault="00EE4D91" w:rsidP="00A32EDC">
      <w:pPr>
        <w:spacing w:after="0"/>
        <w:jc w:val="both"/>
        <w:rPr>
          <w:rFonts w:ascii="Times New Roman" w:hAnsi="Times New Roman" w:cs="Times New Roman"/>
          <w:b/>
          <w:sz w:val="24"/>
          <w:szCs w:val="24"/>
        </w:rPr>
      </w:pPr>
    </w:p>
    <w:p w:rsidR="00F240CA" w:rsidRDefault="00836AF7" w:rsidP="00A32EDC">
      <w:pPr>
        <w:spacing w:after="0"/>
        <w:jc w:val="both"/>
        <w:rPr>
          <w:rFonts w:ascii="Times New Roman" w:hAnsi="Times New Roman" w:cs="Times New Roman"/>
          <w:b/>
          <w:sz w:val="24"/>
          <w:szCs w:val="24"/>
        </w:rPr>
      </w:pPr>
      <w:r w:rsidRPr="00BB55AC">
        <w:rPr>
          <w:rFonts w:ascii="Times New Roman" w:hAnsi="Times New Roman" w:cs="Times New Roman"/>
          <w:b/>
          <w:sz w:val="24"/>
          <w:szCs w:val="24"/>
        </w:rPr>
        <w:t xml:space="preserve">03. </w:t>
      </w:r>
      <w:r w:rsidR="00D02EE5" w:rsidRPr="00BB55AC">
        <w:rPr>
          <w:rFonts w:ascii="Times New Roman" w:hAnsi="Times New Roman" w:cs="Times New Roman"/>
          <w:b/>
          <w:bCs/>
          <w:sz w:val="24"/>
          <w:szCs w:val="24"/>
        </w:rPr>
        <w:t>F</w:t>
      </w:r>
      <w:r w:rsidR="00BF1A03" w:rsidRPr="00BB55AC">
        <w:rPr>
          <w:rFonts w:ascii="Times New Roman" w:hAnsi="Times New Roman" w:cs="Times New Roman"/>
          <w:b/>
          <w:bCs/>
          <w:sz w:val="24"/>
          <w:szCs w:val="24"/>
        </w:rPr>
        <w:t xml:space="preserve">unctions </w:t>
      </w:r>
      <w:r w:rsidR="00FD7287" w:rsidRPr="00BB55AC">
        <w:rPr>
          <w:rFonts w:ascii="Times New Roman" w:hAnsi="Times New Roman" w:cs="Times New Roman"/>
          <w:b/>
          <w:bCs/>
          <w:sz w:val="24"/>
          <w:szCs w:val="24"/>
        </w:rPr>
        <w:t xml:space="preserve">and the activities </w:t>
      </w:r>
      <w:r w:rsidR="00BF1A03" w:rsidRPr="00BB55AC">
        <w:rPr>
          <w:rFonts w:ascii="Times New Roman" w:hAnsi="Times New Roman" w:cs="Times New Roman"/>
          <w:b/>
          <w:bCs/>
          <w:sz w:val="24"/>
          <w:szCs w:val="24"/>
        </w:rPr>
        <w:t xml:space="preserve">of the </w:t>
      </w:r>
      <w:r w:rsidR="00D02EE5" w:rsidRPr="00BB55AC">
        <w:rPr>
          <w:rFonts w:ascii="Times New Roman" w:hAnsi="Times New Roman" w:cs="Times New Roman"/>
          <w:b/>
          <w:bCs/>
          <w:sz w:val="24"/>
          <w:szCs w:val="24"/>
        </w:rPr>
        <w:t>Ministry</w:t>
      </w:r>
      <w:r w:rsidR="00D02EE5" w:rsidRPr="00BB55AC">
        <w:rPr>
          <w:rFonts w:ascii="Times New Roman" w:hAnsi="Times New Roman" w:cs="Times New Roman"/>
          <w:sz w:val="24"/>
          <w:szCs w:val="24"/>
        </w:rPr>
        <w:t xml:space="preserve"> </w:t>
      </w:r>
      <w:r w:rsidR="00D02EE5" w:rsidRPr="00BB55AC">
        <w:rPr>
          <w:rFonts w:ascii="Times New Roman" w:hAnsi="Times New Roman" w:cs="Times New Roman"/>
          <w:b/>
          <w:sz w:val="24"/>
          <w:szCs w:val="24"/>
        </w:rPr>
        <w:t>(</w:t>
      </w:r>
      <w:r w:rsidR="00D02EE5" w:rsidRPr="00BB55AC">
        <w:rPr>
          <w:rFonts w:ascii="Times New Roman" w:hAnsi="Times New Roman" w:cs="Times New Roman"/>
          <w:b/>
          <w:bCs/>
          <w:sz w:val="24"/>
          <w:szCs w:val="24"/>
          <w:lang w:bidi="si-LK"/>
        </w:rPr>
        <w:t xml:space="preserve">by </w:t>
      </w:r>
      <w:r w:rsidR="00FD7287" w:rsidRPr="00BB55AC">
        <w:rPr>
          <w:rFonts w:ascii="Times New Roman" w:hAnsi="Times New Roman" w:cs="Times New Roman"/>
          <w:b/>
          <w:bCs/>
          <w:sz w:val="24"/>
          <w:szCs w:val="24"/>
          <w:lang w:bidi="si-LK"/>
        </w:rPr>
        <w:t xml:space="preserve">Units </w:t>
      </w:r>
      <w:r w:rsidR="00D02EE5" w:rsidRPr="00BB55AC">
        <w:rPr>
          <w:rFonts w:ascii="Times New Roman" w:hAnsi="Times New Roman" w:cs="Times New Roman"/>
          <w:b/>
          <w:bCs/>
          <w:sz w:val="24"/>
          <w:szCs w:val="24"/>
          <w:lang w:bidi="si-LK"/>
        </w:rPr>
        <w:t>/ Branch</w:t>
      </w:r>
      <w:r w:rsidRPr="00BB55AC">
        <w:rPr>
          <w:rFonts w:ascii="Times New Roman" w:hAnsi="Times New Roman" w:cs="Times New Roman"/>
          <w:b/>
          <w:sz w:val="24"/>
          <w:szCs w:val="24"/>
        </w:rPr>
        <w:t>)</w:t>
      </w:r>
    </w:p>
    <w:p w:rsidR="00BB55AC" w:rsidRPr="00BB55AC" w:rsidRDefault="00BB55AC" w:rsidP="00A32EDC">
      <w:pPr>
        <w:spacing w:after="0"/>
        <w:jc w:val="both"/>
        <w:rPr>
          <w:rFonts w:ascii="Times New Roman" w:hAnsi="Times New Roman" w:cs="Times New Roman"/>
          <w:b/>
          <w:sz w:val="24"/>
          <w:szCs w:val="24"/>
          <w:lang w:bidi="si-LK"/>
        </w:rPr>
      </w:pPr>
    </w:p>
    <w:tbl>
      <w:tblPr>
        <w:tblStyle w:val="TableGrid"/>
        <w:tblW w:w="9918" w:type="dxa"/>
        <w:tblLook w:val="04A0"/>
      </w:tblPr>
      <w:tblGrid>
        <w:gridCol w:w="1998"/>
        <w:gridCol w:w="6390"/>
        <w:gridCol w:w="1530"/>
      </w:tblGrid>
      <w:tr w:rsidR="00CD1104" w:rsidRPr="00BB55AC" w:rsidTr="00A32EDC">
        <w:trPr>
          <w:trHeight w:val="1016"/>
        </w:trPr>
        <w:tc>
          <w:tcPr>
            <w:tcW w:w="1998" w:type="dxa"/>
            <w:shd w:val="clear" w:color="auto" w:fill="FFFFFF" w:themeFill="background1"/>
            <w:vAlign w:val="center"/>
          </w:tcPr>
          <w:p w:rsidR="00CD1104" w:rsidRPr="00BB55AC" w:rsidRDefault="00FD7287" w:rsidP="00A32EDC">
            <w:pPr>
              <w:spacing w:line="276" w:lineRule="auto"/>
              <w:jc w:val="center"/>
              <w:rPr>
                <w:rFonts w:ascii="Times New Roman" w:hAnsi="Times New Roman" w:cs="Times New Roman"/>
                <w:sz w:val="24"/>
                <w:szCs w:val="24"/>
              </w:rPr>
            </w:pPr>
            <w:r w:rsidRPr="00BB55AC">
              <w:rPr>
                <w:rFonts w:ascii="Times New Roman" w:hAnsi="Times New Roman" w:cs="Times New Roman"/>
                <w:b/>
                <w:bCs/>
                <w:sz w:val="24"/>
                <w:szCs w:val="24"/>
                <w:lang w:bidi="si-LK"/>
              </w:rPr>
              <w:t xml:space="preserve">Unit </w:t>
            </w:r>
            <w:r w:rsidR="00D02EE5" w:rsidRPr="00BB55AC">
              <w:rPr>
                <w:rFonts w:ascii="Times New Roman" w:hAnsi="Times New Roman" w:cs="Times New Roman"/>
                <w:b/>
                <w:bCs/>
                <w:sz w:val="24"/>
                <w:szCs w:val="24"/>
                <w:lang w:bidi="si-LK"/>
              </w:rPr>
              <w:t>/ Branch</w:t>
            </w:r>
          </w:p>
        </w:tc>
        <w:tc>
          <w:tcPr>
            <w:tcW w:w="6390" w:type="dxa"/>
            <w:vAlign w:val="center"/>
          </w:tcPr>
          <w:p w:rsidR="00CD1104" w:rsidRPr="00BB55AC" w:rsidRDefault="00D02EE5" w:rsidP="00FD7287">
            <w:pPr>
              <w:spacing w:line="276" w:lineRule="auto"/>
              <w:jc w:val="center"/>
              <w:rPr>
                <w:rFonts w:ascii="Times New Roman" w:hAnsi="Times New Roman" w:cs="Times New Roman"/>
                <w:sz w:val="24"/>
                <w:szCs w:val="24"/>
              </w:rPr>
            </w:pPr>
            <w:r w:rsidRPr="00BB55AC">
              <w:rPr>
                <w:rFonts w:ascii="Times New Roman" w:hAnsi="Times New Roman" w:cs="Times New Roman"/>
                <w:b/>
                <w:bCs/>
                <w:sz w:val="24"/>
                <w:szCs w:val="24"/>
              </w:rPr>
              <w:t>Main</w:t>
            </w:r>
            <w:r w:rsidRPr="00BB55AC">
              <w:rPr>
                <w:rFonts w:ascii="Times New Roman" w:hAnsi="Times New Roman" w:cs="Times New Roman"/>
                <w:sz w:val="24"/>
                <w:szCs w:val="24"/>
              </w:rPr>
              <w:t xml:space="preserve"> </w:t>
            </w:r>
            <w:r w:rsidR="00FD7287" w:rsidRPr="00BB55AC">
              <w:rPr>
                <w:rFonts w:ascii="Times New Roman" w:hAnsi="Times New Roman" w:cs="Times New Roman"/>
                <w:b/>
                <w:bCs/>
                <w:sz w:val="24"/>
                <w:szCs w:val="24"/>
              </w:rPr>
              <w:t xml:space="preserve">tasks / activities in brief </w:t>
            </w:r>
          </w:p>
        </w:tc>
        <w:tc>
          <w:tcPr>
            <w:tcW w:w="1530" w:type="dxa"/>
            <w:vAlign w:val="center"/>
          </w:tcPr>
          <w:p w:rsidR="00CD1104" w:rsidRPr="00BB55AC" w:rsidRDefault="00D02EE5" w:rsidP="00A32EDC">
            <w:pPr>
              <w:spacing w:line="276" w:lineRule="auto"/>
              <w:jc w:val="center"/>
              <w:rPr>
                <w:rFonts w:ascii="Times New Roman" w:hAnsi="Times New Roman" w:cs="Times New Roman"/>
                <w:sz w:val="24"/>
                <w:szCs w:val="24"/>
              </w:rPr>
            </w:pPr>
            <w:r w:rsidRPr="00BB55AC">
              <w:rPr>
                <w:rFonts w:ascii="Times New Roman" w:hAnsi="Times New Roman" w:cs="Times New Roman"/>
                <w:b/>
                <w:bCs/>
                <w:sz w:val="24"/>
                <w:szCs w:val="24"/>
                <w:lang w:bidi="si-LK"/>
              </w:rPr>
              <w:t>Contact No.</w:t>
            </w:r>
          </w:p>
        </w:tc>
      </w:tr>
      <w:tr w:rsidR="00F853F4" w:rsidRPr="00BB55AC" w:rsidTr="00A32EDC">
        <w:trPr>
          <w:trHeight w:val="497"/>
        </w:trPr>
        <w:tc>
          <w:tcPr>
            <w:tcW w:w="1998" w:type="dxa"/>
          </w:tcPr>
          <w:p w:rsidR="00F853F4" w:rsidRPr="00BB55AC" w:rsidRDefault="005F6AAF" w:rsidP="00A32EDC">
            <w:pPr>
              <w:spacing w:line="276" w:lineRule="auto"/>
              <w:jc w:val="both"/>
              <w:rPr>
                <w:rFonts w:ascii="Times New Roman" w:hAnsi="Times New Roman" w:cs="Times New Roman"/>
                <w:sz w:val="24"/>
                <w:szCs w:val="24"/>
                <w:lang w:bidi="si-LK"/>
              </w:rPr>
            </w:pPr>
            <w:r w:rsidRPr="00BB55AC">
              <w:rPr>
                <w:rFonts w:ascii="Times New Roman" w:hAnsi="Times New Roman" w:cs="Times New Roman"/>
                <w:sz w:val="24"/>
                <w:szCs w:val="24"/>
                <w:lang w:bidi="si-LK"/>
              </w:rPr>
              <w:t xml:space="preserve">Administration Division </w:t>
            </w:r>
          </w:p>
        </w:tc>
        <w:tc>
          <w:tcPr>
            <w:tcW w:w="6390" w:type="dxa"/>
          </w:tcPr>
          <w:p w:rsidR="00A32EDC" w:rsidRDefault="00A14928" w:rsidP="00A32EDC">
            <w:pPr>
              <w:spacing w:line="276" w:lineRule="auto"/>
              <w:jc w:val="both"/>
              <w:rPr>
                <w:rFonts w:ascii="Times New Roman" w:hAnsi="Times New Roman" w:cs="Times New Roman"/>
                <w:b/>
                <w:bCs/>
                <w:sz w:val="24"/>
                <w:szCs w:val="24"/>
                <w:lang w:bidi="si-LK"/>
              </w:rPr>
            </w:pPr>
            <w:r w:rsidRPr="00BB55AC">
              <w:rPr>
                <w:rFonts w:ascii="Times New Roman" w:hAnsi="Times New Roman" w:cs="Times New Roman"/>
                <w:sz w:val="24"/>
                <w:szCs w:val="24"/>
              </w:rPr>
              <w:t xml:space="preserve">The main functions of the </w:t>
            </w:r>
            <w:r w:rsidR="00577A8F" w:rsidRPr="00BB55AC">
              <w:rPr>
                <w:rFonts w:ascii="Times New Roman" w:hAnsi="Times New Roman" w:cs="Times New Roman"/>
                <w:sz w:val="24"/>
                <w:szCs w:val="24"/>
                <w:lang w:bidi="si-LK"/>
              </w:rPr>
              <w:t xml:space="preserve">Administration </w:t>
            </w:r>
            <w:r w:rsidRPr="00BB55AC">
              <w:rPr>
                <w:rFonts w:ascii="Times New Roman" w:hAnsi="Times New Roman" w:cs="Times New Roman"/>
                <w:sz w:val="24"/>
                <w:szCs w:val="24"/>
              </w:rPr>
              <w:t>Division include managing the institutional and administrative affairs relating to the staff of the Ministry and all institutions un</w:t>
            </w:r>
            <w:r w:rsidR="002D2348" w:rsidRPr="00BB55AC">
              <w:rPr>
                <w:rFonts w:ascii="Times New Roman" w:hAnsi="Times New Roman" w:cs="Times New Roman"/>
                <w:sz w:val="24"/>
                <w:szCs w:val="24"/>
              </w:rPr>
              <w:t>der the purview of the Ministry,</w:t>
            </w:r>
            <w:r w:rsidRPr="00BB55AC">
              <w:rPr>
                <w:rFonts w:ascii="Times New Roman" w:hAnsi="Times New Roman" w:cs="Times New Roman"/>
                <w:sz w:val="24"/>
                <w:szCs w:val="24"/>
              </w:rPr>
              <w:t xml:space="preserve"> developing human resource capacities through local and foreign training; contributing to policy formulation by properly submitting Cabinet Memoranda, draft legislation and other relevant documents pertaining to the </w:t>
            </w:r>
            <w:r w:rsidR="00577A8F" w:rsidRPr="00BB55AC">
              <w:rPr>
                <w:rFonts w:ascii="Times New Roman" w:hAnsi="Times New Roman" w:cs="Times New Roman"/>
                <w:sz w:val="24"/>
                <w:szCs w:val="24"/>
              </w:rPr>
              <w:t>scope</w:t>
            </w:r>
            <w:r w:rsidRPr="00BB55AC">
              <w:rPr>
                <w:rFonts w:ascii="Times New Roman" w:hAnsi="Times New Roman" w:cs="Times New Roman"/>
                <w:sz w:val="24"/>
                <w:szCs w:val="24"/>
              </w:rPr>
              <w:t xml:space="preserve"> of the Ministry</w:t>
            </w:r>
            <w:r w:rsidR="00005862" w:rsidRPr="00BB55AC">
              <w:rPr>
                <w:rFonts w:ascii="Times New Roman" w:hAnsi="Times New Roman" w:cs="Times New Roman"/>
                <w:sz w:val="24"/>
                <w:szCs w:val="24"/>
              </w:rPr>
              <w:t>,</w:t>
            </w:r>
            <w:r w:rsidRPr="00BB55AC">
              <w:rPr>
                <w:rFonts w:ascii="Times New Roman" w:hAnsi="Times New Roman" w:cs="Times New Roman"/>
                <w:sz w:val="24"/>
                <w:szCs w:val="24"/>
              </w:rPr>
              <w:t xml:space="preserve"> making arrangements to provi</w:t>
            </w:r>
            <w:r w:rsidR="002D2348" w:rsidRPr="00BB55AC">
              <w:rPr>
                <w:rFonts w:ascii="Times New Roman" w:hAnsi="Times New Roman" w:cs="Times New Roman"/>
                <w:sz w:val="24"/>
                <w:szCs w:val="24"/>
              </w:rPr>
              <w:t>de the required human resources,</w:t>
            </w:r>
            <w:r w:rsidRPr="00BB55AC">
              <w:rPr>
                <w:rFonts w:ascii="Times New Roman" w:hAnsi="Times New Roman" w:cs="Times New Roman"/>
                <w:sz w:val="24"/>
                <w:szCs w:val="24"/>
              </w:rPr>
              <w:t xml:space="preserve"> implementing human resource development programmes</w:t>
            </w:r>
            <w:r w:rsidR="002D2348" w:rsidRPr="00BB55AC">
              <w:rPr>
                <w:rFonts w:ascii="Times New Roman" w:hAnsi="Times New Roman" w:cs="Times New Roman"/>
                <w:sz w:val="24"/>
                <w:szCs w:val="24"/>
              </w:rPr>
              <w:t>,</w:t>
            </w:r>
            <w:r w:rsidRPr="00BB55AC">
              <w:rPr>
                <w:rFonts w:ascii="Times New Roman" w:hAnsi="Times New Roman" w:cs="Times New Roman"/>
                <w:sz w:val="24"/>
                <w:szCs w:val="24"/>
              </w:rPr>
              <w:t xml:space="preserve"> handling public grievances</w:t>
            </w:r>
            <w:r w:rsidR="002D2348" w:rsidRPr="00BB55AC">
              <w:rPr>
                <w:rFonts w:ascii="Times New Roman" w:hAnsi="Times New Roman" w:cs="Times New Roman"/>
                <w:sz w:val="24"/>
                <w:szCs w:val="24"/>
              </w:rPr>
              <w:t>,</w:t>
            </w:r>
            <w:r w:rsidR="00005862" w:rsidRPr="00BB55AC">
              <w:rPr>
                <w:rFonts w:ascii="Times New Roman" w:hAnsi="Times New Roman" w:cs="Times New Roman"/>
                <w:sz w:val="24"/>
                <w:szCs w:val="24"/>
              </w:rPr>
              <w:t xml:space="preserve"> </w:t>
            </w:r>
            <w:r w:rsidRPr="00BB55AC">
              <w:rPr>
                <w:rFonts w:ascii="Times New Roman" w:hAnsi="Times New Roman" w:cs="Times New Roman"/>
                <w:sz w:val="24"/>
                <w:szCs w:val="24"/>
              </w:rPr>
              <w:t xml:space="preserve">providing </w:t>
            </w:r>
            <w:r w:rsidR="00577A8F" w:rsidRPr="00BB55AC">
              <w:rPr>
                <w:rFonts w:ascii="Times New Roman" w:hAnsi="Times New Roman" w:cs="Times New Roman"/>
                <w:sz w:val="24"/>
                <w:szCs w:val="24"/>
              </w:rPr>
              <w:t>answers</w:t>
            </w:r>
            <w:r w:rsidRPr="00BB55AC">
              <w:rPr>
                <w:rFonts w:ascii="Times New Roman" w:hAnsi="Times New Roman" w:cs="Times New Roman"/>
                <w:sz w:val="24"/>
                <w:szCs w:val="24"/>
              </w:rPr>
              <w:t xml:space="preserve"> to Parliamentary Questions</w:t>
            </w:r>
            <w:r w:rsidR="00005862" w:rsidRPr="00BB55AC">
              <w:rPr>
                <w:rFonts w:ascii="Times New Roman" w:hAnsi="Times New Roman" w:cs="Times New Roman"/>
                <w:sz w:val="24"/>
                <w:szCs w:val="24"/>
              </w:rPr>
              <w:t xml:space="preserve">, </w:t>
            </w:r>
            <w:r w:rsidRPr="00BB55AC">
              <w:rPr>
                <w:rFonts w:ascii="Times New Roman" w:hAnsi="Times New Roman" w:cs="Times New Roman"/>
                <w:sz w:val="24"/>
                <w:szCs w:val="24"/>
              </w:rPr>
              <w:t xml:space="preserve">coordinating matters relating to </w:t>
            </w:r>
            <w:r w:rsidR="002D2348" w:rsidRPr="00BB55AC">
              <w:rPr>
                <w:rStyle w:val="Heading4Char"/>
                <w:rFonts w:ascii="Times New Roman" w:hAnsi="Times New Roman" w:cs="Times New Roman"/>
                <w:b w:val="0"/>
                <w:bCs w:val="0"/>
                <w:i w:val="0"/>
                <w:iCs w:val="0"/>
                <w:color w:val="000000" w:themeColor="text1"/>
                <w:sz w:val="24"/>
                <w:szCs w:val="24"/>
              </w:rPr>
              <w:t>Consultative Committee on Parliamentary Affairs</w:t>
            </w:r>
            <w:r w:rsidRPr="00BB55AC">
              <w:rPr>
                <w:rFonts w:ascii="Times New Roman" w:hAnsi="Times New Roman" w:cs="Times New Roman"/>
                <w:sz w:val="24"/>
                <w:szCs w:val="24"/>
              </w:rPr>
              <w:t>, Standing Orders and other Parliamentary affairs</w:t>
            </w:r>
            <w:r w:rsidR="002D2348" w:rsidRPr="00BB55AC">
              <w:rPr>
                <w:rFonts w:ascii="Times New Roman" w:hAnsi="Times New Roman" w:cs="Times New Roman"/>
                <w:sz w:val="24"/>
                <w:szCs w:val="24"/>
              </w:rPr>
              <w:t>,</w:t>
            </w:r>
            <w:r w:rsidRPr="00BB55AC">
              <w:rPr>
                <w:rFonts w:ascii="Times New Roman" w:hAnsi="Times New Roman" w:cs="Times New Roman"/>
                <w:sz w:val="24"/>
                <w:szCs w:val="24"/>
              </w:rPr>
              <w:t xml:space="preserve"> making necessary arrangements for the submission of the Annual Reports of the Department of Probation and Child Care Services and the National Child Protection Authority to Parliament for approval</w:t>
            </w:r>
            <w:r w:rsidR="002D2348" w:rsidRPr="00BB55AC">
              <w:rPr>
                <w:rFonts w:ascii="Times New Roman" w:hAnsi="Times New Roman" w:cs="Times New Roman"/>
                <w:sz w:val="24"/>
                <w:szCs w:val="24"/>
              </w:rPr>
              <w:t>,</w:t>
            </w:r>
            <w:r w:rsidRPr="00BB55AC">
              <w:rPr>
                <w:rFonts w:ascii="Times New Roman" w:hAnsi="Times New Roman" w:cs="Times New Roman"/>
                <w:sz w:val="24"/>
                <w:szCs w:val="24"/>
              </w:rPr>
              <w:t xml:space="preserve"> coordinating matters with the Presidential Secretariat, Prime Minister’s Office and Cabinet Office</w:t>
            </w:r>
            <w:r w:rsidR="002D2348" w:rsidRPr="00BB55AC">
              <w:rPr>
                <w:rFonts w:ascii="Times New Roman" w:hAnsi="Times New Roman" w:cs="Times New Roman"/>
                <w:sz w:val="24"/>
                <w:szCs w:val="24"/>
              </w:rPr>
              <w:t>,</w:t>
            </w:r>
            <w:r w:rsidR="00005862" w:rsidRPr="00BB55AC">
              <w:rPr>
                <w:rFonts w:ascii="Times New Roman" w:hAnsi="Times New Roman" w:cs="Times New Roman"/>
                <w:sz w:val="24"/>
                <w:szCs w:val="24"/>
              </w:rPr>
              <w:t xml:space="preserve"> </w:t>
            </w:r>
            <w:r w:rsidRPr="00BB55AC">
              <w:rPr>
                <w:rFonts w:ascii="Times New Roman" w:hAnsi="Times New Roman" w:cs="Times New Roman"/>
                <w:sz w:val="24"/>
                <w:szCs w:val="24"/>
              </w:rPr>
              <w:t xml:space="preserve">and handling matters relating to the </w:t>
            </w:r>
            <w:r w:rsidRPr="00BB55AC">
              <w:rPr>
                <w:rStyle w:val="Strong"/>
                <w:rFonts w:ascii="Times New Roman" w:hAnsi="Times New Roman" w:cs="Times New Roman"/>
                <w:b w:val="0"/>
                <w:bCs w:val="0"/>
                <w:sz w:val="24"/>
                <w:szCs w:val="24"/>
              </w:rPr>
              <w:t>Right to Information Act</w:t>
            </w:r>
            <w:r w:rsidRPr="00BB55AC">
              <w:rPr>
                <w:rFonts w:ascii="Times New Roman" w:hAnsi="Times New Roman" w:cs="Times New Roman"/>
                <w:b/>
                <w:bCs/>
                <w:sz w:val="24"/>
                <w:szCs w:val="24"/>
              </w:rPr>
              <w:t>.</w:t>
            </w:r>
          </w:p>
          <w:p w:rsidR="00E90311" w:rsidRPr="00E90311" w:rsidRDefault="00E90311" w:rsidP="00A32EDC">
            <w:pPr>
              <w:spacing w:line="276" w:lineRule="auto"/>
              <w:jc w:val="both"/>
              <w:rPr>
                <w:rFonts w:ascii="Times New Roman" w:hAnsi="Times New Roman" w:cs="Times New Roman"/>
                <w:b/>
                <w:bCs/>
                <w:sz w:val="24"/>
                <w:szCs w:val="24"/>
                <w:lang w:bidi="si-LK"/>
              </w:rPr>
            </w:pPr>
          </w:p>
        </w:tc>
        <w:tc>
          <w:tcPr>
            <w:tcW w:w="1530" w:type="dxa"/>
          </w:tcPr>
          <w:p w:rsidR="00F853F4" w:rsidRPr="00BB55AC" w:rsidRDefault="002A3E8B" w:rsidP="00A32EDC">
            <w:pPr>
              <w:spacing w:line="276" w:lineRule="auto"/>
              <w:jc w:val="both"/>
              <w:rPr>
                <w:rFonts w:ascii="Times New Roman" w:hAnsi="Times New Roman" w:cs="Times New Roman"/>
                <w:sz w:val="24"/>
                <w:szCs w:val="24"/>
                <w:lang w:bidi="si-LK"/>
              </w:rPr>
            </w:pPr>
            <w:r w:rsidRPr="00BB55AC">
              <w:rPr>
                <w:rFonts w:ascii="Times New Roman" w:hAnsi="Times New Roman" w:cs="Times New Roman"/>
                <w:sz w:val="24"/>
                <w:szCs w:val="24"/>
                <w:cs/>
                <w:lang w:bidi="si-LK"/>
              </w:rPr>
              <w:t>011 2187273</w:t>
            </w:r>
          </w:p>
        </w:tc>
      </w:tr>
      <w:tr w:rsidR="00F853F4" w:rsidRPr="00BB55AC" w:rsidTr="00A32EDC">
        <w:trPr>
          <w:trHeight w:val="519"/>
        </w:trPr>
        <w:tc>
          <w:tcPr>
            <w:tcW w:w="1998" w:type="dxa"/>
          </w:tcPr>
          <w:p w:rsidR="00F853F4" w:rsidRPr="00BB55AC" w:rsidRDefault="00296EAC" w:rsidP="00A32EDC">
            <w:pPr>
              <w:spacing w:line="276" w:lineRule="auto"/>
              <w:jc w:val="both"/>
              <w:rPr>
                <w:rFonts w:ascii="Times New Roman" w:hAnsi="Times New Roman" w:cs="Times New Roman"/>
                <w:sz w:val="24"/>
                <w:szCs w:val="24"/>
                <w:lang w:bidi="si-LK"/>
              </w:rPr>
            </w:pPr>
            <w:r w:rsidRPr="00BB55AC">
              <w:rPr>
                <w:rFonts w:ascii="Times New Roman" w:hAnsi="Times New Roman" w:cs="Times New Roman"/>
                <w:sz w:val="24"/>
                <w:szCs w:val="24"/>
                <w:lang w:bidi="si-LK"/>
              </w:rPr>
              <w:t>Accounts Division</w:t>
            </w:r>
          </w:p>
        </w:tc>
        <w:tc>
          <w:tcPr>
            <w:tcW w:w="6390" w:type="dxa"/>
          </w:tcPr>
          <w:p w:rsidR="00A32EDC" w:rsidRPr="00BB55AC" w:rsidRDefault="00A34E1E" w:rsidP="00A0186D">
            <w:pPr>
              <w:spacing w:line="276" w:lineRule="auto"/>
              <w:jc w:val="both"/>
              <w:rPr>
                <w:rFonts w:ascii="Times New Roman" w:hAnsi="Times New Roman" w:cs="Times New Roman"/>
                <w:sz w:val="24"/>
                <w:szCs w:val="24"/>
                <w:lang w:bidi="si-LK"/>
              </w:rPr>
            </w:pPr>
            <w:r w:rsidRPr="00BB55AC">
              <w:rPr>
                <w:rFonts w:ascii="Times New Roman" w:hAnsi="Times New Roman" w:cs="Times New Roman"/>
                <w:sz w:val="24"/>
                <w:szCs w:val="24"/>
              </w:rPr>
              <w:t xml:space="preserve">The functions entrusted to the </w:t>
            </w:r>
            <w:r w:rsidR="00A0186D" w:rsidRPr="00BB55AC">
              <w:rPr>
                <w:rFonts w:ascii="Times New Roman" w:hAnsi="Times New Roman" w:cs="Times New Roman"/>
                <w:sz w:val="24"/>
                <w:szCs w:val="24"/>
              </w:rPr>
              <w:t>Division</w:t>
            </w:r>
            <w:r w:rsidRPr="00BB55AC">
              <w:rPr>
                <w:rFonts w:ascii="Times New Roman" w:hAnsi="Times New Roman" w:cs="Times New Roman"/>
                <w:sz w:val="24"/>
                <w:szCs w:val="24"/>
              </w:rPr>
              <w:t xml:space="preserve"> include securing and managing annual allocations for operational and development programmes</w:t>
            </w:r>
            <w:r w:rsidR="00CB5BFE" w:rsidRPr="00BB55AC">
              <w:rPr>
                <w:rFonts w:ascii="Times New Roman" w:hAnsi="Times New Roman" w:cs="Times New Roman"/>
                <w:sz w:val="24"/>
                <w:szCs w:val="24"/>
              </w:rPr>
              <w:t xml:space="preserve"> </w:t>
            </w:r>
            <w:r w:rsidRPr="00BB55AC">
              <w:rPr>
                <w:rFonts w:ascii="Times New Roman" w:hAnsi="Times New Roman" w:cs="Times New Roman"/>
                <w:sz w:val="24"/>
                <w:szCs w:val="24"/>
              </w:rPr>
              <w:t xml:space="preserve">and making payments thereunder, maintaining Government accounts in a transparent manner, and ensuring financial discipline in the exercise of the powers vested in the </w:t>
            </w:r>
            <w:r w:rsidRPr="00BB55AC">
              <w:rPr>
                <w:rFonts w:ascii="Times New Roman" w:hAnsi="Times New Roman" w:cs="Times New Roman"/>
                <w:sz w:val="24"/>
                <w:szCs w:val="24"/>
              </w:rPr>
              <w:lastRenderedPageBreak/>
              <w:t xml:space="preserve">Chief Accounting Officer under the Financial Regulations. In addition to carrying out the accounting functions of the Ministry and the overall procurement process, the </w:t>
            </w:r>
            <w:r w:rsidR="00A0186D" w:rsidRPr="00BB55AC">
              <w:rPr>
                <w:rFonts w:ascii="Times New Roman" w:hAnsi="Times New Roman" w:cs="Times New Roman"/>
                <w:sz w:val="24"/>
                <w:szCs w:val="24"/>
              </w:rPr>
              <w:t>Division</w:t>
            </w:r>
            <w:r w:rsidRPr="00BB55AC">
              <w:rPr>
                <w:rFonts w:ascii="Times New Roman" w:hAnsi="Times New Roman" w:cs="Times New Roman"/>
                <w:sz w:val="24"/>
                <w:szCs w:val="24"/>
              </w:rPr>
              <w:t xml:space="preserve"> also supervises the accounts of the Departments, statutory institutions and Boards under its purview.</w:t>
            </w:r>
            <w:r w:rsidR="00A0186D" w:rsidRPr="00BB55AC">
              <w:rPr>
                <w:rFonts w:ascii="Times New Roman" w:hAnsi="Times New Roman" w:cs="Times New Roman"/>
                <w:sz w:val="24"/>
                <w:szCs w:val="24"/>
              </w:rPr>
              <w:t xml:space="preserve">  </w:t>
            </w:r>
          </w:p>
        </w:tc>
        <w:tc>
          <w:tcPr>
            <w:tcW w:w="1530" w:type="dxa"/>
          </w:tcPr>
          <w:p w:rsidR="00F853F4" w:rsidRPr="00BB55AC" w:rsidRDefault="00B85562" w:rsidP="00A32EDC">
            <w:pPr>
              <w:spacing w:line="276" w:lineRule="auto"/>
              <w:jc w:val="both"/>
              <w:rPr>
                <w:rFonts w:ascii="Times New Roman" w:hAnsi="Times New Roman" w:cs="Times New Roman"/>
                <w:sz w:val="24"/>
                <w:szCs w:val="24"/>
              </w:rPr>
            </w:pPr>
            <w:r w:rsidRPr="00BB55AC">
              <w:rPr>
                <w:rFonts w:ascii="Times New Roman" w:hAnsi="Times New Roman" w:cs="Times New Roman"/>
                <w:sz w:val="24"/>
                <w:szCs w:val="24"/>
              </w:rPr>
              <w:lastRenderedPageBreak/>
              <w:t>011 2187254</w:t>
            </w:r>
          </w:p>
        </w:tc>
      </w:tr>
      <w:tr w:rsidR="00F853F4" w:rsidRPr="00BB55AC" w:rsidTr="00A32EDC">
        <w:trPr>
          <w:trHeight w:val="519"/>
        </w:trPr>
        <w:tc>
          <w:tcPr>
            <w:tcW w:w="1998" w:type="dxa"/>
          </w:tcPr>
          <w:p w:rsidR="00F853F4" w:rsidRPr="00BB55AC" w:rsidRDefault="00D55A9D" w:rsidP="00A32EDC">
            <w:pPr>
              <w:spacing w:line="276" w:lineRule="auto"/>
              <w:jc w:val="both"/>
              <w:rPr>
                <w:rFonts w:ascii="Times New Roman" w:hAnsi="Times New Roman" w:cs="Times New Roman"/>
                <w:sz w:val="24"/>
                <w:szCs w:val="24"/>
                <w:lang w:bidi="si-LK"/>
              </w:rPr>
            </w:pPr>
            <w:r w:rsidRPr="00BB55AC">
              <w:rPr>
                <w:rFonts w:ascii="Times New Roman" w:hAnsi="Times New Roman" w:cs="Times New Roman"/>
                <w:sz w:val="24"/>
                <w:szCs w:val="24"/>
              </w:rPr>
              <w:lastRenderedPageBreak/>
              <w:t>Planning and Information Technology Division</w:t>
            </w:r>
          </w:p>
        </w:tc>
        <w:tc>
          <w:tcPr>
            <w:tcW w:w="6390" w:type="dxa"/>
          </w:tcPr>
          <w:p w:rsidR="00C00902" w:rsidRPr="00BB55AC" w:rsidRDefault="00D55A9D" w:rsidP="00C00902">
            <w:pPr>
              <w:spacing w:line="276" w:lineRule="auto"/>
              <w:jc w:val="both"/>
              <w:rPr>
                <w:rFonts w:ascii="Times New Roman" w:hAnsi="Times New Roman" w:cs="Times New Roman"/>
                <w:sz w:val="24"/>
                <w:szCs w:val="24"/>
              </w:rPr>
            </w:pPr>
            <w:r w:rsidRPr="00BB55AC">
              <w:rPr>
                <w:rFonts w:ascii="Times New Roman" w:hAnsi="Times New Roman" w:cs="Times New Roman"/>
                <w:sz w:val="24"/>
                <w:szCs w:val="24"/>
              </w:rPr>
              <w:t>The main functions of the Division are to consolidate</w:t>
            </w:r>
            <w:r w:rsidR="002C5A1E" w:rsidRPr="00BB55AC">
              <w:rPr>
                <w:rFonts w:ascii="Times New Roman" w:hAnsi="Times New Roman" w:cs="Times New Roman"/>
                <w:sz w:val="24"/>
                <w:szCs w:val="24"/>
              </w:rPr>
              <w:t xml:space="preserve"> information from all divisions/</w:t>
            </w:r>
            <w:r w:rsidRPr="00BB55AC">
              <w:rPr>
                <w:rFonts w:ascii="Times New Roman" w:hAnsi="Times New Roman" w:cs="Times New Roman"/>
                <w:sz w:val="24"/>
                <w:szCs w:val="24"/>
              </w:rPr>
              <w:t xml:space="preserve"> departments and institutions of the Ministry </w:t>
            </w:r>
            <w:r w:rsidR="00A40963" w:rsidRPr="00BB55AC">
              <w:rPr>
                <w:rFonts w:ascii="Times New Roman" w:hAnsi="Times New Roman" w:cs="Times New Roman"/>
                <w:sz w:val="24"/>
                <w:szCs w:val="24"/>
              </w:rPr>
              <w:t>and prepare annual action plans,</w:t>
            </w:r>
            <w:r w:rsidRPr="00BB55AC">
              <w:rPr>
                <w:rFonts w:ascii="Times New Roman" w:hAnsi="Times New Roman" w:cs="Times New Roman"/>
                <w:sz w:val="24"/>
                <w:szCs w:val="24"/>
              </w:rPr>
              <w:t xml:space="preserve"> formulate national plans relating to </w:t>
            </w:r>
            <w:r w:rsidR="00BB09C7" w:rsidRPr="00BB55AC">
              <w:rPr>
                <w:rFonts w:ascii="Times New Roman" w:hAnsi="Times New Roman" w:cs="Times New Roman"/>
                <w:sz w:val="24"/>
                <w:szCs w:val="24"/>
              </w:rPr>
              <w:t>the women and child affairs sector</w:t>
            </w:r>
            <w:r w:rsidRPr="00BB55AC">
              <w:rPr>
                <w:rFonts w:ascii="Times New Roman" w:hAnsi="Times New Roman" w:cs="Times New Roman"/>
                <w:sz w:val="24"/>
                <w:szCs w:val="24"/>
              </w:rPr>
              <w:t xml:space="preserve"> and provide the necess</w:t>
            </w:r>
            <w:r w:rsidR="00A40963" w:rsidRPr="00BB55AC">
              <w:rPr>
                <w:rFonts w:ascii="Times New Roman" w:hAnsi="Times New Roman" w:cs="Times New Roman"/>
                <w:sz w:val="24"/>
                <w:szCs w:val="24"/>
              </w:rPr>
              <w:t>ary contributions,</w:t>
            </w:r>
            <w:r w:rsidRPr="00BB55AC">
              <w:rPr>
                <w:rFonts w:ascii="Times New Roman" w:hAnsi="Times New Roman" w:cs="Times New Roman"/>
                <w:sz w:val="24"/>
                <w:szCs w:val="24"/>
              </w:rPr>
              <w:t xml:space="preserve"> report on progress in relation to the </w:t>
            </w:r>
            <w:r w:rsidR="00A40963" w:rsidRPr="00BB55AC">
              <w:rPr>
                <w:rFonts w:ascii="Times New Roman" w:hAnsi="Times New Roman" w:cs="Times New Roman"/>
                <w:sz w:val="24"/>
                <w:szCs w:val="24"/>
              </w:rPr>
              <w:t>implementation of action plans,</w:t>
            </w:r>
            <w:r w:rsidR="000133B6" w:rsidRPr="00BB55AC">
              <w:rPr>
                <w:rFonts w:ascii="Times New Roman" w:hAnsi="Times New Roman" w:cs="Times New Roman"/>
                <w:sz w:val="24"/>
                <w:szCs w:val="24"/>
              </w:rPr>
              <w:t xml:space="preserve"> </w:t>
            </w:r>
            <w:r w:rsidRPr="00BB55AC">
              <w:rPr>
                <w:rFonts w:ascii="Times New Roman" w:hAnsi="Times New Roman" w:cs="Times New Roman"/>
                <w:sz w:val="24"/>
                <w:szCs w:val="24"/>
              </w:rPr>
              <w:t xml:space="preserve">maintain the district-level coordination process from the national level to the </w:t>
            </w:r>
            <w:r w:rsidR="00C00902" w:rsidRPr="00BB55AC">
              <w:rPr>
                <w:rFonts w:ascii="Times New Roman" w:hAnsi="Times New Roman" w:cs="Times New Roman"/>
                <w:sz w:val="24"/>
                <w:szCs w:val="24"/>
              </w:rPr>
              <w:t>provinci</w:t>
            </w:r>
            <w:r w:rsidR="00A40963" w:rsidRPr="00BB55AC">
              <w:rPr>
                <w:rFonts w:ascii="Times New Roman" w:hAnsi="Times New Roman" w:cs="Times New Roman"/>
                <w:sz w:val="24"/>
                <w:szCs w:val="24"/>
              </w:rPr>
              <w:t>al level,</w:t>
            </w:r>
            <w:r w:rsidRPr="00BB55AC">
              <w:rPr>
                <w:rFonts w:ascii="Times New Roman" w:hAnsi="Times New Roman" w:cs="Times New Roman"/>
                <w:sz w:val="24"/>
                <w:szCs w:val="24"/>
              </w:rPr>
              <w:t xml:space="preserve"> facilitate </w:t>
            </w:r>
            <w:r w:rsidR="00162147" w:rsidRPr="00BB55AC">
              <w:rPr>
                <w:rFonts w:ascii="Times New Roman" w:hAnsi="Times New Roman" w:cs="Times New Roman"/>
                <w:sz w:val="24"/>
                <w:szCs w:val="24"/>
              </w:rPr>
              <w:t>the implementation and evaluation of development programmes under the purview of the Ministry</w:t>
            </w:r>
            <w:r w:rsidR="00A40963" w:rsidRPr="00BB55AC">
              <w:rPr>
                <w:rFonts w:ascii="Times New Roman" w:hAnsi="Times New Roman" w:cs="Times New Roman"/>
                <w:sz w:val="24"/>
                <w:szCs w:val="24"/>
              </w:rPr>
              <w:t>,</w:t>
            </w:r>
            <w:r w:rsidR="00162147" w:rsidRPr="00BB55AC">
              <w:rPr>
                <w:rFonts w:ascii="Times New Roman" w:hAnsi="Times New Roman" w:cs="Times New Roman"/>
                <w:sz w:val="24"/>
                <w:szCs w:val="24"/>
              </w:rPr>
              <w:t xml:space="preserve"> </w:t>
            </w:r>
            <w:r w:rsidRPr="00BB55AC">
              <w:rPr>
                <w:rFonts w:ascii="Times New Roman" w:hAnsi="Times New Roman" w:cs="Times New Roman"/>
                <w:sz w:val="24"/>
                <w:szCs w:val="24"/>
              </w:rPr>
              <w:t>submit annual budget estimates for the forthcoming year and proposals for new projects rela</w:t>
            </w:r>
            <w:r w:rsidR="00A40963" w:rsidRPr="00BB55AC">
              <w:rPr>
                <w:rFonts w:ascii="Times New Roman" w:hAnsi="Times New Roman" w:cs="Times New Roman"/>
                <w:sz w:val="24"/>
                <w:szCs w:val="24"/>
              </w:rPr>
              <w:t xml:space="preserve">ting to development programmes, </w:t>
            </w:r>
            <w:r w:rsidRPr="00BB55AC">
              <w:rPr>
                <w:rFonts w:ascii="Times New Roman" w:hAnsi="Times New Roman" w:cs="Times New Roman"/>
                <w:sz w:val="24"/>
                <w:szCs w:val="24"/>
              </w:rPr>
              <w:t>and prepare the Annual Performance Report of the Ministry and table it in Parliament.</w:t>
            </w:r>
          </w:p>
        </w:tc>
        <w:tc>
          <w:tcPr>
            <w:tcW w:w="1530" w:type="dxa"/>
          </w:tcPr>
          <w:p w:rsidR="00F853F4" w:rsidRPr="00BB55AC" w:rsidRDefault="00B85562" w:rsidP="00A32EDC">
            <w:pPr>
              <w:spacing w:line="276" w:lineRule="auto"/>
              <w:jc w:val="both"/>
              <w:rPr>
                <w:rFonts w:ascii="Times New Roman" w:hAnsi="Times New Roman" w:cs="Times New Roman"/>
                <w:sz w:val="24"/>
                <w:szCs w:val="24"/>
              </w:rPr>
            </w:pPr>
            <w:r w:rsidRPr="00BB55AC">
              <w:rPr>
                <w:rFonts w:ascii="Times New Roman" w:hAnsi="Times New Roman" w:cs="Times New Roman"/>
                <w:sz w:val="24"/>
                <w:szCs w:val="24"/>
              </w:rPr>
              <w:t>011 2187275</w:t>
            </w:r>
          </w:p>
        </w:tc>
      </w:tr>
      <w:tr w:rsidR="00F853F4" w:rsidRPr="00BB55AC" w:rsidTr="00A32EDC">
        <w:trPr>
          <w:trHeight w:val="519"/>
        </w:trPr>
        <w:tc>
          <w:tcPr>
            <w:tcW w:w="1998" w:type="dxa"/>
          </w:tcPr>
          <w:p w:rsidR="00F853F4" w:rsidRPr="00BB55AC" w:rsidRDefault="00C00902" w:rsidP="00A32EDC">
            <w:pPr>
              <w:spacing w:line="276" w:lineRule="auto"/>
              <w:jc w:val="both"/>
              <w:rPr>
                <w:rFonts w:ascii="Times New Roman" w:hAnsi="Times New Roman" w:cs="Times New Roman"/>
                <w:sz w:val="24"/>
                <w:szCs w:val="24"/>
                <w:cs/>
                <w:lang w:bidi="si-LK"/>
              </w:rPr>
            </w:pPr>
            <w:r w:rsidRPr="00BB55AC">
              <w:rPr>
                <w:rFonts w:ascii="Times New Roman" w:hAnsi="Times New Roman" w:cs="Times New Roman"/>
                <w:sz w:val="24"/>
                <w:szCs w:val="24"/>
              </w:rPr>
              <w:t>Development Division</w:t>
            </w:r>
          </w:p>
        </w:tc>
        <w:tc>
          <w:tcPr>
            <w:tcW w:w="6390" w:type="dxa"/>
          </w:tcPr>
          <w:p w:rsidR="00F669F2" w:rsidRPr="00BB55AC" w:rsidRDefault="00C00902" w:rsidP="0046071A">
            <w:pPr>
              <w:spacing w:line="276" w:lineRule="auto"/>
              <w:jc w:val="both"/>
              <w:rPr>
                <w:rFonts w:ascii="Times New Roman" w:hAnsi="Times New Roman" w:cs="Times New Roman"/>
                <w:sz w:val="24"/>
                <w:szCs w:val="24"/>
                <w:rtl/>
                <w:cs/>
              </w:rPr>
            </w:pPr>
            <w:r w:rsidRPr="00BB55AC">
              <w:rPr>
                <w:rFonts w:ascii="Times New Roman" w:hAnsi="Times New Roman" w:cs="Times New Roman"/>
                <w:sz w:val="24"/>
                <w:szCs w:val="24"/>
              </w:rPr>
              <w:t xml:space="preserve">The main functions of the Division are to conduct programmes aimed at preventing child abuse and violence against women; implement programmes on gender equality and women’s rights, including programmes implemented with financial assistance from the United Nations Population Fund </w:t>
            </w:r>
            <w:r w:rsidR="00A40963" w:rsidRPr="00BB55AC">
              <w:rPr>
                <w:rFonts w:ascii="Times New Roman" w:hAnsi="Times New Roman" w:cs="Times New Roman"/>
                <w:sz w:val="24"/>
                <w:szCs w:val="24"/>
              </w:rPr>
              <w:t>(UNFPA),</w:t>
            </w:r>
            <w:r w:rsidRPr="00BB55AC">
              <w:rPr>
                <w:rFonts w:ascii="Times New Roman" w:hAnsi="Times New Roman" w:cs="Times New Roman"/>
                <w:sz w:val="24"/>
                <w:szCs w:val="24"/>
              </w:rPr>
              <w:t xml:space="preserve"> implement </w:t>
            </w:r>
            <w:r w:rsidR="002F7A81" w:rsidRPr="00BB55AC">
              <w:rPr>
                <w:rFonts w:ascii="Times New Roman" w:hAnsi="Times New Roman" w:cs="Times New Roman"/>
                <w:sz w:val="24"/>
                <w:szCs w:val="24"/>
              </w:rPr>
              <w:t>a programme to provide financial assistance to low-income families of children reintegrating into society following institutional care, to enable them to obtain housing facilities</w:t>
            </w:r>
            <w:r w:rsidR="00A40963" w:rsidRPr="00BB55AC">
              <w:rPr>
                <w:rFonts w:ascii="Times New Roman" w:hAnsi="Times New Roman" w:cs="Times New Roman"/>
                <w:sz w:val="24"/>
                <w:szCs w:val="24"/>
              </w:rPr>
              <w:t>,</w:t>
            </w:r>
            <w:r w:rsidRPr="00BB55AC">
              <w:rPr>
                <w:rFonts w:ascii="Times New Roman" w:hAnsi="Times New Roman" w:cs="Times New Roman"/>
                <w:sz w:val="24"/>
                <w:szCs w:val="24"/>
              </w:rPr>
              <w:t xml:space="preserve"> provide a cost-of-living allowance to children under institutional car</w:t>
            </w:r>
            <w:r w:rsidR="00057E32" w:rsidRPr="00BB55AC">
              <w:rPr>
                <w:rFonts w:ascii="Times New Roman" w:hAnsi="Times New Roman" w:cs="Times New Roman"/>
                <w:sz w:val="24"/>
                <w:szCs w:val="24"/>
              </w:rPr>
              <w:t>e or guardianship and to street</w:t>
            </w:r>
            <w:r w:rsidR="00A40963" w:rsidRPr="00BB55AC">
              <w:rPr>
                <w:rFonts w:ascii="Times New Roman" w:hAnsi="Times New Roman" w:cs="Times New Roman"/>
                <w:sz w:val="24"/>
                <w:szCs w:val="24"/>
              </w:rPr>
              <w:t xml:space="preserve"> children,</w:t>
            </w:r>
            <w:r w:rsidRPr="00BB55AC">
              <w:rPr>
                <w:rFonts w:ascii="Times New Roman" w:hAnsi="Times New Roman" w:cs="Times New Roman"/>
                <w:sz w:val="24"/>
                <w:szCs w:val="24"/>
              </w:rPr>
              <w:t xml:space="preserve"> and submit reports to the Ministry of Foreign Affairs in relation to international conventions, treaties and agreements.</w:t>
            </w:r>
          </w:p>
        </w:tc>
        <w:tc>
          <w:tcPr>
            <w:tcW w:w="1530" w:type="dxa"/>
          </w:tcPr>
          <w:p w:rsidR="00F853F4" w:rsidRPr="00BB55AC" w:rsidRDefault="00B85562" w:rsidP="00A32EDC">
            <w:pPr>
              <w:spacing w:line="276" w:lineRule="auto"/>
              <w:jc w:val="both"/>
              <w:rPr>
                <w:rFonts w:ascii="Times New Roman" w:hAnsi="Times New Roman" w:cs="Times New Roman"/>
                <w:sz w:val="24"/>
                <w:szCs w:val="24"/>
                <w:lang w:bidi="si-LK"/>
              </w:rPr>
            </w:pPr>
            <w:r w:rsidRPr="00BB55AC">
              <w:rPr>
                <w:rFonts w:ascii="Times New Roman" w:hAnsi="Times New Roman" w:cs="Times New Roman"/>
                <w:sz w:val="24"/>
                <w:szCs w:val="24"/>
              </w:rPr>
              <w:t>011 218</w:t>
            </w:r>
            <w:r w:rsidR="0048386F" w:rsidRPr="00BB55AC">
              <w:rPr>
                <w:rFonts w:ascii="Times New Roman" w:hAnsi="Times New Roman" w:cs="Times New Roman"/>
                <w:sz w:val="24"/>
                <w:szCs w:val="24"/>
                <w:cs/>
                <w:lang w:bidi="si-LK"/>
              </w:rPr>
              <w:t>6075</w:t>
            </w:r>
          </w:p>
        </w:tc>
      </w:tr>
      <w:tr w:rsidR="00F853F4" w:rsidRPr="00BB55AC" w:rsidTr="00A32EDC">
        <w:trPr>
          <w:trHeight w:val="519"/>
        </w:trPr>
        <w:tc>
          <w:tcPr>
            <w:tcW w:w="1998" w:type="dxa"/>
          </w:tcPr>
          <w:p w:rsidR="00F853F4" w:rsidRPr="00BB55AC" w:rsidRDefault="00A40963" w:rsidP="00A32EDC">
            <w:pPr>
              <w:spacing w:line="276" w:lineRule="auto"/>
              <w:jc w:val="both"/>
              <w:rPr>
                <w:rFonts w:ascii="Times New Roman" w:hAnsi="Times New Roman" w:cs="Times New Roman"/>
                <w:sz w:val="24"/>
                <w:szCs w:val="24"/>
                <w:cs/>
                <w:lang w:bidi="si-LK"/>
              </w:rPr>
            </w:pPr>
            <w:r w:rsidRPr="00BB55AC">
              <w:rPr>
                <w:rFonts w:ascii="Times New Roman" w:hAnsi="Times New Roman" w:cs="Times New Roman"/>
                <w:sz w:val="24"/>
                <w:szCs w:val="24"/>
              </w:rPr>
              <w:t>National Secretariat for Early Childhood Development</w:t>
            </w:r>
          </w:p>
        </w:tc>
        <w:tc>
          <w:tcPr>
            <w:tcW w:w="6390" w:type="dxa"/>
          </w:tcPr>
          <w:p w:rsidR="00A40963" w:rsidRPr="00BB55AC" w:rsidRDefault="00A40963" w:rsidP="00A32EDC">
            <w:pPr>
              <w:spacing w:line="276" w:lineRule="auto"/>
              <w:jc w:val="both"/>
              <w:rPr>
                <w:rFonts w:ascii="Times New Roman" w:hAnsi="Times New Roman" w:cs="Times New Roman"/>
                <w:sz w:val="24"/>
                <w:szCs w:val="24"/>
              </w:rPr>
            </w:pPr>
            <w:r w:rsidRPr="00BB55AC">
              <w:rPr>
                <w:rFonts w:ascii="Times New Roman" w:hAnsi="Times New Roman" w:cs="Times New Roman"/>
                <w:sz w:val="24"/>
                <w:szCs w:val="24"/>
              </w:rPr>
              <w:t>The main functions of the National Secretariat for Early Childhood Development are to formulate and implement</w:t>
            </w:r>
            <w:r w:rsidR="00761687" w:rsidRPr="00BB55AC">
              <w:rPr>
                <w:rFonts w:ascii="Times New Roman" w:hAnsi="Times New Roman" w:cs="Times New Roman"/>
                <w:sz w:val="24"/>
                <w:szCs w:val="24"/>
              </w:rPr>
              <w:t xml:space="preserve"> national policies, projects/</w:t>
            </w:r>
            <w:r w:rsidRPr="00BB55AC">
              <w:rPr>
                <w:rFonts w:ascii="Times New Roman" w:hAnsi="Times New Roman" w:cs="Times New Roman"/>
                <w:sz w:val="24"/>
                <w:szCs w:val="24"/>
              </w:rPr>
              <w:t xml:space="preserve"> programmes relating to early</w:t>
            </w:r>
            <w:r w:rsidR="000942B0" w:rsidRPr="00BB55AC">
              <w:rPr>
                <w:rFonts w:ascii="Times New Roman" w:hAnsi="Times New Roman" w:cs="Times New Roman"/>
                <w:sz w:val="24"/>
                <w:szCs w:val="24"/>
              </w:rPr>
              <w:t xml:space="preserve"> childhood care and development,</w:t>
            </w:r>
            <w:r w:rsidRPr="00BB55AC">
              <w:rPr>
                <w:rFonts w:ascii="Times New Roman" w:hAnsi="Times New Roman" w:cs="Times New Roman"/>
                <w:sz w:val="24"/>
                <w:szCs w:val="24"/>
              </w:rPr>
              <w:t xml:space="preserve"> coordinate and establish networks among early childhood development programmes implemented by the public, non-g</w:t>
            </w:r>
            <w:r w:rsidR="000942B0" w:rsidRPr="00BB55AC">
              <w:rPr>
                <w:rFonts w:ascii="Times New Roman" w:hAnsi="Times New Roman" w:cs="Times New Roman"/>
                <w:sz w:val="24"/>
                <w:szCs w:val="24"/>
              </w:rPr>
              <w:t>overnmental and private sectors,</w:t>
            </w:r>
            <w:r w:rsidRPr="00BB55AC">
              <w:rPr>
                <w:rFonts w:ascii="Times New Roman" w:hAnsi="Times New Roman" w:cs="Times New Roman"/>
                <w:sz w:val="24"/>
                <w:szCs w:val="24"/>
              </w:rPr>
              <w:t xml:space="preserve"> conduct research, collect data and formulate programmes relating</w:t>
            </w:r>
            <w:r w:rsidR="00761687" w:rsidRPr="00BB55AC">
              <w:rPr>
                <w:rFonts w:ascii="Times New Roman" w:hAnsi="Times New Roman" w:cs="Times New Roman"/>
                <w:sz w:val="24"/>
                <w:szCs w:val="24"/>
              </w:rPr>
              <w:t xml:space="preserve"> to early childhood development,</w:t>
            </w:r>
            <w:r w:rsidRPr="00BB55AC">
              <w:rPr>
                <w:rFonts w:ascii="Times New Roman" w:hAnsi="Times New Roman" w:cs="Times New Roman"/>
                <w:sz w:val="24"/>
                <w:szCs w:val="24"/>
              </w:rPr>
              <w:t xml:space="preserve"> implement training programmes relevant to the holistic development of children in early childhood and develop human </w:t>
            </w:r>
            <w:r w:rsidRPr="00BB55AC">
              <w:rPr>
                <w:rFonts w:ascii="Times New Roman" w:hAnsi="Times New Roman" w:cs="Times New Roman"/>
                <w:sz w:val="24"/>
                <w:szCs w:val="24"/>
              </w:rPr>
              <w:lastRenderedPageBreak/>
              <w:t>resources related</w:t>
            </w:r>
            <w:r w:rsidR="000942B0" w:rsidRPr="00BB55AC">
              <w:rPr>
                <w:rFonts w:ascii="Times New Roman" w:hAnsi="Times New Roman" w:cs="Times New Roman"/>
                <w:sz w:val="24"/>
                <w:szCs w:val="24"/>
              </w:rPr>
              <w:t xml:space="preserve"> to early childhood development,</w:t>
            </w:r>
            <w:r w:rsidRPr="00BB55AC">
              <w:rPr>
                <w:rFonts w:ascii="Times New Roman" w:hAnsi="Times New Roman" w:cs="Times New Roman"/>
                <w:sz w:val="24"/>
                <w:szCs w:val="24"/>
              </w:rPr>
              <w:t xml:space="preserve"> and raise public awareness and promote sensitivity regarding the importance of early childhood development.</w:t>
            </w:r>
          </w:p>
        </w:tc>
        <w:tc>
          <w:tcPr>
            <w:tcW w:w="1530" w:type="dxa"/>
          </w:tcPr>
          <w:p w:rsidR="00F853F4" w:rsidRPr="00BB55AC" w:rsidRDefault="00B85562" w:rsidP="00A32EDC">
            <w:pPr>
              <w:spacing w:line="276" w:lineRule="auto"/>
              <w:jc w:val="both"/>
              <w:rPr>
                <w:rFonts w:ascii="Times New Roman" w:hAnsi="Times New Roman" w:cs="Times New Roman"/>
                <w:sz w:val="24"/>
                <w:szCs w:val="24"/>
                <w:lang w:bidi="si-LK"/>
              </w:rPr>
            </w:pPr>
            <w:r w:rsidRPr="00BB55AC">
              <w:rPr>
                <w:rFonts w:ascii="Times New Roman" w:hAnsi="Times New Roman" w:cs="Times New Roman"/>
                <w:sz w:val="24"/>
                <w:szCs w:val="24"/>
              </w:rPr>
              <w:lastRenderedPageBreak/>
              <w:t>011 2186054</w:t>
            </w:r>
          </w:p>
          <w:p w:rsidR="007E3768" w:rsidRPr="00BB55AC" w:rsidRDefault="007E3768" w:rsidP="00A32EDC">
            <w:pPr>
              <w:spacing w:line="276" w:lineRule="auto"/>
              <w:jc w:val="both"/>
              <w:rPr>
                <w:rFonts w:ascii="Times New Roman" w:hAnsi="Times New Roman" w:cs="Times New Roman"/>
                <w:sz w:val="24"/>
                <w:szCs w:val="24"/>
                <w:lang w:bidi="si-LK"/>
              </w:rPr>
            </w:pPr>
            <w:r w:rsidRPr="00BB55AC">
              <w:rPr>
                <w:rFonts w:ascii="Times New Roman" w:hAnsi="Times New Roman" w:cs="Times New Roman"/>
                <w:sz w:val="24"/>
                <w:szCs w:val="24"/>
                <w:cs/>
                <w:lang w:bidi="si-LK"/>
              </w:rPr>
              <w:t>011 2187250</w:t>
            </w:r>
          </w:p>
          <w:p w:rsidR="007E3768" w:rsidRPr="00BB55AC" w:rsidRDefault="007E3768" w:rsidP="00A32EDC">
            <w:pPr>
              <w:spacing w:line="276" w:lineRule="auto"/>
              <w:jc w:val="both"/>
              <w:rPr>
                <w:rFonts w:ascii="Times New Roman" w:hAnsi="Times New Roman" w:cs="Times New Roman"/>
                <w:sz w:val="24"/>
                <w:szCs w:val="24"/>
                <w:lang w:bidi="si-LK"/>
              </w:rPr>
            </w:pPr>
            <w:r w:rsidRPr="00BB55AC">
              <w:rPr>
                <w:rFonts w:ascii="Times New Roman" w:hAnsi="Times New Roman" w:cs="Times New Roman"/>
                <w:sz w:val="24"/>
                <w:szCs w:val="24"/>
                <w:cs/>
                <w:lang w:bidi="si-LK"/>
              </w:rPr>
              <w:t>0112186058</w:t>
            </w:r>
          </w:p>
          <w:p w:rsidR="007E3768" w:rsidRPr="00BB55AC" w:rsidRDefault="007E3768" w:rsidP="00A32EDC">
            <w:pPr>
              <w:spacing w:line="276" w:lineRule="auto"/>
              <w:jc w:val="both"/>
              <w:rPr>
                <w:rFonts w:ascii="Times New Roman" w:hAnsi="Times New Roman" w:cs="Times New Roman"/>
                <w:sz w:val="24"/>
                <w:szCs w:val="24"/>
                <w:lang w:bidi="si-LK"/>
              </w:rPr>
            </w:pPr>
            <w:r w:rsidRPr="00BB55AC">
              <w:rPr>
                <w:rFonts w:ascii="Times New Roman" w:hAnsi="Times New Roman" w:cs="Times New Roman"/>
                <w:sz w:val="24"/>
                <w:szCs w:val="24"/>
                <w:cs/>
                <w:lang w:bidi="si-LK"/>
              </w:rPr>
              <w:t>0112187189</w:t>
            </w:r>
          </w:p>
        </w:tc>
      </w:tr>
      <w:tr w:rsidR="00F853F4" w:rsidRPr="00BB55AC" w:rsidTr="00A32EDC">
        <w:trPr>
          <w:trHeight w:val="519"/>
        </w:trPr>
        <w:tc>
          <w:tcPr>
            <w:tcW w:w="1998" w:type="dxa"/>
          </w:tcPr>
          <w:p w:rsidR="00F853F4" w:rsidRPr="00BB55AC" w:rsidRDefault="00EE065A" w:rsidP="00A32EDC">
            <w:pPr>
              <w:spacing w:line="276" w:lineRule="auto"/>
              <w:jc w:val="both"/>
              <w:rPr>
                <w:rFonts w:ascii="Times New Roman" w:hAnsi="Times New Roman" w:cs="Times New Roman"/>
                <w:sz w:val="24"/>
                <w:szCs w:val="24"/>
                <w:cs/>
                <w:lang w:bidi="si-LK"/>
              </w:rPr>
            </w:pPr>
            <w:r w:rsidRPr="00BB55AC">
              <w:rPr>
                <w:rFonts w:ascii="Times New Roman" w:hAnsi="Times New Roman" w:cs="Times New Roman"/>
                <w:sz w:val="24"/>
                <w:szCs w:val="24"/>
              </w:rPr>
              <w:lastRenderedPageBreak/>
              <w:t>National Committee on Women</w:t>
            </w:r>
          </w:p>
        </w:tc>
        <w:tc>
          <w:tcPr>
            <w:tcW w:w="6390" w:type="dxa"/>
          </w:tcPr>
          <w:p w:rsidR="00F853F4" w:rsidRPr="00BB55AC" w:rsidRDefault="00EE065A" w:rsidP="00A32EDC">
            <w:pPr>
              <w:spacing w:line="276" w:lineRule="auto"/>
              <w:jc w:val="both"/>
              <w:rPr>
                <w:rFonts w:ascii="Times New Roman" w:hAnsi="Times New Roman" w:cs="Times New Roman"/>
                <w:sz w:val="24"/>
                <w:szCs w:val="24"/>
                <w:lang w:bidi="si-LK"/>
              </w:rPr>
            </w:pPr>
            <w:r w:rsidRPr="00BB55AC">
              <w:rPr>
                <w:rFonts w:ascii="Times New Roman" w:hAnsi="Times New Roman" w:cs="Times New Roman"/>
                <w:sz w:val="24"/>
                <w:szCs w:val="24"/>
              </w:rPr>
              <w:t xml:space="preserve">The National Committee on Women was established with the objective of creating an equitable, violence-free and women-friendly Sri Lankan society. Its main function is to safeguard and promote the rights of Sri Lankan women, ensure equality, and formulate policies and legal frameworks conducive to their holistic development. In this regard, the National Committee on Women provides recommendations and support, and undertakes monitoring and evaluation. Accordingly, a Complaints Centre and the 1938 Women’s Helpline, which provides essential services 24 hours a day, are operated under the National Committee on Women. Through these services, legal advice and counselling are provided, complainants are referred to relevant institutions, and reports are called for from the relevant institutions. Timely follow-up on complaints received is also a key function of the National Committee on Women.  </w:t>
            </w:r>
          </w:p>
        </w:tc>
        <w:tc>
          <w:tcPr>
            <w:tcW w:w="1530" w:type="dxa"/>
          </w:tcPr>
          <w:p w:rsidR="00F853F4" w:rsidRPr="00BB55AC" w:rsidRDefault="00B85562" w:rsidP="00A32EDC">
            <w:pPr>
              <w:spacing w:line="276" w:lineRule="auto"/>
              <w:jc w:val="both"/>
              <w:rPr>
                <w:rFonts w:ascii="Times New Roman" w:hAnsi="Times New Roman" w:cs="Times New Roman"/>
                <w:sz w:val="24"/>
                <w:szCs w:val="24"/>
              </w:rPr>
            </w:pPr>
            <w:r w:rsidRPr="00BB55AC">
              <w:rPr>
                <w:rFonts w:ascii="Times New Roman" w:hAnsi="Times New Roman" w:cs="Times New Roman"/>
                <w:sz w:val="24"/>
                <w:szCs w:val="24"/>
              </w:rPr>
              <w:t>011 2187038</w:t>
            </w:r>
          </w:p>
        </w:tc>
      </w:tr>
      <w:tr w:rsidR="00922EDD" w:rsidRPr="00BB55AC" w:rsidTr="00A32EDC">
        <w:trPr>
          <w:trHeight w:val="519"/>
        </w:trPr>
        <w:tc>
          <w:tcPr>
            <w:tcW w:w="1998" w:type="dxa"/>
          </w:tcPr>
          <w:p w:rsidR="00922EDD" w:rsidRPr="00BB55AC" w:rsidRDefault="006813EE" w:rsidP="00A32EDC">
            <w:pPr>
              <w:spacing w:line="276" w:lineRule="auto"/>
              <w:jc w:val="both"/>
              <w:rPr>
                <w:rFonts w:ascii="Times New Roman" w:hAnsi="Times New Roman" w:cs="Times New Roman"/>
                <w:sz w:val="24"/>
                <w:szCs w:val="24"/>
                <w:cs/>
                <w:lang w:bidi="si-LK"/>
              </w:rPr>
            </w:pPr>
            <w:r w:rsidRPr="00BB55AC">
              <w:rPr>
                <w:rFonts w:ascii="Times New Roman" w:hAnsi="Times New Roman" w:cs="Times New Roman"/>
                <w:sz w:val="24"/>
                <w:szCs w:val="24"/>
              </w:rPr>
              <w:t>Internal Audit Division</w:t>
            </w:r>
          </w:p>
        </w:tc>
        <w:tc>
          <w:tcPr>
            <w:tcW w:w="6390" w:type="dxa"/>
          </w:tcPr>
          <w:p w:rsidR="006813EE" w:rsidRPr="00BB55AC" w:rsidRDefault="006813EE" w:rsidP="00A32EDC">
            <w:pPr>
              <w:spacing w:line="276" w:lineRule="auto"/>
              <w:jc w:val="both"/>
              <w:rPr>
                <w:rFonts w:ascii="Times New Roman" w:hAnsi="Times New Roman" w:cs="Times New Roman"/>
                <w:sz w:val="24"/>
                <w:szCs w:val="24"/>
                <w:rtl/>
                <w:cs/>
              </w:rPr>
            </w:pPr>
            <w:r w:rsidRPr="00BB55AC">
              <w:rPr>
                <w:rFonts w:ascii="Times New Roman" w:hAnsi="Times New Roman" w:cs="Times New Roman"/>
                <w:sz w:val="24"/>
                <w:szCs w:val="24"/>
              </w:rPr>
              <w:t>The main function of the Division is to provide guidance towards achieving the expected objectives of the Ministry by conducting the financial audit, performance audit, management audit, systems and controls audit, and risk-based audit, thereby ensuring the quality and efficiency of the services and programmes implemented by the Ministry.</w:t>
            </w:r>
          </w:p>
        </w:tc>
        <w:tc>
          <w:tcPr>
            <w:tcW w:w="1530" w:type="dxa"/>
          </w:tcPr>
          <w:p w:rsidR="00922EDD" w:rsidRPr="00BB55AC" w:rsidRDefault="00B85562" w:rsidP="00A32EDC">
            <w:pPr>
              <w:spacing w:line="276" w:lineRule="auto"/>
              <w:jc w:val="both"/>
              <w:rPr>
                <w:rFonts w:ascii="Times New Roman" w:hAnsi="Times New Roman" w:cs="Times New Roman"/>
                <w:sz w:val="24"/>
                <w:szCs w:val="24"/>
              </w:rPr>
            </w:pPr>
            <w:r w:rsidRPr="00BB55AC">
              <w:rPr>
                <w:rFonts w:ascii="Times New Roman" w:hAnsi="Times New Roman" w:cs="Times New Roman"/>
                <w:sz w:val="24"/>
                <w:szCs w:val="24"/>
              </w:rPr>
              <w:t>011 2187252</w:t>
            </w:r>
          </w:p>
        </w:tc>
      </w:tr>
      <w:tr w:rsidR="00F853F4" w:rsidRPr="00BB55AC" w:rsidTr="00A32EDC">
        <w:trPr>
          <w:trHeight w:val="519"/>
        </w:trPr>
        <w:tc>
          <w:tcPr>
            <w:tcW w:w="1998" w:type="dxa"/>
          </w:tcPr>
          <w:p w:rsidR="00F853F4" w:rsidRPr="00BB55AC" w:rsidRDefault="00572264" w:rsidP="00A32EDC">
            <w:pPr>
              <w:spacing w:line="276" w:lineRule="auto"/>
              <w:jc w:val="both"/>
              <w:rPr>
                <w:rFonts w:ascii="Times New Roman" w:hAnsi="Times New Roman" w:cs="Times New Roman"/>
                <w:sz w:val="24"/>
                <w:szCs w:val="24"/>
                <w:cs/>
                <w:lang w:bidi="si-LK"/>
              </w:rPr>
            </w:pPr>
            <w:r w:rsidRPr="00BB55AC">
              <w:rPr>
                <w:rFonts w:ascii="Times New Roman" w:hAnsi="Times New Roman" w:cs="Times New Roman"/>
                <w:sz w:val="24"/>
                <w:szCs w:val="24"/>
              </w:rPr>
              <w:t>Women’s Bureau of Sri Lanka</w:t>
            </w:r>
          </w:p>
        </w:tc>
        <w:tc>
          <w:tcPr>
            <w:tcW w:w="6390" w:type="dxa"/>
          </w:tcPr>
          <w:p w:rsidR="00324023" w:rsidRPr="00BB55AC" w:rsidRDefault="00572264" w:rsidP="00A32EDC">
            <w:pPr>
              <w:spacing w:line="276" w:lineRule="auto"/>
              <w:jc w:val="both"/>
              <w:rPr>
                <w:rFonts w:ascii="Times New Roman" w:hAnsi="Times New Roman" w:cs="Times New Roman"/>
                <w:sz w:val="24"/>
                <w:szCs w:val="24"/>
              </w:rPr>
            </w:pPr>
            <w:r w:rsidRPr="00BB55AC">
              <w:rPr>
                <w:rFonts w:ascii="Times New Roman" w:hAnsi="Times New Roman" w:cs="Times New Roman"/>
                <w:sz w:val="24"/>
                <w:szCs w:val="24"/>
              </w:rPr>
              <w:t xml:space="preserve">The main functions of the Sri Lanka Women’s Bureau include identifying, planning, implementing and evaluating appropriate programmes and projects for the economic and social empowerment of Sri Lankan women, as well as implementing programmes to identify the specific needs and characteristics of women across all age groups and enable them to become active contributors to the overall development of the country. </w:t>
            </w:r>
          </w:p>
          <w:p w:rsidR="00F853F4" w:rsidRPr="00BB55AC" w:rsidRDefault="00572264" w:rsidP="00A32EDC">
            <w:pPr>
              <w:spacing w:line="276" w:lineRule="auto"/>
              <w:jc w:val="both"/>
              <w:rPr>
                <w:rFonts w:ascii="Times New Roman" w:hAnsi="Times New Roman" w:cs="Times New Roman"/>
                <w:sz w:val="24"/>
                <w:szCs w:val="24"/>
              </w:rPr>
            </w:pPr>
            <w:r w:rsidRPr="00BB55AC">
              <w:rPr>
                <w:rFonts w:ascii="Times New Roman" w:hAnsi="Times New Roman" w:cs="Times New Roman"/>
                <w:sz w:val="24"/>
                <w:szCs w:val="24"/>
              </w:rPr>
              <w:t>Programmes are also implemented to address the social challenges faced by women by virtue of being women, as well as special programmes targeting women who face various forms of vulnerability due to specific circumstances in society. In addition, programmes are implemented to enhance the knowledge, skills and attitudes of women as a whole. Another key function is to organize women from the community level to the national level, enabling them to work collectively within a unified organizational framework for smooth functioning.</w:t>
            </w:r>
          </w:p>
        </w:tc>
        <w:tc>
          <w:tcPr>
            <w:tcW w:w="1530" w:type="dxa"/>
          </w:tcPr>
          <w:p w:rsidR="00F853F4" w:rsidRPr="00BB55AC" w:rsidRDefault="00B85562" w:rsidP="00A32EDC">
            <w:pPr>
              <w:spacing w:line="276" w:lineRule="auto"/>
              <w:jc w:val="both"/>
              <w:rPr>
                <w:rFonts w:ascii="Times New Roman" w:hAnsi="Times New Roman" w:cs="Times New Roman"/>
                <w:sz w:val="24"/>
                <w:szCs w:val="24"/>
              </w:rPr>
            </w:pPr>
            <w:r w:rsidRPr="00BB55AC">
              <w:rPr>
                <w:rFonts w:ascii="Times New Roman" w:hAnsi="Times New Roman" w:cs="Times New Roman"/>
                <w:sz w:val="24"/>
                <w:szCs w:val="24"/>
              </w:rPr>
              <w:t>011 2186348</w:t>
            </w:r>
          </w:p>
        </w:tc>
      </w:tr>
    </w:tbl>
    <w:p w:rsidR="00CD1104" w:rsidRPr="00BB55AC" w:rsidRDefault="00CD1104" w:rsidP="00A32EDC">
      <w:pPr>
        <w:spacing w:after="0"/>
        <w:rPr>
          <w:rFonts w:ascii="Times New Roman" w:hAnsi="Times New Roman" w:cs="Times New Roman"/>
          <w:sz w:val="24"/>
          <w:szCs w:val="24"/>
        </w:rPr>
      </w:pPr>
    </w:p>
    <w:p w:rsidR="00F240CA" w:rsidRPr="00BB55AC" w:rsidRDefault="00836AF7" w:rsidP="00A32EDC">
      <w:pPr>
        <w:spacing w:after="0"/>
        <w:rPr>
          <w:rFonts w:ascii="Times New Roman" w:hAnsi="Times New Roman" w:cs="Times New Roman"/>
          <w:b/>
          <w:bCs/>
          <w:sz w:val="24"/>
          <w:szCs w:val="24"/>
          <w:lang w:bidi="si-LK"/>
        </w:rPr>
      </w:pPr>
      <w:r w:rsidRPr="00BB55AC">
        <w:rPr>
          <w:rFonts w:ascii="Times New Roman" w:hAnsi="Times New Roman" w:cs="Times New Roman"/>
          <w:b/>
          <w:sz w:val="24"/>
          <w:szCs w:val="24"/>
        </w:rPr>
        <w:t xml:space="preserve">04. </w:t>
      </w:r>
      <w:r w:rsidR="00C74298" w:rsidRPr="00BB55AC">
        <w:rPr>
          <w:rFonts w:ascii="Times New Roman" w:hAnsi="Times New Roman" w:cs="Times New Roman"/>
          <w:b/>
          <w:bCs/>
          <w:sz w:val="24"/>
          <w:szCs w:val="24"/>
        </w:rPr>
        <w:t xml:space="preserve">Procedures and </w:t>
      </w:r>
      <w:r w:rsidR="004D4BCD" w:rsidRPr="00BB55AC">
        <w:rPr>
          <w:rFonts w:ascii="Times New Roman" w:hAnsi="Times New Roman" w:cs="Times New Roman"/>
          <w:b/>
          <w:bCs/>
          <w:sz w:val="24"/>
          <w:szCs w:val="24"/>
        </w:rPr>
        <w:t xml:space="preserve">standards prescribed in the performance of the functions and duties </w:t>
      </w:r>
      <w:r w:rsidR="00C74298" w:rsidRPr="00BB55AC">
        <w:rPr>
          <w:rFonts w:ascii="Times New Roman" w:hAnsi="Times New Roman" w:cs="Times New Roman"/>
          <w:b/>
          <w:bCs/>
          <w:sz w:val="24"/>
          <w:szCs w:val="24"/>
        </w:rPr>
        <w:t>of the Ministry</w:t>
      </w:r>
    </w:p>
    <w:p w:rsidR="007319E2" w:rsidRPr="00BB55AC" w:rsidRDefault="007319E2" w:rsidP="00A32EDC">
      <w:pPr>
        <w:spacing w:after="0"/>
        <w:rPr>
          <w:rFonts w:ascii="Times New Roman" w:hAnsi="Times New Roman" w:cs="Times New Roman"/>
          <w:b/>
          <w:bCs/>
          <w:sz w:val="24"/>
          <w:szCs w:val="24"/>
          <w:lang w:bidi="si-LK"/>
        </w:rPr>
      </w:pPr>
    </w:p>
    <w:tbl>
      <w:tblPr>
        <w:tblStyle w:val="TableGrid"/>
        <w:tblW w:w="9626" w:type="dxa"/>
        <w:tblLayout w:type="fixed"/>
        <w:tblLook w:val="04A0"/>
      </w:tblPr>
      <w:tblGrid>
        <w:gridCol w:w="4248"/>
        <w:gridCol w:w="3240"/>
        <w:gridCol w:w="2138"/>
      </w:tblGrid>
      <w:tr w:rsidR="00CD1104" w:rsidRPr="00BB55AC" w:rsidTr="00250DD6">
        <w:trPr>
          <w:trHeight w:val="1637"/>
        </w:trPr>
        <w:tc>
          <w:tcPr>
            <w:tcW w:w="4248" w:type="dxa"/>
          </w:tcPr>
          <w:p w:rsidR="00CD1104" w:rsidRPr="00BB55AC" w:rsidRDefault="00C74298" w:rsidP="00C74298">
            <w:pPr>
              <w:spacing w:line="276" w:lineRule="auto"/>
              <w:jc w:val="center"/>
              <w:rPr>
                <w:rFonts w:ascii="Times New Roman" w:hAnsi="Times New Roman" w:cs="Times New Roman"/>
                <w:sz w:val="24"/>
                <w:szCs w:val="24"/>
                <w:lang w:bidi="si-LK"/>
              </w:rPr>
            </w:pPr>
            <w:r w:rsidRPr="00BB55AC">
              <w:rPr>
                <w:rFonts w:ascii="Times New Roman" w:hAnsi="Times New Roman" w:cs="Times New Roman"/>
                <w:b/>
                <w:bCs/>
                <w:sz w:val="24"/>
                <w:szCs w:val="24"/>
              </w:rPr>
              <w:t xml:space="preserve">Functions/ Duties </w:t>
            </w:r>
          </w:p>
        </w:tc>
        <w:tc>
          <w:tcPr>
            <w:tcW w:w="3240" w:type="dxa"/>
          </w:tcPr>
          <w:p w:rsidR="00CD1104" w:rsidRPr="00BB55AC" w:rsidRDefault="00C74298" w:rsidP="00D7539E">
            <w:pPr>
              <w:spacing w:line="276" w:lineRule="auto"/>
              <w:jc w:val="center"/>
              <w:rPr>
                <w:rFonts w:ascii="Times New Roman" w:hAnsi="Times New Roman" w:cs="Times New Roman"/>
                <w:b/>
                <w:bCs/>
                <w:sz w:val="24"/>
                <w:szCs w:val="24"/>
              </w:rPr>
            </w:pPr>
            <w:r w:rsidRPr="00BB55AC">
              <w:rPr>
                <w:rFonts w:ascii="Times New Roman" w:hAnsi="Times New Roman" w:cs="Times New Roman"/>
                <w:b/>
                <w:bCs/>
                <w:sz w:val="24"/>
                <w:szCs w:val="24"/>
              </w:rPr>
              <w:t xml:space="preserve">List of Acts/ Rules/ Orders/ Regulations/ Guidelines/ Circulars/ Manuals and </w:t>
            </w:r>
            <w:r w:rsidR="00D7539E" w:rsidRPr="00BB55AC">
              <w:rPr>
                <w:rFonts w:ascii="Times New Roman" w:hAnsi="Times New Roman" w:cs="Times New Roman"/>
                <w:b/>
                <w:bCs/>
                <w:sz w:val="24"/>
                <w:szCs w:val="24"/>
              </w:rPr>
              <w:t>other records which contain functions/ duties</w:t>
            </w:r>
            <w:r w:rsidRPr="00BB55AC">
              <w:rPr>
                <w:rFonts w:ascii="Times New Roman" w:hAnsi="Times New Roman" w:cs="Times New Roman"/>
                <w:b/>
                <w:bCs/>
                <w:sz w:val="24"/>
                <w:szCs w:val="24"/>
              </w:rPr>
              <w:t xml:space="preserve"> and </w:t>
            </w:r>
            <w:r w:rsidR="00D7539E" w:rsidRPr="00BB55AC">
              <w:rPr>
                <w:rFonts w:ascii="Times New Roman" w:hAnsi="Times New Roman" w:cs="Times New Roman"/>
                <w:b/>
                <w:bCs/>
                <w:sz w:val="24"/>
                <w:szCs w:val="24"/>
              </w:rPr>
              <w:t>norms in written legal form</w:t>
            </w:r>
          </w:p>
        </w:tc>
        <w:tc>
          <w:tcPr>
            <w:tcW w:w="2138" w:type="dxa"/>
          </w:tcPr>
          <w:p w:rsidR="00CD1104" w:rsidRPr="00BB55AC" w:rsidRDefault="00C74298" w:rsidP="00D7539E">
            <w:pPr>
              <w:spacing w:line="276" w:lineRule="auto"/>
              <w:jc w:val="center"/>
              <w:rPr>
                <w:rFonts w:ascii="Times New Roman" w:hAnsi="Times New Roman" w:cs="Times New Roman"/>
                <w:b/>
                <w:bCs/>
                <w:sz w:val="24"/>
                <w:szCs w:val="24"/>
              </w:rPr>
            </w:pPr>
            <w:r w:rsidRPr="00BB55AC">
              <w:rPr>
                <w:rFonts w:ascii="Times New Roman" w:hAnsi="Times New Roman" w:cs="Times New Roman"/>
                <w:b/>
                <w:bCs/>
                <w:sz w:val="24"/>
                <w:szCs w:val="24"/>
              </w:rPr>
              <w:t xml:space="preserve">Website </w:t>
            </w:r>
            <w:r w:rsidR="00D7539E" w:rsidRPr="00BB55AC">
              <w:rPr>
                <w:rFonts w:ascii="Times New Roman" w:hAnsi="Times New Roman" w:cs="Times New Roman"/>
                <w:b/>
                <w:bCs/>
                <w:sz w:val="24"/>
                <w:szCs w:val="24"/>
              </w:rPr>
              <w:t>where</w:t>
            </w:r>
            <w:r w:rsidRPr="00BB55AC">
              <w:rPr>
                <w:rFonts w:ascii="Times New Roman" w:hAnsi="Times New Roman" w:cs="Times New Roman"/>
                <w:b/>
                <w:bCs/>
                <w:sz w:val="24"/>
                <w:szCs w:val="24"/>
              </w:rPr>
              <w:t xml:space="preserve"> information </w:t>
            </w:r>
            <w:r w:rsidR="00D7539E" w:rsidRPr="00BB55AC">
              <w:rPr>
                <w:rFonts w:ascii="Times New Roman" w:hAnsi="Times New Roman" w:cs="Times New Roman"/>
                <w:b/>
                <w:bCs/>
                <w:sz w:val="24"/>
                <w:szCs w:val="24"/>
              </w:rPr>
              <w:t>on r</w:t>
            </w:r>
            <w:r w:rsidRPr="00BB55AC">
              <w:rPr>
                <w:rFonts w:ascii="Times New Roman" w:hAnsi="Times New Roman" w:cs="Times New Roman"/>
                <w:b/>
                <w:bCs/>
                <w:sz w:val="24"/>
                <w:szCs w:val="24"/>
              </w:rPr>
              <w:t>eports</w:t>
            </w:r>
            <w:r w:rsidR="00D7539E" w:rsidRPr="00BB55AC">
              <w:rPr>
                <w:rFonts w:ascii="Times New Roman" w:hAnsi="Times New Roman" w:cs="Times New Roman"/>
                <w:b/>
                <w:bCs/>
                <w:sz w:val="24"/>
                <w:szCs w:val="24"/>
              </w:rPr>
              <w:t xml:space="preserve"> can be obtained </w:t>
            </w:r>
          </w:p>
        </w:tc>
      </w:tr>
      <w:tr w:rsidR="001A6035" w:rsidRPr="00BB55AC" w:rsidTr="00250DD6">
        <w:trPr>
          <w:trHeight w:val="1637"/>
        </w:trPr>
        <w:tc>
          <w:tcPr>
            <w:tcW w:w="4248" w:type="dxa"/>
          </w:tcPr>
          <w:p w:rsidR="007319E2" w:rsidRPr="00BB55AC" w:rsidRDefault="00D54CE8" w:rsidP="00A32EDC">
            <w:pPr>
              <w:spacing w:line="276" w:lineRule="auto"/>
              <w:jc w:val="both"/>
              <w:rPr>
                <w:rFonts w:ascii="Times New Roman" w:hAnsi="Times New Roman" w:cs="Times New Roman"/>
                <w:sz w:val="24"/>
                <w:szCs w:val="24"/>
                <w:rtl/>
                <w:cs/>
                <w:lang w:bidi="si-LK"/>
              </w:rPr>
            </w:pPr>
            <w:r w:rsidRPr="00BB55AC">
              <w:rPr>
                <w:rFonts w:ascii="Times New Roman" w:hAnsi="Times New Roman" w:cs="Times New Roman"/>
                <w:sz w:val="24"/>
                <w:szCs w:val="24"/>
              </w:rPr>
              <w:t>Managing the establishment and administrative affairs relating to staff</w:t>
            </w:r>
            <w:r w:rsidR="00C50D3C" w:rsidRPr="00BB55AC">
              <w:rPr>
                <w:rFonts w:ascii="Times New Roman" w:hAnsi="Times New Roman" w:cs="Times New Roman"/>
                <w:sz w:val="24"/>
                <w:szCs w:val="24"/>
              </w:rPr>
              <w:t>, providing local and</w:t>
            </w:r>
            <w:r w:rsidRPr="00BB55AC">
              <w:rPr>
                <w:rFonts w:ascii="Times New Roman" w:hAnsi="Times New Roman" w:cs="Times New Roman"/>
                <w:sz w:val="24"/>
                <w:szCs w:val="24"/>
              </w:rPr>
              <w:t xml:space="preserve"> foreign training opportunities,</w:t>
            </w:r>
            <w:r w:rsidR="00C50D3C" w:rsidRPr="00BB55AC">
              <w:rPr>
                <w:rFonts w:ascii="Times New Roman" w:hAnsi="Times New Roman" w:cs="Times New Roman"/>
                <w:sz w:val="24"/>
                <w:szCs w:val="24"/>
              </w:rPr>
              <w:t xml:space="preserve"> contributing to policy formulation by properly submitting Cabinet Memoranda, Bills and other relevant documents pertaining to the </w:t>
            </w:r>
            <w:r w:rsidRPr="00BB55AC">
              <w:rPr>
                <w:rFonts w:ascii="Times New Roman" w:hAnsi="Times New Roman" w:cs="Times New Roman"/>
                <w:sz w:val="24"/>
                <w:szCs w:val="24"/>
              </w:rPr>
              <w:t>scope of the Ministry,</w:t>
            </w:r>
            <w:r w:rsidR="00C50D3C" w:rsidRPr="00BB55AC">
              <w:rPr>
                <w:rFonts w:ascii="Times New Roman" w:hAnsi="Times New Roman" w:cs="Times New Roman"/>
                <w:sz w:val="24"/>
                <w:szCs w:val="24"/>
              </w:rPr>
              <w:t xml:space="preserve"> and handling matters relating to the Right to Information Act.</w:t>
            </w:r>
          </w:p>
        </w:tc>
        <w:tc>
          <w:tcPr>
            <w:tcW w:w="3240" w:type="dxa"/>
          </w:tcPr>
          <w:p w:rsidR="001A6035" w:rsidRPr="00BB55AC" w:rsidRDefault="00D54CE8" w:rsidP="00A32EDC">
            <w:pPr>
              <w:spacing w:line="276" w:lineRule="auto"/>
              <w:jc w:val="center"/>
              <w:rPr>
                <w:rFonts w:ascii="Times New Roman" w:hAnsi="Times New Roman" w:cs="Times New Roman"/>
                <w:sz w:val="24"/>
                <w:szCs w:val="24"/>
                <w:cs/>
                <w:lang w:bidi="si-LK"/>
              </w:rPr>
            </w:pPr>
            <w:r w:rsidRPr="00BB55AC">
              <w:rPr>
                <w:rFonts w:ascii="Times New Roman" w:hAnsi="Times New Roman" w:cs="Times New Roman"/>
                <w:sz w:val="24"/>
                <w:szCs w:val="24"/>
              </w:rPr>
              <w:t>Establishments Code, Financial Regulations, Budget Circulars, Procedural Rules, Public Administration Circulars, and the Right to Information Act, No. 12 of 2016.</w:t>
            </w:r>
          </w:p>
        </w:tc>
        <w:tc>
          <w:tcPr>
            <w:tcW w:w="2138" w:type="dxa"/>
          </w:tcPr>
          <w:p w:rsidR="001A6035" w:rsidRPr="00BB55AC" w:rsidRDefault="0010664E" w:rsidP="00A32EDC">
            <w:pPr>
              <w:spacing w:line="276" w:lineRule="auto"/>
              <w:jc w:val="center"/>
              <w:rPr>
                <w:rFonts w:ascii="Times New Roman" w:hAnsi="Times New Roman" w:cs="Times New Roman"/>
                <w:sz w:val="24"/>
                <w:szCs w:val="24"/>
                <w:cs/>
                <w:lang w:bidi="si-LK"/>
              </w:rPr>
            </w:pPr>
            <w:r w:rsidRPr="00BB55AC">
              <w:rPr>
                <w:rFonts w:ascii="Times New Roman" w:hAnsi="Times New Roman" w:cs="Times New Roman"/>
                <w:sz w:val="24"/>
                <w:szCs w:val="24"/>
                <w:lang w:bidi="si-LK"/>
              </w:rPr>
              <w:t>https://www.childwomenmin.gov.lk/</w:t>
            </w:r>
          </w:p>
        </w:tc>
      </w:tr>
      <w:tr w:rsidR="001A6035" w:rsidRPr="00BB55AC" w:rsidTr="001A6035">
        <w:trPr>
          <w:trHeight w:val="377"/>
        </w:trPr>
        <w:tc>
          <w:tcPr>
            <w:tcW w:w="9626" w:type="dxa"/>
            <w:gridSpan w:val="3"/>
          </w:tcPr>
          <w:p w:rsidR="001A6035" w:rsidRPr="00BB55AC" w:rsidRDefault="00A523FB" w:rsidP="00A32EDC">
            <w:pPr>
              <w:spacing w:line="276" w:lineRule="auto"/>
              <w:rPr>
                <w:rFonts w:ascii="Times New Roman" w:hAnsi="Times New Roman" w:cs="Times New Roman"/>
                <w:b/>
                <w:bCs/>
                <w:sz w:val="24"/>
                <w:szCs w:val="24"/>
                <w:cs/>
                <w:lang w:bidi="si-LK"/>
              </w:rPr>
            </w:pPr>
            <w:r w:rsidRPr="00BB55AC">
              <w:rPr>
                <w:rFonts w:ascii="Times New Roman" w:hAnsi="Times New Roman" w:cs="Times New Roman"/>
                <w:b/>
                <w:bCs/>
                <w:sz w:val="24"/>
                <w:szCs w:val="24"/>
              </w:rPr>
              <w:t>National Secretariat for Early Childhood Development</w:t>
            </w:r>
          </w:p>
        </w:tc>
      </w:tr>
      <w:tr w:rsidR="002A335B" w:rsidRPr="00BB55AC" w:rsidTr="007319E2">
        <w:trPr>
          <w:trHeight w:val="1124"/>
        </w:trPr>
        <w:tc>
          <w:tcPr>
            <w:tcW w:w="4248" w:type="dxa"/>
          </w:tcPr>
          <w:p w:rsidR="002A335B" w:rsidRPr="00BB55AC" w:rsidRDefault="00394F6E" w:rsidP="00A32EDC">
            <w:pPr>
              <w:numPr>
                <w:ilvl w:val="0"/>
                <w:numId w:val="20"/>
              </w:numPr>
              <w:spacing w:line="276" w:lineRule="auto"/>
              <w:ind w:left="0"/>
              <w:jc w:val="both"/>
              <w:rPr>
                <w:rFonts w:ascii="Times New Roman" w:eastAsia="Times New Roman" w:hAnsi="Times New Roman" w:cs="Times New Roman"/>
                <w:sz w:val="24"/>
                <w:szCs w:val="24"/>
                <w:cs/>
                <w:lang w:bidi="si-LK"/>
              </w:rPr>
            </w:pPr>
            <w:r w:rsidRPr="00BB55AC">
              <w:rPr>
                <w:rStyle w:val="Strong"/>
                <w:rFonts w:ascii="Times New Roman" w:hAnsi="Times New Roman" w:cs="Times New Roman"/>
                <w:sz w:val="24"/>
                <w:szCs w:val="24"/>
              </w:rPr>
              <w:t>Policy Formulation</w:t>
            </w:r>
            <w:r w:rsidRPr="00BB55AC">
              <w:rPr>
                <w:rFonts w:ascii="Times New Roman" w:hAnsi="Times New Roman" w:cs="Times New Roman"/>
                <w:sz w:val="24"/>
                <w:szCs w:val="24"/>
              </w:rPr>
              <w:t xml:space="preserve"> – Formulation and implementation of national policies on early childhood care and development.</w:t>
            </w:r>
          </w:p>
        </w:tc>
        <w:tc>
          <w:tcPr>
            <w:tcW w:w="3240" w:type="dxa"/>
          </w:tcPr>
          <w:p w:rsidR="002A335B" w:rsidRPr="00BB55AC" w:rsidRDefault="001742A7" w:rsidP="00A32EDC">
            <w:pPr>
              <w:spacing w:line="276" w:lineRule="auto"/>
              <w:jc w:val="both"/>
              <w:rPr>
                <w:rFonts w:ascii="Times New Roman" w:eastAsia="Times New Roman" w:hAnsi="Times New Roman" w:cs="Times New Roman"/>
                <w:sz w:val="24"/>
                <w:szCs w:val="24"/>
                <w:cs/>
                <w:lang w:bidi="si-LK"/>
              </w:rPr>
            </w:pPr>
            <w:r w:rsidRPr="00BB55AC">
              <w:rPr>
                <w:rFonts w:ascii="Times New Roman" w:hAnsi="Times New Roman" w:cs="Times New Roman"/>
                <w:sz w:val="24"/>
                <w:szCs w:val="24"/>
              </w:rPr>
              <w:t>National Policy on Early Childhood Care and Development – 2018</w:t>
            </w:r>
          </w:p>
        </w:tc>
        <w:tc>
          <w:tcPr>
            <w:tcW w:w="2138" w:type="dxa"/>
          </w:tcPr>
          <w:p w:rsidR="002A335B" w:rsidRPr="00BB55AC" w:rsidRDefault="002A335B" w:rsidP="00A32EDC">
            <w:pPr>
              <w:spacing w:line="276" w:lineRule="auto"/>
              <w:jc w:val="center"/>
              <w:rPr>
                <w:rFonts w:ascii="Times New Roman" w:hAnsi="Times New Roman" w:cs="Times New Roman"/>
                <w:b/>
                <w:bCs/>
                <w:sz w:val="24"/>
                <w:szCs w:val="24"/>
                <w:cs/>
                <w:lang w:bidi="si-LK"/>
              </w:rPr>
            </w:pPr>
          </w:p>
        </w:tc>
      </w:tr>
      <w:tr w:rsidR="001A6035" w:rsidRPr="00BB55AC" w:rsidTr="00250DD6">
        <w:trPr>
          <w:trHeight w:val="1637"/>
        </w:trPr>
        <w:tc>
          <w:tcPr>
            <w:tcW w:w="4248" w:type="dxa"/>
          </w:tcPr>
          <w:p w:rsidR="001A6035" w:rsidRPr="00BB55AC" w:rsidRDefault="001742A7" w:rsidP="00A32EDC">
            <w:pPr>
              <w:numPr>
                <w:ilvl w:val="0"/>
                <w:numId w:val="20"/>
              </w:numPr>
              <w:spacing w:line="276" w:lineRule="auto"/>
              <w:ind w:left="0"/>
              <w:jc w:val="both"/>
              <w:rPr>
                <w:rFonts w:ascii="Times New Roman" w:eastAsia="Times New Roman" w:hAnsi="Times New Roman" w:cs="Times New Roman"/>
                <w:sz w:val="24"/>
                <w:szCs w:val="24"/>
                <w:cs/>
                <w:lang w:bidi="si-LK"/>
              </w:rPr>
            </w:pPr>
            <w:r w:rsidRPr="00BB55AC">
              <w:rPr>
                <w:rStyle w:val="Strong"/>
                <w:rFonts w:ascii="Times New Roman" w:hAnsi="Times New Roman" w:cs="Times New Roman"/>
                <w:sz w:val="24"/>
                <w:szCs w:val="24"/>
              </w:rPr>
              <w:t>Preschool Regulation</w:t>
            </w:r>
            <w:r w:rsidRPr="00BB55AC">
              <w:rPr>
                <w:rFonts w:ascii="Times New Roman" w:hAnsi="Times New Roman" w:cs="Times New Roman"/>
                <w:sz w:val="24"/>
                <w:szCs w:val="24"/>
              </w:rPr>
              <w:t xml:space="preserve"> – Regulation and coordination of standards of Early Childhood Development </w:t>
            </w:r>
            <w:r w:rsidR="00ED5930" w:rsidRPr="00BB55AC">
              <w:rPr>
                <w:rFonts w:ascii="Times New Roman" w:hAnsi="Times New Roman" w:cs="Times New Roman"/>
                <w:sz w:val="24"/>
                <w:szCs w:val="24"/>
              </w:rPr>
              <w:t>Centers</w:t>
            </w:r>
            <w:r w:rsidRPr="00BB55AC">
              <w:rPr>
                <w:rFonts w:ascii="Times New Roman" w:hAnsi="Times New Roman" w:cs="Times New Roman"/>
                <w:sz w:val="24"/>
                <w:szCs w:val="24"/>
              </w:rPr>
              <w:t xml:space="preserve"> and preschools operating throughout the country.</w:t>
            </w:r>
          </w:p>
        </w:tc>
        <w:tc>
          <w:tcPr>
            <w:tcW w:w="3240" w:type="dxa"/>
          </w:tcPr>
          <w:p w:rsidR="001742A7" w:rsidRPr="00BB55AC" w:rsidRDefault="001742A7" w:rsidP="001742A7">
            <w:pPr>
              <w:rPr>
                <w:rFonts w:ascii="Times New Roman" w:eastAsia="Times New Roman" w:hAnsi="Times New Roman" w:cs="Times New Roman"/>
                <w:sz w:val="24"/>
                <w:szCs w:val="24"/>
                <w:lang w:bidi="si-LK"/>
              </w:rPr>
            </w:pPr>
            <w:r w:rsidRPr="00BB55AC">
              <w:rPr>
                <w:rFonts w:ascii="Times New Roman" w:eastAsia="Times New Roman" w:hAnsi="Times New Roman" w:cs="Times New Roman"/>
                <w:sz w:val="24"/>
                <w:szCs w:val="24"/>
                <w:lang w:bidi="si-LK"/>
              </w:rPr>
              <w:t xml:space="preserve">1.National Guidelines and Standards for Early Childhood Development </w:t>
            </w:r>
            <w:r w:rsidR="00ED5930" w:rsidRPr="00BB55AC">
              <w:rPr>
                <w:rFonts w:ascii="Times New Roman" w:eastAsia="Times New Roman" w:hAnsi="Times New Roman" w:cs="Times New Roman"/>
                <w:sz w:val="24"/>
                <w:szCs w:val="24"/>
                <w:lang w:bidi="si-LK"/>
              </w:rPr>
              <w:t>Centers</w:t>
            </w:r>
            <w:r w:rsidRPr="00BB55AC">
              <w:rPr>
                <w:rFonts w:ascii="Times New Roman" w:eastAsia="Times New Roman" w:hAnsi="Times New Roman" w:cs="Times New Roman"/>
                <w:sz w:val="24"/>
                <w:szCs w:val="24"/>
                <w:lang w:bidi="si-LK"/>
              </w:rPr>
              <w:t xml:space="preserve"> </w:t>
            </w:r>
          </w:p>
          <w:p w:rsidR="001742A7" w:rsidRPr="00BB55AC" w:rsidRDefault="001742A7" w:rsidP="001742A7">
            <w:pPr>
              <w:rPr>
                <w:rFonts w:ascii="Times New Roman" w:eastAsia="Times New Roman" w:hAnsi="Times New Roman" w:cs="Times New Roman"/>
                <w:sz w:val="24"/>
                <w:szCs w:val="24"/>
                <w:lang w:bidi="si-LK"/>
              </w:rPr>
            </w:pPr>
          </w:p>
          <w:p w:rsidR="001A6035" w:rsidRPr="00BB55AC" w:rsidRDefault="001742A7" w:rsidP="00245EE9">
            <w:pPr>
              <w:spacing w:line="276" w:lineRule="auto"/>
              <w:jc w:val="both"/>
              <w:rPr>
                <w:rFonts w:ascii="Times New Roman" w:hAnsi="Times New Roman" w:cs="Times New Roman"/>
                <w:sz w:val="24"/>
                <w:szCs w:val="24"/>
                <w:lang w:bidi="si-LK"/>
              </w:rPr>
            </w:pPr>
            <w:r w:rsidRPr="00BB55AC">
              <w:rPr>
                <w:rFonts w:ascii="Times New Roman" w:eastAsia="Times New Roman" w:hAnsi="Times New Roman" w:cs="Times New Roman"/>
                <w:sz w:val="24"/>
                <w:szCs w:val="24"/>
                <w:lang w:bidi="si-LK"/>
              </w:rPr>
              <w:t xml:space="preserve">2. </w:t>
            </w:r>
            <w:r w:rsidR="00245EE9" w:rsidRPr="00BB55AC">
              <w:rPr>
                <w:rFonts w:ascii="Times New Roman" w:eastAsia="Times New Roman" w:hAnsi="Times New Roman" w:cs="Times New Roman"/>
                <w:sz w:val="24"/>
                <w:szCs w:val="24"/>
                <w:lang w:bidi="si-LK"/>
              </w:rPr>
              <w:t xml:space="preserve">National </w:t>
            </w:r>
            <w:r w:rsidRPr="00BB55AC">
              <w:rPr>
                <w:rFonts w:ascii="Times New Roman" w:eastAsia="Times New Roman" w:hAnsi="Times New Roman" w:cs="Times New Roman"/>
                <w:sz w:val="24"/>
                <w:szCs w:val="24"/>
                <w:lang w:bidi="si-LK"/>
              </w:rPr>
              <w:t xml:space="preserve">Standards for Early Childhood Development </w:t>
            </w:r>
          </w:p>
        </w:tc>
        <w:tc>
          <w:tcPr>
            <w:tcW w:w="2138" w:type="dxa"/>
          </w:tcPr>
          <w:p w:rsidR="001A6035" w:rsidRPr="00BB55AC" w:rsidRDefault="001A6035" w:rsidP="00A32EDC">
            <w:pPr>
              <w:spacing w:line="276" w:lineRule="auto"/>
              <w:jc w:val="center"/>
              <w:rPr>
                <w:rFonts w:ascii="Times New Roman" w:hAnsi="Times New Roman" w:cs="Times New Roman"/>
                <w:b/>
                <w:bCs/>
                <w:sz w:val="24"/>
                <w:szCs w:val="24"/>
                <w:cs/>
                <w:lang w:bidi="si-LK"/>
              </w:rPr>
            </w:pPr>
          </w:p>
        </w:tc>
      </w:tr>
      <w:tr w:rsidR="001A6035" w:rsidRPr="00BB55AC" w:rsidTr="00E90311">
        <w:trPr>
          <w:trHeight w:val="440"/>
        </w:trPr>
        <w:tc>
          <w:tcPr>
            <w:tcW w:w="4248" w:type="dxa"/>
          </w:tcPr>
          <w:p w:rsidR="00B97365" w:rsidRPr="00BB55AC" w:rsidRDefault="00245EE9" w:rsidP="00B97365">
            <w:pPr>
              <w:jc w:val="both"/>
              <w:rPr>
                <w:rStyle w:val="SubtleEmphasis"/>
                <w:rFonts w:ascii="Times New Roman" w:hAnsi="Times New Roman" w:cs="Times New Roman"/>
                <w:i w:val="0"/>
                <w:iCs w:val="0"/>
                <w:sz w:val="24"/>
                <w:szCs w:val="24"/>
                <w:rtl/>
                <w:cs/>
              </w:rPr>
            </w:pPr>
            <w:r w:rsidRPr="00BB55AC">
              <w:rPr>
                <w:rStyle w:val="Strong"/>
                <w:rFonts w:ascii="Times New Roman" w:hAnsi="Times New Roman" w:cs="Times New Roman"/>
                <w:sz w:val="24"/>
                <w:szCs w:val="24"/>
              </w:rPr>
              <w:t>Nutrition Programmes</w:t>
            </w:r>
            <w:r w:rsidRPr="00BB55AC">
              <w:rPr>
                <w:rFonts w:ascii="Times New Roman" w:hAnsi="Times New Roman" w:cs="Times New Roman"/>
                <w:sz w:val="24"/>
                <w:szCs w:val="24"/>
              </w:rPr>
              <w:t xml:space="preserve"> – Implementing projects such as the </w:t>
            </w:r>
            <w:r w:rsidR="00B97365" w:rsidRPr="00BB55AC">
              <w:rPr>
                <w:rFonts w:ascii="Times New Roman" w:hAnsi="Times New Roman" w:cs="Times New Roman"/>
                <w:sz w:val="24"/>
                <w:szCs w:val="24"/>
              </w:rPr>
              <w:t>“Providing Morning Meal to Children in Pre-schools”</w:t>
            </w:r>
          </w:p>
          <w:p w:rsidR="001A6035" w:rsidRPr="00BB55AC" w:rsidRDefault="00245EE9" w:rsidP="00A32EDC">
            <w:pPr>
              <w:numPr>
                <w:ilvl w:val="0"/>
                <w:numId w:val="20"/>
              </w:numPr>
              <w:spacing w:line="276" w:lineRule="auto"/>
              <w:ind w:left="0"/>
              <w:jc w:val="both"/>
              <w:rPr>
                <w:rFonts w:ascii="Times New Roman" w:eastAsia="Times New Roman" w:hAnsi="Times New Roman" w:cs="Times New Roman"/>
                <w:sz w:val="24"/>
                <w:szCs w:val="24"/>
                <w:cs/>
                <w:lang w:bidi="si-LK"/>
              </w:rPr>
            </w:pPr>
            <w:r w:rsidRPr="00BB55AC">
              <w:rPr>
                <w:rFonts w:ascii="Times New Roman" w:hAnsi="Times New Roman" w:cs="Times New Roman"/>
                <w:sz w:val="24"/>
                <w:szCs w:val="24"/>
              </w:rPr>
              <w:t>for underweight and vulnerable children, and providing a nutrition allowance of Rs. 45,000/- to pregnant and lactating mothers.</w:t>
            </w:r>
          </w:p>
        </w:tc>
        <w:tc>
          <w:tcPr>
            <w:tcW w:w="3240" w:type="dxa"/>
          </w:tcPr>
          <w:p w:rsidR="00170AB6" w:rsidRPr="00BB55AC" w:rsidRDefault="001A6035" w:rsidP="00170AB6">
            <w:pPr>
              <w:jc w:val="both"/>
              <w:rPr>
                <w:rStyle w:val="SubtleEmphasis"/>
                <w:rFonts w:ascii="Times New Roman" w:hAnsi="Times New Roman" w:cs="Times New Roman"/>
                <w:i w:val="0"/>
                <w:iCs w:val="0"/>
                <w:sz w:val="24"/>
                <w:szCs w:val="24"/>
                <w:rtl/>
                <w:cs/>
              </w:rPr>
            </w:pPr>
            <w:r w:rsidRPr="00BB55AC">
              <w:rPr>
                <w:rFonts w:ascii="Times New Roman" w:hAnsi="Times New Roman" w:cs="Times New Roman"/>
                <w:sz w:val="24"/>
                <w:szCs w:val="24"/>
                <w:cs/>
                <w:lang w:bidi="si-LK"/>
              </w:rPr>
              <w:t>1.</w:t>
            </w:r>
            <w:r w:rsidR="00714A04" w:rsidRPr="00BB55AC">
              <w:rPr>
                <w:rFonts w:ascii="Times New Roman" w:hAnsi="Times New Roman" w:cs="Times New Roman"/>
                <w:sz w:val="24"/>
                <w:szCs w:val="24"/>
                <w:cs/>
                <w:lang w:bidi="si-LK"/>
              </w:rPr>
              <w:t xml:space="preserve"> </w:t>
            </w:r>
            <w:r w:rsidR="00170AB6" w:rsidRPr="00BB55AC">
              <w:rPr>
                <w:rFonts w:ascii="Times New Roman" w:hAnsi="Times New Roman" w:cs="Times New Roman"/>
                <w:sz w:val="24"/>
                <w:szCs w:val="24"/>
              </w:rPr>
              <w:t xml:space="preserve">Programme for Providing Morning Meal to Children in Early Childhood Development </w:t>
            </w:r>
            <w:r w:rsidR="00ED5930" w:rsidRPr="00BB55AC">
              <w:rPr>
                <w:rFonts w:ascii="Times New Roman" w:hAnsi="Times New Roman" w:cs="Times New Roman"/>
                <w:sz w:val="24"/>
                <w:szCs w:val="24"/>
              </w:rPr>
              <w:t>Centers</w:t>
            </w:r>
            <w:r w:rsidR="00170AB6" w:rsidRPr="00BB55AC">
              <w:rPr>
                <w:rFonts w:ascii="Times New Roman" w:hAnsi="Times New Roman" w:cs="Times New Roman"/>
                <w:sz w:val="24"/>
                <w:szCs w:val="24"/>
              </w:rPr>
              <w:t xml:space="preserve"> or Pre-schools</w:t>
            </w:r>
          </w:p>
          <w:p w:rsidR="001A6035" w:rsidRPr="00BB55AC" w:rsidRDefault="001A6035" w:rsidP="00A32EDC">
            <w:pPr>
              <w:spacing w:line="276" w:lineRule="auto"/>
              <w:jc w:val="both"/>
              <w:rPr>
                <w:rFonts w:ascii="Times New Roman" w:hAnsi="Times New Roman" w:cs="Times New Roman"/>
                <w:sz w:val="24"/>
                <w:szCs w:val="24"/>
              </w:rPr>
            </w:pPr>
            <w:r w:rsidRPr="00BB55AC">
              <w:rPr>
                <w:rFonts w:ascii="Times New Roman" w:hAnsi="Times New Roman" w:cs="Times New Roman"/>
                <w:sz w:val="24"/>
                <w:szCs w:val="24"/>
                <w:cs/>
                <w:lang w:bidi="si-LK"/>
              </w:rPr>
              <w:t xml:space="preserve">-  </w:t>
            </w:r>
            <w:r w:rsidR="00170AB6" w:rsidRPr="00BB55AC">
              <w:rPr>
                <w:rFonts w:ascii="Times New Roman" w:hAnsi="Times New Roman" w:cs="Times New Roman"/>
                <w:sz w:val="24"/>
                <w:szCs w:val="24"/>
                <w:lang w:bidi="si-LK"/>
              </w:rPr>
              <w:t>Circulars No.</w:t>
            </w:r>
            <w:r w:rsidRPr="00BB55AC">
              <w:rPr>
                <w:rFonts w:ascii="Times New Roman" w:hAnsi="Times New Roman" w:cs="Times New Roman"/>
                <w:sz w:val="24"/>
                <w:szCs w:val="24"/>
                <w:cs/>
                <w:lang w:bidi="si-LK"/>
              </w:rPr>
              <w:t xml:space="preserve">3/2024 </w:t>
            </w:r>
            <w:r w:rsidR="00170AB6" w:rsidRPr="00BB55AC">
              <w:rPr>
                <w:rFonts w:ascii="Times New Roman" w:hAnsi="Times New Roman" w:cs="Times New Roman"/>
                <w:sz w:val="24"/>
                <w:szCs w:val="24"/>
                <w:lang w:bidi="si-LK"/>
              </w:rPr>
              <w:t xml:space="preserve">and </w:t>
            </w:r>
            <w:r w:rsidRPr="00BB55AC">
              <w:rPr>
                <w:rFonts w:ascii="Times New Roman" w:hAnsi="Times New Roman" w:cs="Times New Roman"/>
                <w:sz w:val="24"/>
                <w:szCs w:val="24"/>
                <w:cs/>
                <w:lang w:bidi="si-LK"/>
              </w:rPr>
              <w:t xml:space="preserve"> 3/2024 (</w:t>
            </w:r>
            <w:r w:rsidRPr="00BB55AC">
              <w:rPr>
                <w:rFonts w:ascii="Times New Roman" w:hAnsi="Times New Roman" w:cs="Times New Roman"/>
                <w:sz w:val="24"/>
                <w:szCs w:val="24"/>
                <w:lang w:bidi="si-LK"/>
              </w:rPr>
              <w:t xml:space="preserve">I) </w:t>
            </w:r>
          </w:p>
          <w:p w:rsidR="001A6035" w:rsidRPr="00BB55AC" w:rsidRDefault="001A6035" w:rsidP="00A32EDC">
            <w:pPr>
              <w:spacing w:line="276" w:lineRule="auto"/>
              <w:jc w:val="both"/>
              <w:rPr>
                <w:rFonts w:ascii="Times New Roman" w:hAnsi="Times New Roman" w:cs="Times New Roman"/>
                <w:sz w:val="24"/>
                <w:szCs w:val="24"/>
                <w:cs/>
                <w:lang w:bidi="si-LK"/>
              </w:rPr>
            </w:pPr>
            <w:r w:rsidRPr="00BB55AC">
              <w:rPr>
                <w:rFonts w:ascii="Times New Roman" w:hAnsi="Times New Roman" w:cs="Times New Roman"/>
                <w:sz w:val="24"/>
                <w:szCs w:val="24"/>
                <w:cs/>
                <w:lang w:bidi="si-LK"/>
              </w:rPr>
              <w:t xml:space="preserve">2. </w:t>
            </w:r>
            <w:r w:rsidR="00170AB6" w:rsidRPr="00BB55AC">
              <w:rPr>
                <w:rFonts w:ascii="Times New Roman" w:hAnsi="Times New Roman" w:cs="Times New Roman"/>
                <w:sz w:val="24"/>
                <w:szCs w:val="24"/>
              </w:rPr>
              <w:t>Programme for providing a nutrition allowance of Rs. 45,000/- to pregnant and lactating mothers</w:t>
            </w:r>
            <w:r w:rsidR="00170AB6" w:rsidRPr="00BB55AC">
              <w:rPr>
                <w:rFonts w:ascii="Times New Roman" w:hAnsi="Times New Roman" w:cs="Times New Roman"/>
                <w:sz w:val="24"/>
                <w:szCs w:val="24"/>
                <w:cs/>
                <w:lang w:bidi="si-LK"/>
              </w:rPr>
              <w:t xml:space="preserve"> –</w:t>
            </w:r>
            <w:r w:rsidRPr="00BB55AC">
              <w:rPr>
                <w:rFonts w:ascii="Times New Roman" w:hAnsi="Times New Roman" w:cs="Times New Roman"/>
                <w:sz w:val="24"/>
                <w:szCs w:val="24"/>
                <w:cs/>
                <w:lang w:bidi="si-LK"/>
              </w:rPr>
              <w:t xml:space="preserve"> </w:t>
            </w:r>
            <w:r w:rsidR="00170AB6" w:rsidRPr="00BB55AC">
              <w:rPr>
                <w:rFonts w:ascii="Times New Roman" w:hAnsi="Times New Roman" w:cs="Times New Roman"/>
                <w:sz w:val="24"/>
                <w:szCs w:val="24"/>
                <w:lang w:bidi="si-LK"/>
              </w:rPr>
              <w:t xml:space="preserve">Circular </w:t>
            </w:r>
            <w:r w:rsidR="00170AB6" w:rsidRPr="00BB55AC">
              <w:rPr>
                <w:rFonts w:ascii="Times New Roman" w:hAnsi="Times New Roman" w:cs="Times New Roman"/>
                <w:sz w:val="24"/>
                <w:szCs w:val="24"/>
                <w:lang w:bidi="si-LK"/>
              </w:rPr>
              <w:lastRenderedPageBreak/>
              <w:t>No.</w:t>
            </w:r>
            <w:r w:rsidR="00170AB6" w:rsidRPr="00BB55AC">
              <w:rPr>
                <w:rFonts w:ascii="Times New Roman" w:hAnsi="Times New Roman" w:cs="Times New Roman"/>
                <w:sz w:val="24"/>
                <w:szCs w:val="24"/>
                <w:cs/>
                <w:lang w:bidi="si-LK"/>
              </w:rPr>
              <w:t xml:space="preserve">3/2023 </w:t>
            </w:r>
          </w:p>
        </w:tc>
        <w:tc>
          <w:tcPr>
            <w:tcW w:w="2138" w:type="dxa"/>
          </w:tcPr>
          <w:p w:rsidR="001A6035" w:rsidRPr="00BB55AC" w:rsidRDefault="001A6035" w:rsidP="00A32EDC">
            <w:pPr>
              <w:spacing w:line="276" w:lineRule="auto"/>
              <w:jc w:val="center"/>
              <w:rPr>
                <w:rFonts w:ascii="Times New Roman" w:hAnsi="Times New Roman" w:cs="Times New Roman"/>
                <w:b/>
                <w:bCs/>
                <w:sz w:val="24"/>
                <w:szCs w:val="24"/>
                <w:cs/>
                <w:lang w:bidi="si-LK"/>
              </w:rPr>
            </w:pPr>
          </w:p>
        </w:tc>
      </w:tr>
      <w:tr w:rsidR="001A6035" w:rsidRPr="00BB55AC" w:rsidTr="00250DD6">
        <w:trPr>
          <w:trHeight w:val="1637"/>
        </w:trPr>
        <w:tc>
          <w:tcPr>
            <w:tcW w:w="4248" w:type="dxa"/>
          </w:tcPr>
          <w:p w:rsidR="001A6035" w:rsidRPr="00BB55AC" w:rsidRDefault="00F97333" w:rsidP="00A32EDC">
            <w:pPr>
              <w:spacing w:line="276" w:lineRule="auto"/>
              <w:jc w:val="both"/>
              <w:rPr>
                <w:rFonts w:ascii="Times New Roman" w:hAnsi="Times New Roman" w:cs="Times New Roman"/>
                <w:sz w:val="24"/>
                <w:szCs w:val="24"/>
                <w:cs/>
                <w:lang w:bidi="si-LK"/>
              </w:rPr>
            </w:pPr>
            <w:r w:rsidRPr="00BB55AC">
              <w:rPr>
                <w:rStyle w:val="Strong"/>
                <w:rFonts w:ascii="Times New Roman" w:hAnsi="Times New Roman" w:cs="Times New Roman"/>
                <w:sz w:val="24"/>
                <w:szCs w:val="24"/>
              </w:rPr>
              <w:lastRenderedPageBreak/>
              <w:t>Monthly Allowance for Pre-school Teachers</w:t>
            </w:r>
            <w:r w:rsidRPr="00BB55AC">
              <w:rPr>
                <w:rFonts w:ascii="Times New Roman" w:hAnsi="Times New Roman" w:cs="Times New Roman"/>
                <w:sz w:val="24"/>
                <w:szCs w:val="24"/>
              </w:rPr>
              <w:t xml:space="preserve"> – Implementing the “Guru Abhimani” Programme to provide a monthly allowance of Rs. 6,000/- to pre-school teachers.</w:t>
            </w:r>
          </w:p>
        </w:tc>
        <w:tc>
          <w:tcPr>
            <w:tcW w:w="3240" w:type="dxa"/>
          </w:tcPr>
          <w:p w:rsidR="001A6035" w:rsidRPr="00BB55AC" w:rsidRDefault="00F97333" w:rsidP="00A32EDC">
            <w:pPr>
              <w:spacing w:line="276" w:lineRule="auto"/>
              <w:jc w:val="both"/>
              <w:rPr>
                <w:rFonts w:ascii="Times New Roman" w:hAnsi="Times New Roman" w:cs="Times New Roman"/>
                <w:sz w:val="24"/>
                <w:szCs w:val="24"/>
              </w:rPr>
            </w:pPr>
            <w:r w:rsidRPr="00BB55AC">
              <w:rPr>
                <w:rFonts w:ascii="Times New Roman" w:hAnsi="Times New Roman" w:cs="Times New Roman"/>
                <w:sz w:val="24"/>
                <w:szCs w:val="24"/>
              </w:rPr>
              <w:t>“Guru Abhimani” Programme for Providing a Monthly Allowance of Rs. 6,000/- to Pre-school Teachers – Circular No. 02/2021</w:t>
            </w:r>
          </w:p>
        </w:tc>
        <w:tc>
          <w:tcPr>
            <w:tcW w:w="2138" w:type="dxa"/>
          </w:tcPr>
          <w:p w:rsidR="001A6035" w:rsidRPr="00BB55AC" w:rsidRDefault="001A6035" w:rsidP="00A32EDC">
            <w:pPr>
              <w:spacing w:line="276" w:lineRule="auto"/>
              <w:jc w:val="center"/>
              <w:rPr>
                <w:rFonts w:ascii="Times New Roman" w:hAnsi="Times New Roman" w:cs="Times New Roman"/>
                <w:b/>
                <w:bCs/>
                <w:sz w:val="24"/>
                <w:szCs w:val="24"/>
                <w:cs/>
                <w:lang w:bidi="si-LK"/>
              </w:rPr>
            </w:pPr>
          </w:p>
        </w:tc>
      </w:tr>
      <w:tr w:rsidR="001A6035" w:rsidRPr="00BB55AC" w:rsidTr="00250DD6">
        <w:trPr>
          <w:trHeight w:val="1637"/>
        </w:trPr>
        <w:tc>
          <w:tcPr>
            <w:tcW w:w="4248" w:type="dxa"/>
          </w:tcPr>
          <w:p w:rsidR="001A6035" w:rsidRPr="00BB55AC" w:rsidRDefault="001F58C7" w:rsidP="00A32EDC">
            <w:pPr>
              <w:spacing w:line="276" w:lineRule="auto"/>
              <w:jc w:val="both"/>
              <w:rPr>
                <w:rFonts w:ascii="Times New Roman" w:hAnsi="Times New Roman" w:cs="Times New Roman"/>
                <w:sz w:val="24"/>
                <w:szCs w:val="24"/>
                <w:cs/>
                <w:lang w:bidi="si-LK"/>
              </w:rPr>
            </w:pPr>
            <w:r w:rsidRPr="00BB55AC">
              <w:rPr>
                <w:rStyle w:val="Strong"/>
                <w:rFonts w:ascii="Times New Roman" w:hAnsi="Times New Roman" w:cs="Times New Roman"/>
                <w:sz w:val="24"/>
                <w:szCs w:val="24"/>
              </w:rPr>
              <w:t>Training Programmes</w:t>
            </w:r>
            <w:r w:rsidRPr="00BB55AC">
              <w:rPr>
                <w:rFonts w:ascii="Times New Roman" w:hAnsi="Times New Roman" w:cs="Times New Roman"/>
                <w:sz w:val="24"/>
                <w:szCs w:val="24"/>
              </w:rPr>
              <w:t xml:space="preserve"> – Conducting awareness and training workshops for pre-school teachers, officers and parents.</w:t>
            </w:r>
          </w:p>
        </w:tc>
        <w:tc>
          <w:tcPr>
            <w:tcW w:w="3240" w:type="dxa"/>
          </w:tcPr>
          <w:p w:rsidR="001A6035" w:rsidRPr="00BB55AC" w:rsidRDefault="001F58C7" w:rsidP="00A32EDC">
            <w:pPr>
              <w:spacing w:line="276" w:lineRule="auto"/>
              <w:jc w:val="both"/>
              <w:rPr>
                <w:rFonts w:ascii="Times New Roman" w:hAnsi="Times New Roman" w:cs="Times New Roman"/>
                <w:sz w:val="24"/>
                <w:szCs w:val="24"/>
                <w:lang w:bidi="si-LK"/>
              </w:rPr>
            </w:pPr>
            <w:r w:rsidRPr="00BB55AC">
              <w:rPr>
                <w:rFonts w:ascii="Times New Roman" w:hAnsi="Times New Roman" w:cs="Times New Roman"/>
                <w:sz w:val="24"/>
                <w:szCs w:val="24"/>
              </w:rPr>
              <w:t>1.“Senehe Thataaka” – A Parent Awareness Manual with Home-Based Activities for Early Childhood Development</w:t>
            </w:r>
          </w:p>
          <w:p w:rsidR="001A6035" w:rsidRPr="00BB55AC" w:rsidRDefault="001A6035" w:rsidP="00A32EDC">
            <w:pPr>
              <w:spacing w:line="276" w:lineRule="auto"/>
              <w:jc w:val="both"/>
              <w:rPr>
                <w:rFonts w:ascii="Times New Roman" w:hAnsi="Times New Roman" w:cs="Times New Roman"/>
                <w:sz w:val="24"/>
                <w:szCs w:val="24"/>
                <w:lang w:bidi="si-LK"/>
              </w:rPr>
            </w:pPr>
            <w:r w:rsidRPr="00BB55AC">
              <w:rPr>
                <w:rFonts w:ascii="Times New Roman" w:hAnsi="Times New Roman" w:cs="Times New Roman"/>
                <w:sz w:val="24"/>
                <w:szCs w:val="24"/>
                <w:cs/>
                <w:lang w:bidi="si-LK"/>
              </w:rPr>
              <w:t>2.</w:t>
            </w:r>
            <w:r w:rsidR="001F58C7" w:rsidRPr="00BB55AC">
              <w:rPr>
                <w:rFonts w:ascii="Times New Roman" w:hAnsi="Times New Roman" w:cs="Times New Roman"/>
                <w:sz w:val="24"/>
                <w:szCs w:val="24"/>
              </w:rPr>
              <w:t xml:space="preserve"> Parent Awareness Manual Containing Guidelines on Positive Parenting Pr</w:t>
            </w:r>
            <w:r w:rsidR="00EA037E" w:rsidRPr="00BB55AC">
              <w:rPr>
                <w:rFonts w:ascii="Times New Roman" w:hAnsi="Times New Roman" w:cs="Times New Roman"/>
                <w:sz w:val="24"/>
                <w:szCs w:val="24"/>
              </w:rPr>
              <w:t>actices for Parents and Caretake</w:t>
            </w:r>
            <w:r w:rsidR="001F58C7" w:rsidRPr="00BB55AC">
              <w:rPr>
                <w:rFonts w:ascii="Times New Roman" w:hAnsi="Times New Roman" w:cs="Times New Roman"/>
                <w:sz w:val="24"/>
                <w:szCs w:val="24"/>
              </w:rPr>
              <w:t>rs</w:t>
            </w:r>
          </w:p>
          <w:p w:rsidR="001A6035" w:rsidRPr="00BB55AC" w:rsidRDefault="001A6035" w:rsidP="00A32EDC">
            <w:pPr>
              <w:spacing w:line="276" w:lineRule="auto"/>
              <w:jc w:val="both"/>
              <w:rPr>
                <w:rFonts w:ascii="Times New Roman" w:hAnsi="Times New Roman" w:cs="Times New Roman"/>
                <w:sz w:val="24"/>
                <w:szCs w:val="24"/>
                <w:lang w:bidi="si-LK"/>
              </w:rPr>
            </w:pPr>
            <w:r w:rsidRPr="00BB55AC">
              <w:rPr>
                <w:rFonts w:ascii="Times New Roman" w:hAnsi="Times New Roman" w:cs="Times New Roman"/>
                <w:sz w:val="24"/>
                <w:szCs w:val="24"/>
                <w:cs/>
                <w:lang w:bidi="si-LK"/>
              </w:rPr>
              <w:t>3.</w:t>
            </w:r>
            <w:r w:rsidR="00AB287F" w:rsidRPr="00BB55AC">
              <w:rPr>
                <w:rFonts w:ascii="Times New Roman" w:hAnsi="Times New Roman" w:cs="Times New Roman"/>
                <w:sz w:val="24"/>
                <w:szCs w:val="24"/>
              </w:rPr>
              <w:t xml:space="preserve"> Manual Containing Guidelines for Preschool Teachers on the Inclusion of Children with Autism Spectrum Disorder (ASD) in Preschools</w:t>
            </w:r>
          </w:p>
          <w:p w:rsidR="001A6035" w:rsidRPr="00BB55AC" w:rsidRDefault="001A6035" w:rsidP="00A32EDC">
            <w:pPr>
              <w:spacing w:line="276" w:lineRule="auto"/>
              <w:jc w:val="both"/>
              <w:rPr>
                <w:rFonts w:ascii="Times New Roman" w:hAnsi="Times New Roman" w:cs="Times New Roman"/>
                <w:sz w:val="24"/>
                <w:szCs w:val="24"/>
                <w:lang w:bidi="si-LK"/>
              </w:rPr>
            </w:pPr>
            <w:r w:rsidRPr="00BB55AC">
              <w:rPr>
                <w:rFonts w:ascii="Times New Roman" w:hAnsi="Times New Roman" w:cs="Times New Roman"/>
                <w:sz w:val="24"/>
                <w:szCs w:val="24"/>
                <w:cs/>
                <w:lang w:bidi="si-LK"/>
              </w:rPr>
              <w:t>4.</w:t>
            </w:r>
            <w:r w:rsidR="00AB287F" w:rsidRPr="00BB55AC">
              <w:rPr>
                <w:rFonts w:ascii="Times New Roman" w:hAnsi="Times New Roman" w:cs="Times New Roman"/>
                <w:sz w:val="24"/>
                <w:szCs w:val="24"/>
              </w:rPr>
              <w:t xml:space="preserve"> Manual Containing Guidelines for Assessors on Early Childhood Development Assessment</w:t>
            </w:r>
          </w:p>
          <w:p w:rsidR="001A6035" w:rsidRPr="00BB55AC" w:rsidRDefault="001A6035" w:rsidP="00A32EDC">
            <w:pPr>
              <w:spacing w:line="276" w:lineRule="auto"/>
              <w:jc w:val="both"/>
              <w:rPr>
                <w:rFonts w:ascii="Times New Roman" w:hAnsi="Times New Roman" w:cs="Times New Roman"/>
                <w:sz w:val="24"/>
                <w:szCs w:val="24"/>
                <w:lang w:bidi="si-LK"/>
              </w:rPr>
            </w:pPr>
            <w:r w:rsidRPr="00BB55AC">
              <w:rPr>
                <w:rFonts w:ascii="Times New Roman" w:hAnsi="Times New Roman" w:cs="Times New Roman"/>
                <w:sz w:val="24"/>
                <w:szCs w:val="24"/>
                <w:cs/>
                <w:lang w:bidi="si-LK"/>
              </w:rPr>
              <w:t>5.</w:t>
            </w:r>
            <w:r w:rsidR="00AB287F" w:rsidRPr="00BB55AC">
              <w:rPr>
                <w:rFonts w:ascii="Times New Roman" w:hAnsi="Times New Roman" w:cs="Times New Roman"/>
                <w:sz w:val="24"/>
                <w:szCs w:val="24"/>
              </w:rPr>
              <w:t xml:space="preserve"> Learning Circle Manual for Early Childhood Development Centres</w:t>
            </w:r>
          </w:p>
        </w:tc>
        <w:tc>
          <w:tcPr>
            <w:tcW w:w="2138" w:type="dxa"/>
          </w:tcPr>
          <w:p w:rsidR="001A6035" w:rsidRPr="00BB55AC" w:rsidRDefault="001A6035" w:rsidP="00A32EDC">
            <w:pPr>
              <w:spacing w:line="276" w:lineRule="auto"/>
              <w:jc w:val="center"/>
              <w:rPr>
                <w:rFonts w:ascii="Times New Roman" w:hAnsi="Times New Roman" w:cs="Times New Roman"/>
                <w:b/>
                <w:bCs/>
                <w:sz w:val="24"/>
                <w:szCs w:val="24"/>
                <w:cs/>
                <w:lang w:bidi="si-LK"/>
              </w:rPr>
            </w:pPr>
          </w:p>
        </w:tc>
      </w:tr>
      <w:tr w:rsidR="001A6035" w:rsidRPr="00BB55AC" w:rsidTr="00250DD6">
        <w:trPr>
          <w:trHeight w:val="1007"/>
        </w:trPr>
        <w:tc>
          <w:tcPr>
            <w:tcW w:w="4248" w:type="dxa"/>
          </w:tcPr>
          <w:p w:rsidR="001A6035" w:rsidRPr="00BB55AC" w:rsidRDefault="00AD0B95" w:rsidP="00A32EDC">
            <w:pPr>
              <w:numPr>
                <w:ilvl w:val="0"/>
                <w:numId w:val="20"/>
              </w:numPr>
              <w:spacing w:line="276" w:lineRule="auto"/>
              <w:ind w:left="0"/>
              <w:jc w:val="both"/>
              <w:rPr>
                <w:rFonts w:ascii="Times New Roman" w:eastAsia="Times New Roman" w:hAnsi="Times New Roman" w:cs="Times New Roman"/>
                <w:b/>
                <w:bCs/>
                <w:sz w:val="24"/>
                <w:szCs w:val="24"/>
                <w:cs/>
                <w:lang w:bidi="si-LK"/>
              </w:rPr>
            </w:pPr>
            <w:r w:rsidRPr="00BB55AC">
              <w:rPr>
                <w:rStyle w:val="Strong"/>
                <w:rFonts w:ascii="Times New Roman" w:hAnsi="Times New Roman" w:cs="Times New Roman"/>
                <w:sz w:val="24"/>
                <w:szCs w:val="24"/>
              </w:rPr>
              <w:t>Research and Data</w:t>
            </w:r>
            <w:r w:rsidRPr="00BB55AC">
              <w:rPr>
                <w:rFonts w:ascii="Times New Roman" w:hAnsi="Times New Roman" w:cs="Times New Roman"/>
                <w:sz w:val="24"/>
                <w:szCs w:val="24"/>
              </w:rPr>
              <w:t xml:space="preserve"> – Collecting data and conducting research relating to the early childhood development sector.</w:t>
            </w:r>
          </w:p>
        </w:tc>
        <w:tc>
          <w:tcPr>
            <w:tcW w:w="3240" w:type="dxa"/>
          </w:tcPr>
          <w:p w:rsidR="001A6035" w:rsidRPr="00BB55AC" w:rsidRDefault="001A6035" w:rsidP="00A32EDC">
            <w:pPr>
              <w:spacing w:line="276" w:lineRule="auto"/>
              <w:jc w:val="center"/>
              <w:rPr>
                <w:rFonts w:ascii="Times New Roman" w:hAnsi="Times New Roman" w:cs="Times New Roman"/>
                <w:b/>
                <w:bCs/>
                <w:sz w:val="24"/>
                <w:szCs w:val="24"/>
                <w:cs/>
                <w:lang w:bidi="si-LK"/>
              </w:rPr>
            </w:pPr>
          </w:p>
        </w:tc>
        <w:tc>
          <w:tcPr>
            <w:tcW w:w="2138" w:type="dxa"/>
          </w:tcPr>
          <w:p w:rsidR="001A6035" w:rsidRPr="00BB55AC" w:rsidRDefault="001A6035" w:rsidP="00A32EDC">
            <w:pPr>
              <w:spacing w:line="276" w:lineRule="auto"/>
              <w:jc w:val="center"/>
              <w:rPr>
                <w:rFonts w:ascii="Times New Roman" w:hAnsi="Times New Roman" w:cs="Times New Roman"/>
                <w:b/>
                <w:bCs/>
                <w:sz w:val="24"/>
                <w:szCs w:val="24"/>
                <w:cs/>
                <w:lang w:bidi="si-LK"/>
              </w:rPr>
            </w:pPr>
          </w:p>
        </w:tc>
      </w:tr>
      <w:tr w:rsidR="001A6035" w:rsidRPr="00BB55AC" w:rsidTr="00250DD6">
        <w:trPr>
          <w:trHeight w:val="377"/>
        </w:trPr>
        <w:tc>
          <w:tcPr>
            <w:tcW w:w="4248" w:type="dxa"/>
          </w:tcPr>
          <w:p w:rsidR="001A6035" w:rsidRPr="00BB55AC" w:rsidRDefault="001461BB" w:rsidP="00A32EDC">
            <w:pPr>
              <w:spacing w:line="276" w:lineRule="auto"/>
              <w:rPr>
                <w:rFonts w:ascii="Times New Roman" w:hAnsi="Times New Roman" w:cs="Times New Roman"/>
                <w:b/>
                <w:bCs/>
                <w:sz w:val="24"/>
                <w:szCs w:val="24"/>
                <w:cs/>
                <w:lang w:bidi="si-LK"/>
              </w:rPr>
            </w:pPr>
            <w:r w:rsidRPr="00BB55AC">
              <w:rPr>
                <w:rFonts w:ascii="Times New Roman" w:hAnsi="Times New Roman" w:cs="Times New Roman"/>
                <w:b/>
                <w:bCs/>
                <w:sz w:val="24"/>
                <w:szCs w:val="24"/>
              </w:rPr>
              <w:t>Women’s Bureau of Sri Lanka</w:t>
            </w:r>
          </w:p>
        </w:tc>
        <w:tc>
          <w:tcPr>
            <w:tcW w:w="3240" w:type="dxa"/>
          </w:tcPr>
          <w:p w:rsidR="001A6035" w:rsidRPr="00BB55AC" w:rsidRDefault="001A6035" w:rsidP="00A32EDC">
            <w:pPr>
              <w:spacing w:line="276" w:lineRule="auto"/>
              <w:jc w:val="center"/>
              <w:rPr>
                <w:rFonts w:ascii="Times New Roman" w:hAnsi="Times New Roman" w:cs="Times New Roman"/>
                <w:b/>
                <w:bCs/>
                <w:sz w:val="24"/>
                <w:szCs w:val="24"/>
                <w:lang w:bidi="si-LK"/>
              </w:rPr>
            </w:pPr>
          </w:p>
        </w:tc>
        <w:tc>
          <w:tcPr>
            <w:tcW w:w="2138" w:type="dxa"/>
          </w:tcPr>
          <w:p w:rsidR="001A6035" w:rsidRPr="00BB55AC" w:rsidRDefault="001A6035" w:rsidP="00A32EDC">
            <w:pPr>
              <w:spacing w:line="276" w:lineRule="auto"/>
              <w:jc w:val="center"/>
              <w:rPr>
                <w:rFonts w:ascii="Times New Roman" w:hAnsi="Times New Roman" w:cs="Times New Roman"/>
                <w:b/>
                <w:bCs/>
                <w:sz w:val="24"/>
                <w:szCs w:val="24"/>
                <w:cs/>
                <w:lang w:bidi="si-LK"/>
              </w:rPr>
            </w:pPr>
          </w:p>
        </w:tc>
      </w:tr>
      <w:tr w:rsidR="001A6035" w:rsidRPr="00BB55AC" w:rsidTr="00250DD6">
        <w:trPr>
          <w:trHeight w:val="449"/>
        </w:trPr>
        <w:tc>
          <w:tcPr>
            <w:tcW w:w="4248" w:type="dxa"/>
          </w:tcPr>
          <w:p w:rsidR="001A6035" w:rsidRPr="00BB55AC" w:rsidRDefault="00BA269D" w:rsidP="00A32EDC">
            <w:pPr>
              <w:spacing w:line="276" w:lineRule="auto"/>
              <w:jc w:val="both"/>
              <w:rPr>
                <w:rFonts w:ascii="Times New Roman" w:hAnsi="Times New Roman" w:cs="Times New Roman"/>
                <w:sz w:val="24"/>
                <w:szCs w:val="24"/>
              </w:rPr>
            </w:pPr>
            <w:r w:rsidRPr="00BB55AC">
              <w:rPr>
                <w:rFonts w:ascii="Times New Roman" w:hAnsi="Times New Roman" w:cs="Times New Roman"/>
                <w:sz w:val="24"/>
                <w:szCs w:val="24"/>
              </w:rPr>
              <w:t>Prevention of Sexual and Gender-Based Violence (SGBV) in Sri Lanka</w:t>
            </w:r>
          </w:p>
        </w:tc>
        <w:tc>
          <w:tcPr>
            <w:tcW w:w="3240" w:type="dxa"/>
          </w:tcPr>
          <w:p w:rsidR="001A6035" w:rsidRPr="00BB55AC" w:rsidRDefault="00BA269D" w:rsidP="00BA269D">
            <w:pPr>
              <w:spacing w:line="276" w:lineRule="auto"/>
              <w:jc w:val="both"/>
              <w:rPr>
                <w:rFonts w:ascii="Times New Roman" w:hAnsi="Times New Roman" w:cs="Times New Roman"/>
                <w:sz w:val="24"/>
                <w:szCs w:val="24"/>
              </w:rPr>
            </w:pPr>
            <w:r w:rsidRPr="00BB55AC">
              <w:rPr>
                <w:rFonts w:ascii="Times New Roman" w:hAnsi="Times New Roman" w:cs="Times New Roman"/>
                <w:sz w:val="24"/>
                <w:szCs w:val="24"/>
              </w:rPr>
              <w:t>National Multi-</w:t>
            </w:r>
            <w:r w:rsidRPr="00BB55AC">
              <w:rPr>
                <w:rFonts w:ascii="Times New Roman" w:hAnsi="Times New Roman" w:cs="Times New Roman"/>
                <w:sz w:val="24"/>
                <w:szCs w:val="24"/>
                <w:lang w:bidi="si-LK"/>
              </w:rPr>
              <w:t>sectoral</w:t>
            </w:r>
            <w:r w:rsidRPr="00BB55AC">
              <w:rPr>
                <w:rFonts w:ascii="Times New Roman" w:hAnsi="Times New Roman" w:cs="Times New Roman"/>
                <w:sz w:val="24"/>
                <w:szCs w:val="24"/>
              </w:rPr>
              <w:t xml:space="preserve"> Action Plan for the Prevention of Sexual and Gender-Based Violence (SGBV) in Sri Lanka – II </w:t>
            </w:r>
            <w:r w:rsidR="001A6035" w:rsidRPr="00BB55AC">
              <w:rPr>
                <w:rFonts w:ascii="Times New Roman" w:hAnsi="Times New Roman" w:cs="Times New Roman"/>
                <w:sz w:val="24"/>
                <w:szCs w:val="24"/>
                <w:cs/>
                <w:lang w:bidi="si-LK"/>
              </w:rPr>
              <w:t>2024-2028</w:t>
            </w:r>
          </w:p>
        </w:tc>
        <w:tc>
          <w:tcPr>
            <w:tcW w:w="2138" w:type="dxa"/>
          </w:tcPr>
          <w:p w:rsidR="001A6035" w:rsidRPr="00BB55AC" w:rsidRDefault="001A6035" w:rsidP="00A32EDC">
            <w:pPr>
              <w:spacing w:line="276" w:lineRule="auto"/>
              <w:rPr>
                <w:rFonts w:ascii="Times New Roman" w:hAnsi="Times New Roman" w:cs="Times New Roman"/>
                <w:sz w:val="24"/>
                <w:szCs w:val="24"/>
              </w:rPr>
            </w:pPr>
            <w:r w:rsidRPr="00BB55AC">
              <w:rPr>
                <w:rFonts w:ascii="Times New Roman" w:hAnsi="Times New Roman" w:cs="Times New Roman"/>
                <w:sz w:val="24"/>
                <w:szCs w:val="24"/>
              </w:rPr>
              <w:t>www.childwomenmin.gov.lk/</w:t>
            </w:r>
          </w:p>
        </w:tc>
      </w:tr>
      <w:tr w:rsidR="001A6035" w:rsidRPr="00BB55AC" w:rsidTr="00250DD6">
        <w:trPr>
          <w:trHeight w:val="467"/>
        </w:trPr>
        <w:tc>
          <w:tcPr>
            <w:tcW w:w="4248" w:type="dxa"/>
          </w:tcPr>
          <w:p w:rsidR="001A6035" w:rsidRPr="00BB55AC" w:rsidRDefault="00D56EC3" w:rsidP="00A32EDC">
            <w:pPr>
              <w:spacing w:line="276" w:lineRule="auto"/>
              <w:jc w:val="both"/>
              <w:rPr>
                <w:rFonts w:ascii="Times New Roman" w:hAnsi="Times New Roman" w:cs="Times New Roman"/>
                <w:sz w:val="24"/>
                <w:szCs w:val="24"/>
                <w:lang w:bidi="si-LK"/>
              </w:rPr>
            </w:pPr>
            <w:r w:rsidRPr="00BB55AC">
              <w:rPr>
                <w:rFonts w:ascii="Times New Roman" w:hAnsi="Times New Roman" w:cs="Times New Roman"/>
                <w:sz w:val="24"/>
                <w:szCs w:val="24"/>
              </w:rPr>
              <w:t>Implementation of United Nations Security Council Resolutions on Women, Peace and Security</w:t>
            </w:r>
          </w:p>
        </w:tc>
        <w:tc>
          <w:tcPr>
            <w:tcW w:w="3240" w:type="dxa"/>
          </w:tcPr>
          <w:p w:rsidR="001A6035" w:rsidRPr="00BB55AC" w:rsidRDefault="00D56EC3" w:rsidP="00A32EDC">
            <w:pPr>
              <w:spacing w:line="276" w:lineRule="auto"/>
              <w:jc w:val="both"/>
              <w:rPr>
                <w:rFonts w:ascii="Times New Roman" w:hAnsi="Times New Roman" w:cs="Times New Roman"/>
                <w:sz w:val="24"/>
                <w:szCs w:val="24"/>
                <w:lang w:bidi="si-LK"/>
              </w:rPr>
            </w:pPr>
            <w:r w:rsidRPr="00BB55AC">
              <w:rPr>
                <w:rFonts w:ascii="Times New Roman" w:hAnsi="Times New Roman" w:cs="Times New Roman"/>
                <w:sz w:val="24"/>
                <w:szCs w:val="24"/>
              </w:rPr>
              <w:t xml:space="preserve">National Action Plan of Sri Lanka for the Implementation of United Nations Security </w:t>
            </w:r>
            <w:r w:rsidRPr="00BB55AC">
              <w:rPr>
                <w:rFonts w:ascii="Times New Roman" w:hAnsi="Times New Roman" w:cs="Times New Roman"/>
                <w:sz w:val="24"/>
                <w:szCs w:val="24"/>
              </w:rPr>
              <w:lastRenderedPageBreak/>
              <w:t>Council Resolutions on Women, Peace and Sec</w:t>
            </w:r>
            <w:r w:rsidR="00942959" w:rsidRPr="00BB55AC">
              <w:rPr>
                <w:rFonts w:ascii="Times New Roman" w:hAnsi="Times New Roman" w:cs="Times New Roman"/>
                <w:sz w:val="24"/>
                <w:szCs w:val="24"/>
              </w:rPr>
              <w:t xml:space="preserve">urity </w:t>
            </w:r>
            <w:r w:rsidRPr="00BB55AC">
              <w:rPr>
                <w:rFonts w:ascii="Times New Roman" w:hAnsi="Times New Roman" w:cs="Times New Roman"/>
                <w:sz w:val="24"/>
                <w:szCs w:val="24"/>
              </w:rPr>
              <w:t xml:space="preserve"> 2023–2027</w:t>
            </w:r>
          </w:p>
        </w:tc>
        <w:tc>
          <w:tcPr>
            <w:tcW w:w="2138" w:type="dxa"/>
          </w:tcPr>
          <w:p w:rsidR="001A6035" w:rsidRPr="00BB55AC" w:rsidRDefault="001A6035" w:rsidP="00A32EDC">
            <w:pPr>
              <w:spacing w:line="276" w:lineRule="auto"/>
              <w:rPr>
                <w:rFonts w:ascii="Times New Roman" w:hAnsi="Times New Roman" w:cs="Times New Roman"/>
                <w:sz w:val="24"/>
                <w:szCs w:val="24"/>
              </w:rPr>
            </w:pPr>
            <w:r w:rsidRPr="00BB55AC">
              <w:rPr>
                <w:rFonts w:ascii="Times New Roman" w:hAnsi="Times New Roman" w:cs="Times New Roman"/>
                <w:sz w:val="24"/>
                <w:szCs w:val="24"/>
              </w:rPr>
              <w:lastRenderedPageBreak/>
              <w:t>www.childwomenmin.gov.lk/</w:t>
            </w:r>
          </w:p>
        </w:tc>
      </w:tr>
      <w:tr w:rsidR="001A6035" w:rsidRPr="00BB55AC" w:rsidTr="00250DD6">
        <w:trPr>
          <w:trHeight w:val="404"/>
        </w:trPr>
        <w:tc>
          <w:tcPr>
            <w:tcW w:w="4248" w:type="dxa"/>
          </w:tcPr>
          <w:p w:rsidR="001A6035" w:rsidRPr="00BB55AC" w:rsidRDefault="00942959" w:rsidP="00A32EDC">
            <w:pPr>
              <w:spacing w:line="276" w:lineRule="auto"/>
              <w:jc w:val="both"/>
              <w:rPr>
                <w:rFonts w:ascii="Times New Roman" w:hAnsi="Times New Roman" w:cs="Times New Roman"/>
                <w:sz w:val="24"/>
                <w:szCs w:val="24"/>
                <w:lang w:bidi="si-LK"/>
              </w:rPr>
            </w:pPr>
            <w:r w:rsidRPr="00BB55AC">
              <w:rPr>
                <w:rFonts w:ascii="Times New Roman" w:hAnsi="Times New Roman" w:cs="Times New Roman"/>
                <w:sz w:val="24"/>
                <w:szCs w:val="24"/>
                <w:lang w:bidi="si-LK"/>
              </w:rPr>
              <w:lastRenderedPageBreak/>
              <w:t xml:space="preserve">Management of Shelters for Women </w:t>
            </w:r>
            <w:r w:rsidR="001A6035" w:rsidRPr="00BB55AC">
              <w:rPr>
                <w:rFonts w:ascii="Times New Roman" w:hAnsi="Times New Roman" w:cs="Times New Roman"/>
                <w:sz w:val="24"/>
                <w:szCs w:val="24"/>
                <w:cs/>
                <w:lang w:bidi="si-LK"/>
              </w:rPr>
              <w:t xml:space="preserve"> </w:t>
            </w:r>
          </w:p>
        </w:tc>
        <w:tc>
          <w:tcPr>
            <w:tcW w:w="3240" w:type="dxa"/>
          </w:tcPr>
          <w:p w:rsidR="001A6035" w:rsidRPr="00BB55AC" w:rsidRDefault="00942959" w:rsidP="00A32EDC">
            <w:pPr>
              <w:spacing w:line="276" w:lineRule="auto"/>
              <w:jc w:val="both"/>
              <w:rPr>
                <w:rFonts w:ascii="Times New Roman" w:hAnsi="Times New Roman" w:cs="Times New Roman"/>
                <w:sz w:val="24"/>
                <w:szCs w:val="24"/>
                <w:cs/>
                <w:lang w:bidi="si-LK"/>
              </w:rPr>
            </w:pPr>
            <w:r w:rsidRPr="00BB55AC">
              <w:rPr>
                <w:rFonts w:ascii="Times New Roman" w:hAnsi="Times New Roman" w:cs="Times New Roman"/>
                <w:sz w:val="24"/>
                <w:szCs w:val="24"/>
              </w:rPr>
              <w:t xml:space="preserve">National Guidelines for the Management of </w:t>
            </w:r>
            <w:r w:rsidR="006F2437" w:rsidRPr="00BB55AC">
              <w:rPr>
                <w:rFonts w:ascii="Times New Roman" w:hAnsi="Times New Roman" w:cs="Times New Roman"/>
                <w:sz w:val="24"/>
                <w:szCs w:val="24"/>
                <w:lang w:bidi="si-LK"/>
              </w:rPr>
              <w:t xml:space="preserve">Shelters for Women </w:t>
            </w:r>
            <w:r w:rsidRPr="00BB55AC">
              <w:rPr>
                <w:rFonts w:ascii="Times New Roman" w:hAnsi="Times New Roman" w:cs="Times New Roman"/>
                <w:sz w:val="24"/>
                <w:szCs w:val="24"/>
              </w:rPr>
              <w:t>for Victims of Sexual and Gender-Based Violence – 2024</w:t>
            </w:r>
          </w:p>
        </w:tc>
        <w:tc>
          <w:tcPr>
            <w:tcW w:w="2138" w:type="dxa"/>
          </w:tcPr>
          <w:p w:rsidR="001A6035" w:rsidRPr="00BB55AC" w:rsidRDefault="001A6035" w:rsidP="00A32EDC">
            <w:pPr>
              <w:spacing w:line="276" w:lineRule="auto"/>
              <w:rPr>
                <w:rFonts w:ascii="Times New Roman" w:hAnsi="Times New Roman" w:cs="Times New Roman"/>
                <w:sz w:val="24"/>
                <w:szCs w:val="24"/>
              </w:rPr>
            </w:pPr>
            <w:r w:rsidRPr="00BB55AC">
              <w:rPr>
                <w:rFonts w:ascii="Times New Roman" w:hAnsi="Times New Roman" w:cs="Times New Roman"/>
                <w:sz w:val="24"/>
                <w:szCs w:val="24"/>
              </w:rPr>
              <w:t>www.childwomenmin.gov.lk/</w:t>
            </w:r>
          </w:p>
        </w:tc>
      </w:tr>
      <w:tr w:rsidR="001A6035" w:rsidRPr="00BB55AC" w:rsidTr="00250DD6">
        <w:trPr>
          <w:trHeight w:val="539"/>
        </w:trPr>
        <w:tc>
          <w:tcPr>
            <w:tcW w:w="4248" w:type="dxa"/>
          </w:tcPr>
          <w:p w:rsidR="001A6035" w:rsidRPr="00BB55AC" w:rsidRDefault="00377730" w:rsidP="00A32EDC">
            <w:pPr>
              <w:spacing w:line="276" w:lineRule="auto"/>
              <w:rPr>
                <w:rFonts w:ascii="Times New Roman" w:hAnsi="Times New Roman" w:cs="Times New Roman"/>
                <w:sz w:val="24"/>
                <w:szCs w:val="24"/>
              </w:rPr>
            </w:pPr>
            <w:r w:rsidRPr="00BB55AC">
              <w:rPr>
                <w:rFonts w:ascii="Times New Roman" w:hAnsi="Times New Roman" w:cs="Times New Roman"/>
                <w:sz w:val="24"/>
                <w:szCs w:val="24"/>
              </w:rPr>
              <w:t>Annual Action Plan – 2026</w:t>
            </w:r>
          </w:p>
        </w:tc>
        <w:tc>
          <w:tcPr>
            <w:tcW w:w="3240" w:type="dxa"/>
          </w:tcPr>
          <w:p w:rsidR="001A6035" w:rsidRPr="00BB55AC" w:rsidRDefault="00377730" w:rsidP="00A32EDC">
            <w:pPr>
              <w:spacing w:line="276" w:lineRule="auto"/>
              <w:jc w:val="both"/>
              <w:rPr>
                <w:rFonts w:ascii="Times New Roman" w:hAnsi="Times New Roman" w:cs="Times New Roman"/>
                <w:sz w:val="24"/>
                <w:szCs w:val="24"/>
                <w:cs/>
                <w:lang w:bidi="si-LK"/>
              </w:rPr>
            </w:pPr>
            <w:r w:rsidRPr="00BB55AC">
              <w:rPr>
                <w:rFonts w:ascii="Times New Roman" w:hAnsi="Times New Roman" w:cs="Times New Roman"/>
                <w:sz w:val="24"/>
                <w:szCs w:val="24"/>
              </w:rPr>
              <w:t>Empowering Women through Entrepreneurship Development</w:t>
            </w:r>
          </w:p>
        </w:tc>
        <w:tc>
          <w:tcPr>
            <w:tcW w:w="2138" w:type="dxa"/>
          </w:tcPr>
          <w:p w:rsidR="001A6035" w:rsidRPr="00BB55AC" w:rsidRDefault="001A6035" w:rsidP="00A32EDC">
            <w:pPr>
              <w:spacing w:line="276" w:lineRule="auto"/>
              <w:rPr>
                <w:rFonts w:ascii="Times New Roman" w:hAnsi="Times New Roman" w:cs="Times New Roman"/>
                <w:sz w:val="24"/>
                <w:szCs w:val="24"/>
              </w:rPr>
            </w:pPr>
            <w:r w:rsidRPr="00BB55AC">
              <w:rPr>
                <w:rFonts w:ascii="Times New Roman" w:hAnsi="Times New Roman" w:cs="Times New Roman"/>
                <w:sz w:val="24"/>
                <w:szCs w:val="24"/>
              </w:rPr>
              <w:t>www.childwomenmin.gov.lk/</w:t>
            </w:r>
          </w:p>
        </w:tc>
      </w:tr>
      <w:tr w:rsidR="001A6035" w:rsidRPr="00BB55AC" w:rsidTr="00250DD6">
        <w:trPr>
          <w:trHeight w:val="539"/>
        </w:trPr>
        <w:tc>
          <w:tcPr>
            <w:tcW w:w="4248" w:type="dxa"/>
          </w:tcPr>
          <w:p w:rsidR="001A6035" w:rsidRPr="00BB55AC" w:rsidRDefault="001A6035" w:rsidP="00A32EDC">
            <w:pPr>
              <w:spacing w:line="276" w:lineRule="auto"/>
              <w:rPr>
                <w:rFonts w:ascii="Times New Roman" w:hAnsi="Times New Roman" w:cs="Times New Roman"/>
                <w:sz w:val="24"/>
                <w:szCs w:val="24"/>
                <w:cs/>
                <w:lang w:bidi="si-LK"/>
              </w:rPr>
            </w:pPr>
          </w:p>
        </w:tc>
        <w:tc>
          <w:tcPr>
            <w:tcW w:w="3240" w:type="dxa"/>
          </w:tcPr>
          <w:p w:rsidR="001A6035" w:rsidRPr="00BB55AC" w:rsidRDefault="00377730" w:rsidP="00A32EDC">
            <w:pPr>
              <w:spacing w:line="276" w:lineRule="auto"/>
              <w:jc w:val="both"/>
              <w:rPr>
                <w:rFonts w:ascii="Times New Roman" w:hAnsi="Times New Roman" w:cs="Times New Roman"/>
                <w:sz w:val="24"/>
                <w:szCs w:val="24"/>
                <w:cs/>
                <w:lang w:bidi="si-LK"/>
              </w:rPr>
            </w:pPr>
            <w:r w:rsidRPr="00BB55AC">
              <w:rPr>
                <w:rFonts w:ascii="Times New Roman" w:hAnsi="Times New Roman" w:cs="Times New Roman"/>
                <w:sz w:val="24"/>
                <w:szCs w:val="24"/>
              </w:rPr>
              <w:t>Prevention of Child Abuse and Violence against Women</w:t>
            </w:r>
          </w:p>
        </w:tc>
        <w:tc>
          <w:tcPr>
            <w:tcW w:w="2138" w:type="dxa"/>
          </w:tcPr>
          <w:p w:rsidR="001A6035" w:rsidRPr="00BB55AC" w:rsidRDefault="001A6035" w:rsidP="00A32EDC">
            <w:pPr>
              <w:spacing w:line="276" w:lineRule="auto"/>
              <w:rPr>
                <w:rFonts w:ascii="Times New Roman" w:hAnsi="Times New Roman" w:cs="Times New Roman"/>
                <w:sz w:val="24"/>
                <w:szCs w:val="24"/>
              </w:rPr>
            </w:pPr>
          </w:p>
        </w:tc>
      </w:tr>
      <w:tr w:rsidR="001A6035" w:rsidRPr="00BB55AC" w:rsidTr="00250DD6">
        <w:trPr>
          <w:trHeight w:val="539"/>
        </w:trPr>
        <w:tc>
          <w:tcPr>
            <w:tcW w:w="4248" w:type="dxa"/>
          </w:tcPr>
          <w:p w:rsidR="001A6035" w:rsidRPr="00BB55AC" w:rsidRDefault="00377730" w:rsidP="00377730">
            <w:pPr>
              <w:spacing w:line="276" w:lineRule="auto"/>
              <w:rPr>
                <w:rFonts w:ascii="Times New Roman" w:hAnsi="Times New Roman" w:cs="Times New Roman"/>
                <w:sz w:val="24"/>
                <w:szCs w:val="24"/>
                <w:cs/>
                <w:lang w:bidi="si-LK"/>
              </w:rPr>
            </w:pPr>
            <w:r w:rsidRPr="00BB55AC">
              <w:rPr>
                <w:rFonts w:ascii="Times New Roman" w:hAnsi="Times New Roman" w:cs="Times New Roman"/>
                <w:sz w:val="24"/>
                <w:szCs w:val="24"/>
              </w:rPr>
              <w:t xml:space="preserve">Women Action Societies </w:t>
            </w:r>
          </w:p>
        </w:tc>
        <w:tc>
          <w:tcPr>
            <w:tcW w:w="3240" w:type="dxa"/>
          </w:tcPr>
          <w:p w:rsidR="001A6035" w:rsidRPr="00BB55AC" w:rsidRDefault="00377730" w:rsidP="00A32EDC">
            <w:pPr>
              <w:spacing w:line="276" w:lineRule="auto"/>
              <w:jc w:val="both"/>
              <w:rPr>
                <w:rFonts w:ascii="Times New Roman" w:hAnsi="Times New Roman" w:cs="Times New Roman"/>
                <w:sz w:val="24"/>
                <w:szCs w:val="24"/>
                <w:cs/>
                <w:lang w:bidi="si-LK"/>
              </w:rPr>
            </w:pPr>
            <w:r w:rsidRPr="00BB55AC">
              <w:rPr>
                <w:rFonts w:ascii="Times New Roman" w:hAnsi="Times New Roman" w:cs="Times New Roman"/>
                <w:sz w:val="24"/>
                <w:szCs w:val="24"/>
              </w:rPr>
              <w:t>Constitution of Women Action Societies</w:t>
            </w:r>
          </w:p>
        </w:tc>
        <w:tc>
          <w:tcPr>
            <w:tcW w:w="2138" w:type="dxa"/>
          </w:tcPr>
          <w:p w:rsidR="001A6035" w:rsidRPr="00BB55AC" w:rsidRDefault="00975EDE" w:rsidP="00A32EDC">
            <w:pPr>
              <w:spacing w:line="276" w:lineRule="auto"/>
              <w:rPr>
                <w:rFonts w:ascii="Times New Roman" w:hAnsi="Times New Roman" w:cs="Times New Roman"/>
                <w:sz w:val="24"/>
                <w:szCs w:val="24"/>
                <w:lang w:bidi="si-LK"/>
              </w:rPr>
            </w:pPr>
            <w:hyperlink r:id="rId10" w:history="1">
              <w:r w:rsidR="007319E2" w:rsidRPr="00BB55AC">
                <w:rPr>
                  <w:rStyle w:val="Hyperlink"/>
                  <w:rFonts w:ascii="Times New Roman" w:hAnsi="Times New Roman" w:cs="Times New Roman"/>
                  <w:sz w:val="24"/>
                  <w:szCs w:val="24"/>
                </w:rPr>
                <w:t>www.childwomenmin.gov.lk/</w:t>
              </w:r>
            </w:hyperlink>
          </w:p>
          <w:p w:rsidR="007319E2" w:rsidRPr="00BB55AC" w:rsidRDefault="007319E2" w:rsidP="00A32EDC">
            <w:pPr>
              <w:spacing w:line="276" w:lineRule="auto"/>
              <w:rPr>
                <w:rFonts w:ascii="Times New Roman" w:hAnsi="Times New Roman" w:cs="Times New Roman"/>
                <w:sz w:val="24"/>
                <w:szCs w:val="24"/>
                <w:lang w:bidi="si-LK"/>
              </w:rPr>
            </w:pPr>
          </w:p>
          <w:p w:rsidR="007319E2" w:rsidRPr="00BB55AC" w:rsidRDefault="007319E2" w:rsidP="00A32EDC">
            <w:pPr>
              <w:spacing w:line="276" w:lineRule="auto"/>
              <w:rPr>
                <w:rFonts w:ascii="Times New Roman" w:hAnsi="Times New Roman" w:cs="Times New Roman"/>
                <w:sz w:val="24"/>
                <w:szCs w:val="24"/>
                <w:lang w:bidi="si-LK"/>
              </w:rPr>
            </w:pPr>
          </w:p>
        </w:tc>
      </w:tr>
      <w:tr w:rsidR="001A6035" w:rsidRPr="00BB55AC" w:rsidTr="00672B15">
        <w:trPr>
          <w:trHeight w:val="539"/>
        </w:trPr>
        <w:tc>
          <w:tcPr>
            <w:tcW w:w="9626" w:type="dxa"/>
            <w:gridSpan w:val="3"/>
          </w:tcPr>
          <w:p w:rsidR="001A6035" w:rsidRPr="00BB55AC" w:rsidRDefault="00883A47" w:rsidP="00A32EDC">
            <w:pPr>
              <w:spacing w:line="276" w:lineRule="auto"/>
              <w:rPr>
                <w:rFonts w:ascii="Times New Roman" w:hAnsi="Times New Roman" w:cs="Times New Roman"/>
                <w:b/>
                <w:bCs/>
                <w:sz w:val="24"/>
                <w:szCs w:val="24"/>
              </w:rPr>
            </w:pPr>
            <w:r w:rsidRPr="00BB55AC">
              <w:rPr>
                <w:rFonts w:ascii="Times New Roman" w:hAnsi="Times New Roman" w:cs="Times New Roman"/>
                <w:b/>
                <w:bCs/>
                <w:sz w:val="24"/>
                <w:szCs w:val="24"/>
              </w:rPr>
              <w:t>Planning and Information Technology Division</w:t>
            </w:r>
          </w:p>
        </w:tc>
      </w:tr>
      <w:tr w:rsidR="00883A47" w:rsidRPr="00BB55AC" w:rsidTr="00883A47">
        <w:trPr>
          <w:trHeight w:val="863"/>
        </w:trPr>
        <w:tc>
          <w:tcPr>
            <w:tcW w:w="4248" w:type="dxa"/>
          </w:tcPr>
          <w:p w:rsidR="00883A47" w:rsidRPr="00BB55AC" w:rsidRDefault="00883A47" w:rsidP="00961908">
            <w:pPr>
              <w:rPr>
                <w:rFonts w:ascii="Times New Roman" w:hAnsi="Times New Roman" w:cs="Times New Roman"/>
                <w:sz w:val="24"/>
                <w:szCs w:val="24"/>
              </w:rPr>
            </w:pPr>
            <w:r w:rsidRPr="00BB55AC">
              <w:rPr>
                <w:rFonts w:ascii="Times New Roman" w:hAnsi="Times New Roman" w:cs="Times New Roman"/>
                <w:sz w:val="24"/>
                <w:szCs w:val="24"/>
              </w:rPr>
              <w:t>Consolidating information from all divisions/ departments and institutions of the Ministry and preparing the Annual Action Plan.</w:t>
            </w:r>
          </w:p>
        </w:tc>
        <w:tc>
          <w:tcPr>
            <w:tcW w:w="3240" w:type="dxa"/>
            <w:vMerge w:val="restart"/>
          </w:tcPr>
          <w:p w:rsidR="00883A47" w:rsidRPr="00BB55AC" w:rsidRDefault="00883A47" w:rsidP="00BB55AC">
            <w:pPr>
              <w:pStyle w:val="ListParagraph"/>
              <w:numPr>
                <w:ilvl w:val="0"/>
                <w:numId w:val="32"/>
              </w:numPr>
              <w:rPr>
                <w:rFonts w:ascii="Times New Roman" w:eastAsia="Times New Roman" w:hAnsi="Times New Roman" w:cs="Times New Roman"/>
                <w:sz w:val="24"/>
                <w:szCs w:val="24"/>
                <w:lang w:bidi="si-LK"/>
              </w:rPr>
            </w:pPr>
            <w:r w:rsidRPr="00BB55AC">
              <w:rPr>
                <w:rFonts w:ascii="Times New Roman" w:eastAsia="Times New Roman" w:hAnsi="Times New Roman" w:cs="Times New Roman"/>
                <w:sz w:val="24"/>
                <w:szCs w:val="24"/>
                <w:lang w:bidi="si-LK"/>
              </w:rPr>
              <w:t xml:space="preserve">Public Finance Circular No. 02/2020 </w:t>
            </w:r>
          </w:p>
          <w:p w:rsidR="00883A47" w:rsidRPr="00BB55AC" w:rsidRDefault="00883A47" w:rsidP="00BB55AC">
            <w:pPr>
              <w:pStyle w:val="ListParagraph"/>
              <w:numPr>
                <w:ilvl w:val="0"/>
                <w:numId w:val="32"/>
              </w:numPr>
              <w:rPr>
                <w:rFonts w:ascii="Times New Roman" w:eastAsia="Times New Roman" w:hAnsi="Times New Roman" w:cs="Times New Roman"/>
                <w:sz w:val="24"/>
                <w:szCs w:val="24"/>
                <w:lang w:bidi="si-LK"/>
              </w:rPr>
            </w:pPr>
            <w:r w:rsidRPr="00BB55AC">
              <w:rPr>
                <w:rFonts w:ascii="Times New Roman" w:eastAsia="Times New Roman" w:hAnsi="Times New Roman" w:cs="Times New Roman"/>
                <w:sz w:val="24"/>
                <w:szCs w:val="24"/>
                <w:lang w:bidi="si-LK"/>
              </w:rPr>
              <w:t xml:space="preserve">Guidelines of the Department of National Planning </w:t>
            </w:r>
          </w:p>
          <w:p w:rsidR="00883A47" w:rsidRPr="00BB55AC" w:rsidRDefault="00883A47" w:rsidP="00BB55AC">
            <w:pPr>
              <w:pStyle w:val="ListParagraph"/>
              <w:numPr>
                <w:ilvl w:val="0"/>
                <w:numId w:val="32"/>
              </w:numPr>
              <w:rPr>
                <w:rFonts w:ascii="Times New Roman" w:eastAsia="Times New Roman" w:hAnsi="Times New Roman" w:cs="Times New Roman"/>
                <w:sz w:val="24"/>
                <w:szCs w:val="24"/>
                <w:lang w:bidi="si-LK"/>
              </w:rPr>
            </w:pPr>
            <w:r w:rsidRPr="00BB55AC">
              <w:rPr>
                <w:rFonts w:ascii="Times New Roman" w:eastAsia="Times New Roman" w:hAnsi="Times New Roman" w:cs="Times New Roman"/>
                <w:sz w:val="24"/>
                <w:szCs w:val="24"/>
                <w:lang w:bidi="si-LK"/>
              </w:rPr>
              <w:t xml:space="preserve">Project Monitoring Circular No. 02/2025 </w:t>
            </w:r>
          </w:p>
          <w:p w:rsidR="00883A47" w:rsidRPr="00BB55AC" w:rsidRDefault="00883A47" w:rsidP="00BB55AC">
            <w:pPr>
              <w:pStyle w:val="ListParagraph"/>
              <w:numPr>
                <w:ilvl w:val="0"/>
                <w:numId w:val="32"/>
              </w:numPr>
              <w:rPr>
                <w:rFonts w:ascii="Times New Roman" w:eastAsia="Times New Roman" w:hAnsi="Times New Roman" w:cs="Times New Roman"/>
                <w:sz w:val="24"/>
                <w:szCs w:val="24"/>
                <w:lang w:bidi="si-LK"/>
              </w:rPr>
            </w:pPr>
            <w:r w:rsidRPr="00BB55AC">
              <w:rPr>
                <w:rFonts w:ascii="Times New Roman" w:eastAsia="Times New Roman" w:hAnsi="Times New Roman" w:cs="Times New Roman"/>
                <w:sz w:val="24"/>
                <w:szCs w:val="24"/>
                <w:lang w:bidi="si-LK"/>
              </w:rPr>
              <w:t xml:space="preserve">Sri Lanka Sustainable Development Act, No. 19 of 2017 </w:t>
            </w:r>
          </w:p>
          <w:p w:rsidR="00883A47" w:rsidRPr="00BB55AC" w:rsidRDefault="00883A47" w:rsidP="00BB55AC">
            <w:pPr>
              <w:pStyle w:val="ListParagraph"/>
              <w:numPr>
                <w:ilvl w:val="0"/>
                <w:numId w:val="32"/>
              </w:numPr>
              <w:rPr>
                <w:rFonts w:ascii="Times New Roman" w:eastAsia="Times New Roman" w:hAnsi="Times New Roman" w:cs="Times New Roman"/>
                <w:sz w:val="24"/>
                <w:szCs w:val="24"/>
                <w:lang w:bidi="si-LK"/>
              </w:rPr>
            </w:pPr>
            <w:r w:rsidRPr="00BB55AC">
              <w:rPr>
                <w:rFonts w:ascii="Times New Roman" w:eastAsia="Times New Roman" w:hAnsi="Times New Roman" w:cs="Times New Roman"/>
                <w:sz w:val="24"/>
                <w:szCs w:val="24"/>
                <w:lang w:bidi="si-LK"/>
              </w:rPr>
              <w:t xml:space="preserve">Extraordinary Gazette No. 2412/08 dated 25.11.2024 </w:t>
            </w:r>
          </w:p>
          <w:p w:rsidR="00883A47" w:rsidRPr="00BB55AC" w:rsidRDefault="00883A47" w:rsidP="00BB55AC">
            <w:pPr>
              <w:pStyle w:val="ListParagraph"/>
              <w:numPr>
                <w:ilvl w:val="0"/>
                <w:numId w:val="32"/>
              </w:numPr>
              <w:rPr>
                <w:rFonts w:ascii="Times New Roman" w:eastAsia="Times New Roman" w:hAnsi="Times New Roman" w:cs="Times New Roman"/>
                <w:sz w:val="24"/>
                <w:szCs w:val="24"/>
                <w:lang w:bidi="si-LK"/>
              </w:rPr>
            </w:pPr>
            <w:r w:rsidRPr="00BB55AC">
              <w:rPr>
                <w:rFonts w:ascii="Times New Roman" w:eastAsia="Times New Roman" w:hAnsi="Times New Roman" w:cs="Times New Roman"/>
                <w:sz w:val="24"/>
                <w:szCs w:val="24"/>
                <w:lang w:bidi="si-LK"/>
              </w:rPr>
              <w:t xml:space="preserve">Women Empowerment Act, No. 37 of 2024 </w:t>
            </w:r>
          </w:p>
          <w:p w:rsidR="00883A47" w:rsidRPr="00BB55AC" w:rsidRDefault="00883A47" w:rsidP="00BB55AC">
            <w:pPr>
              <w:pStyle w:val="ListParagraph"/>
              <w:numPr>
                <w:ilvl w:val="0"/>
                <w:numId w:val="32"/>
              </w:numPr>
              <w:rPr>
                <w:rFonts w:ascii="Times New Roman" w:eastAsia="Times New Roman" w:hAnsi="Times New Roman" w:cs="Times New Roman"/>
                <w:sz w:val="24"/>
                <w:szCs w:val="24"/>
                <w:lang w:bidi="si-LK"/>
              </w:rPr>
            </w:pPr>
            <w:r w:rsidRPr="00BB55AC">
              <w:rPr>
                <w:rFonts w:ascii="Times New Roman" w:eastAsia="Times New Roman" w:hAnsi="Times New Roman" w:cs="Times New Roman"/>
                <w:sz w:val="24"/>
                <w:szCs w:val="24"/>
                <w:lang w:bidi="si-LK"/>
              </w:rPr>
              <w:t xml:space="preserve">National Budget Circular No. 02/2025 </w:t>
            </w:r>
          </w:p>
          <w:p w:rsidR="00883A47" w:rsidRPr="00BB55AC" w:rsidRDefault="00883A47" w:rsidP="00BB55AC">
            <w:pPr>
              <w:pStyle w:val="ListParagraph"/>
              <w:numPr>
                <w:ilvl w:val="0"/>
                <w:numId w:val="32"/>
              </w:numPr>
              <w:rPr>
                <w:rFonts w:ascii="Times New Roman" w:eastAsia="Times New Roman" w:hAnsi="Times New Roman" w:cs="Times New Roman"/>
                <w:sz w:val="24"/>
                <w:szCs w:val="24"/>
                <w:lang w:bidi="si-LK"/>
              </w:rPr>
            </w:pPr>
            <w:r w:rsidRPr="00BB55AC">
              <w:rPr>
                <w:rFonts w:ascii="Times New Roman" w:eastAsia="Times New Roman" w:hAnsi="Times New Roman" w:cs="Times New Roman"/>
                <w:sz w:val="24"/>
                <w:szCs w:val="24"/>
                <w:lang w:bidi="si-LK"/>
              </w:rPr>
              <w:t xml:space="preserve">National Policy Framework of the Government </w:t>
            </w:r>
          </w:p>
          <w:p w:rsidR="00883A47" w:rsidRPr="00BB55AC" w:rsidRDefault="00883A47" w:rsidP="00BB55AC">
            <w:pPr>
              <w:pStyle w:val="ListParagraph"/>
              <w:numPr>
                <w:ilvl w:val="0"/>
                <w:numId w:val="32"/>
              </w:numPr>
              <w:rPr>
                <w:rFonts w:ascii="Times New Roman" w:hAnsi="Times New Roman" w:cs="Times New Roman"/>
                <w:sz w:val="24"/>
                <w:szCs w:val="24"/>
                <w:cs/>
                <w:lang w:bidi="si-LK"/>
              </w:rPr>
            </w:pPr>
            <w:r w:rsidRPr="00BB55AC">
              <w:rPr>
                <w:rFonts w:ascii="Times New Roman" w:eastAsia="Times New Roman" w:hAnsi="Times New Roman" w:cs="Times New Roman"/>
                <w:sz w:val="24"/>
                <w:szCs w:val="24"/>
                <w:lang w:bidi="si-LK"/>
              </w:rPr>
              <w:t xml:space="preserve"> Public Financial Management Act, No. 44 of 2024</w:t>
            </w:r>
          </w:p>
        </w:tc>
        <w:tc>
          <w:tcPr>
            <w:tcW w:w="2138" w:type="dxa"/>
          </w:tcPr>
          <w:p w:rsidR="00883A47" w:rsidRPr="00BB55AC" w:rsidRDefault="00883A47" w:rsidP="00A32EDC">
            <w:pPr>
              <w:spacing w:line="276" w:lineRule="auto"/>
              <w:rPr>
                <w:rFonts w:ascii="Times New Roman" w:hAnsi="Times New Roman" w:cs="Times New Roman"/>
                <w:sz w:val="24"/>
                <w:szCs w:val="24"/>
              </w:rPr>
            </w:pPr>
            <w:r w:rsidRPr="00BB55AC">
              <w:rPr>
                <w:rFonts w:ascii="Times New Roman" w:hAnsi="Times New Roman" w:cs="Times New Roman"/>
                <w:sz w:val="24"/>
                <w:szCs w:val="24"/>
              </w:rPr>
              <w:t>https:/www.childwomenmin.gov.lk</w:t>
            </w:r>
          </w:p>
        </w:tc>
      </w:tr>
      <w:tr w:rsidR="00883A47" w:rsidRPr="00BB55AC" w:rsidTr="00250DD6">
        <w:trPr>
          <w:trHeight w:val="539"/>
        </w:trPr>
        <w:tc>
          <w:tcPr>
            <w:tcW w:w="4248" w:type="dxa"/>
          </w:tcPr>
          <w:p w:rsidR="00883A47" w:rsidRPr="00BB55AC" w:rsidRDefault="00883A47" w:rsidP="00961908">
            <w:pPr>
              <w:rPr>
                <w:rFonts w:ascii="Times New Roman" w:hAnsi="Times New Roman" w:cs="Times New Roman"/>
                <w:sz w:val="24"/>
                <w:szCs w:val="24"/>
              </w:rPr>
            </w:pPr>
            <w:r w:rsidRPr="00BB55AC">
              <w:rPr>
                <w:rFonts w:ascii="Times New Roman" w:hAnsi="Times New Roman" w:cs="Times New Roman"/>
                <w:sz w:val="24"/>
                <w:szCs w:val="24"/>
              </w:rPr>
              <w:t xml:space="preserve"> Formulating national plans relating to the women and child affairs sector and providing the necessary contributions.</w:t>
            </w:r>
          </w:p>
        </w:tc>
        <w:tc>
          <w:tcPr>
            <w:tcW w:w="3240" w:type="dxa"/>
            <w:vMerge/>
          </w:tcPr>
          <w:p w:rsidR="00883A47" w:rsidRPr="00BB55AC" w:rsidRDefault="00883A47" w:rsidP="00A32EDC">
            <w:pPr>
              <w:spacing w:line="276" w:lineRule="auto"/>
              <w:rPr>
                <w:rFonts w:ascii="Times New Roman" w:hAnsi="Times New Roman" w:cs="Times New Roman"/>
                <w:sz w:val="24"/>
                <w:szCs w:val="24"/>
                <w:cs/>
                <w:lang w:bidi="si-LK"/>
              </w:rPr>
            </w:pPr>
          </w:p>
        </w:tc>
        <w:tc>
          <w:tcPr>
            <w:tcW w:w="2138" w:type="dxa"/>
          </w:tcPr>
          <w:p w:rsidR="00883A47" w:rsidRPr="00BB55AC" w:rsidRDefault="00883A47" w:rsidP="00A32EDC">
            <w:pPr>
              <w:spacing w:line="276" w:lineRule="auto"/>
              <w:rPr>
                <w:rFonts w:ascii="Times New Roman" w:hAnsi="Times New Roman" w:cs="Times New Roman"/>
                <w:sz w:val="24"/>
                <w:szCs w:val="24"/>
              </w:rPr>
            </w:pPr>
          </w:p>
        </w:tc>
      </w:tr>
      <w:tr w:rsidR="00883A47" w:rsidRPr="00BB55AC" w:rsidTr="00250DD6">
        <w:trPr>
          <w:trHeight w:val="539"/>
        </w:trPr>
        <w:tc>
          <w:tcPr>
            <w:tcW w:w="4248" w:type="dxa"/>
          </w:tcPr>
          <w:p w:rsidR="00883A47" w:rsidRPr="00BB55AC" w:rsidRDefault="00883A47" w:rsidP="00961908">
            <w:pPr>
              <w:rPr>
                <w:rFonts w:ascii="Times New Roman" w:hAnsi="Times New Roman" w:cs="Times New Roman"/>
                <w:sz w:val="24"/>
                <w:szCs w:val="24"/>
              </w:rPr>
            </w:pPr>
            <w:r w:rsidRPr="00BB55AC">
              <w:rPr>
                <w:rFonts w:ascii="Times New Roman" w:hAnsi="Times New Roman" w:cs="Times New Roman"/>
                <w:sz w:val="24"/>
                <w:szCs w:val="24"/>
              </w:rPr>
              <w:t>Reporting on progress in relation to the implementation of action plans.</w:t>
            </w:r>
          </w:p>
        </w:tc>
        <w:tc>
          <w:tcPr>
            <w:tcW w:w="3240" w:type="dxa"/>
            <w:vMerge/>
          </w:tcPr>
          <w:p w:rsidR="00883A47" w:rsidRPr="00BB55AC" w:rsidRDefault="00883A47" w:rsidP="00A32EDC">
            <w:pPr>
              <w:spacing w:line="276" w:lineRule="auto"/>
              <w:rPr>
                <w:rFonts w:ascii="Times New Roman" w:hAnsi="Times New Roman" w:cs="Times New Roman"/>
                <w:sz w:val="24"/>
                <w:szCs w:val="24"/>
                <w:cs/>
                <w:lang w:bidi="si-LK"/>
              </w:rPr>
            </w:pPr>
          </w:p>
        </w:tc>
        <w:tc>
          <w:tcPr>
            <w:tcW w:w="2138" w:type="dxa"/>
          </w:tcPr>
          <w:p w:rsidR="00883A47" w:rsidRPr="00BB55AC" w:rsidRDefault="00883A47" w:rsidP="00A32EDC">
            <w:pPr>
              <w:spacing w:line="276" w:lineRule="auto"/>
              <w:rPr>
                <w:rFonts w:ascii="Times New Roman" w:hAnsi="Times New Roman" w:cs="Times New Roman"/>
                <w:sz w:val="24"/>
                <w:szCs w:val="24"/>
              </w:rPr>
            </w:pPr>
          </w:p>
        </w:tc>
      </w:tr>
      <w:tr w:rsidR="00883A47" w:rsidRPr="00BB55AC" w:rsidTr="00250DD6">
        <w:trPr>
          <w:trHeight w:val="539"/>
        </w:trPr>
        <w:tc>
          <w:tcPr>
            <w:tcW w:w="4248" w:type="dxa"/>
          </w:tcPr>
          <w:p w:rsidR="00883A47" w:rsidRPr="00BB55AC" w:rsidRDefault="00883A47" w:rsidP="00883A47">
            <w:pPr>
              <w:rPr>
                <w:rFonts w:ascii="Times New Roman" w:hAnsi="Times New Roman" w:cs="Times New Roman"/>
                <w:sz w:val="24"/>
                <w:szCs w:val="24"/>
              </w:rPr>
            </w:pPr>
            <w:r w:rsidRPr="00BB55AC">
              <w:rPr>
                <w:rFonts w:ascii="Times New Roman" w:hAnsi="Times New Roman" w:cs="Times New Roman"/>
                <w:sz w:val="24"/>
                <w:szCs w:val="24"/>
              </w:rPr>
              <w:t>Maintaining the district coordination process from the national level to the provincial level.</w:t>
            </w:r>
          </w:p>
        </w:tc>
        <w:tc>
          <w:tcPr>
            <w:tcW w:w="3240" w:type="dxa"/>
            <w:vMerge/>
          </w:tcPr>
          <w:p w:rsidR="00883A47" w:rsidRPr="00BB55AC" w:rsidRDefault="00883A47" w:rsidP="00A32EDC">
            <w:pPr>
              <w:spacing w:line="276" w:lineRule="auto"/>
              <w:rPr>
                <w:rFonts w:ascii="Times New Roman" w:hAnsi="Times New Roman" w:cs="Times New Roman"/>
                <w:sz w:val="24"/>
                <w:szCs w:val="24"/>
                <w:cs/>
                <w:lang w:bidi="si-LK"/>
              </w:rPr>
            </w:pPr>
          </w:p>
        </w:tc>
        <w:tc>
          <w:tcPr>
            <w:tcW w:w="2138" w:type="dxa"/>
          </w:tcPr>
          <w:p w:rsidR="00883A47" w:rsidRPr="00BB55AC" w:rsidRDefault="00883A47" w:rsidP="00A32EDC">
            <w:pPr>
              <w:spacing w:line="276" w:lineRule="auto"/>
              <w:rPr>
                <w:rFonts w:ascii="Times New Roman" w:hAnsi="Times New Roman" w:cs="Times New Roman"/>
                <w:sz w:val="24"/>
                <w:szCs w:val="24"/>
              </w:rPr>
            </w:pPr>
          </w:p>
        </w:tc>
      </w:tr>
      <w:tr w:rsidR="00883A47" w:rsidRPr="00BB55AC" w:rsidTr="00250DD6">
        <w:trPr>
          <w:trHeight w:val="539"/>
        </w:trPr>
        <w:tc>
          <w:tcPr>
            <w:tcW w:w="4248" w:type="dxa"/>
          </w:tcPr>
          <w:p w:rsidR="00883A47" w:rsidRPr="00BB55AC" w:rsidRDefault="00883A47" w:rsidP="00961908">
            <w:pPr>
              <w:rPr>
                <w:rFonts w:ascii="Times New Roman" w:hAnsi="Times New Roman" w:cs="Times New Roman"/>
                <w:sz w:val="24"/>
                <w:szCs w:val="24"/>
              </w:rPr>
            </w:pPr>
            <w:r w:rsidRPr="00BB55AC">
              <w:rPr>
                <w:rFonts w:ascii="Times New Roman" w:hAnsi="Times New Roman" w:cs="Times New Roman"/>
                <w:sz w:val="24"/>
                <w:szCs w:val="24"/>
              </w:rPr>
              <w:t>Facilitating the implementation and evaluation of development programmes relating to the Ministry.</w:t>
            </w:r>
          </w:p>
        </w:tc>
        <w:tc>
          <w:tcPr>
            <w:tcW w:w="3240" w:type="dxa"/>
            <w:vMerge/>
          </w:tcPr>
          <w:p w:rsidR="00883A47" w:rsidRPr="00BB55AC" w:rsidRDefault="00883A47" w:rsidP="00A32EDC">
            <w:pPr>
              <w:spacing w:line="276" w:lineRule="auto"/>
              <w:rPr>
                <w:rFonts w:ascii="Times New Roman" w:hAnsi="Times New Roman" w:cs="Times New Roman"/>
                <w:sz w:val="24"/>
                <w:szCs w:val="24"/>
                <w:cs/>
                <w:lang w:bidi="si-LK"/>
              </w:rPr>
            </w:pPr>
          </w:p>
        </w:tc>
        <w:tc>
          <w:tcPr>
            <w:tcW w:w="2138" w:type="dxa"/>
          </w:tcPr>
          <w:p w:rsidR="00883A47" w:rsidRPr="00BB55AC" w:rsidRDefault="00883A47" w:rsidP="00A32EDC">
            <w:pPr>
              <w:spacing w:line="276" w:lineRule="auto"/>
              <w:rPr>
                <w:rFonts w:ascii="Times New Roman" w:hAnsi="Times New Roman" w:cs="Times New Roman"/>
                <w:sz w:val="24"/>
                <w:szCs w:val="24"/>
              </w:rPr>
            </w:pPr>
          </w:p>
        </w:tc>
      </w:tr>
      <w:tr w:rsidR="00883A47" w:rsidRPr="00BB55AC" w:rsidTr="00250DD6">
        <w:trPr>
          <w:trHeight w:val="539"/>
        </w:trPr>
        <w:tc>
          <w:tcPr>
            <w:tcW w:w="4248" w:type="dxa"/>
          </w:tcPr>
          <w:p w:rsidR="00883A47" w:rsidRPr="00BB55AC" w:rsidRDefault="00883A47" w:rsidP="00961908">
            <w:pPr>
              <w:rPr>
                <w:rFonts w:ascii="Times New Roman" w:hAnsi="Times New Roman" w:cs="Times New Roman"/>
                <w:sz w:val="24"/>
                <w:szCs w:val="24"/>
              </w:rPr>
            </w:pPr>
            <w:r w:rsidRPr="00BB55AC">
              <w:rPr>
                <w:rFonts w:ascii="Times New Roman" w:hAnsi="Times New Roman" w:cs="Times New Roman"/>
                <w:sz w:val="24"/>
                <w:szCs w:val="24"/>
              </w:rPr>
              <w:t>Submitting annual budget estimates for the forthcoming year and proposals for new projects relating to development programmes.</w:t>
            </w:r>
          </w:p>
        </w:tc>
        <w:tc>
          <w:tcPr>
            <w:tcW w:w="3240" w:type="dxa"/>
            <w:vMerge/>
          </w:tcPr>
          <w:p w:rsidR="00883A47" w:rsidRPr="00BB55AC" w:rsidRDefault="00883A47" w:rsidP="00A32EDC">
            <w:pPr>
              <w:spacing w:line="276" w:lineRule="auto"/>
              <w:rPr>
                <w:rFonts w:ascii="Times New Roman" w:hAnsi="Times New Roman" w:cs="Times New Roman"/>
                <w:sz w:val="24"/>
                <w:szCs w:val="24"/>
                <w:cs/>
                <w:lang w:bidi="si-LK"/>
              </w:rPr>
            </w:pPr>
          </w:p>
        </w:tc>
        <w:tc>
          <w:tcPr>
            <w:tcW w:w="2138" w:type="dxa"/>
          </w:tcPr>
          <w:p w:rsidR="00883A47" w:rsidRPr="00BB55AC" w:rsidRDefault="00883A47" w:rsidP="00A32EDC">
            <w:pPr>
              <w:spacing w:line="276" w:lineRule="auto"/>
              <w:rPr>
                <w:rFonts w:ascii="Times New Roman" w:hAnsi="Times New Roman" w:cs="Times New Roman"/>
                <w:sz w:val="24"/>
                <w:szCs w:val="24"/>
              </w:rPr>
            </w:pPr>
          </w:p>
        </w:tc>
      </w:tr>
      <w:tr w:rsidR="00883A47" w:rsidRPr="00BB55AC" w:rsidTr="00250DD6">
        <w:trPr>
          <w:trHeight w:val="539"/>
        </w:trPr>
        <w:tc>
          <w:tcPr>
            <w:tcW w:w="4248" w:type="dxa"/>
          </w:tcPr>
          <w:p w:rsidR="00883A47" w:rsidRPr="00BB55AC" w:rsidRDefault="00883A47" w:rsidP="00961908">
            <w:pPr>
              <w:rPr>
                <w:rFonts w:ascii="Times New Roman" w:hAnsi="Times New Roman" w:cs="Times New Roman"/>
                <w:sz w:val="24"/>
                <w:szCs w:val="24"/>
              </w:rPr>
            </w:pPr>
            <w:r w:rsidRPr="00BB55AC">
              <w:rPr>
                <w:rFonts w:ascii="Times New Roman" w:hAnsi="Times New Roman" w:cs="Times New Roman"/>
                <w:sz w:val="24"/>
                <w:szCs w:val="24"/>
              </w:rPr>
              <w:t>Preparing the Annual Performance Report of the Ministry and tabling it in Parliament.</w:t>
            </w:r>
          </w:p>
        </w:tc>
        <w:tc>
          <w:tcPr>
            <w:tcW w:w="3240" w:type="dxa"/>
            <w:vMerge/>
          </w:tcPr>
          <w:p w:rsidR="00883A47" w:rsidRPr="00BB55AC" w:rsidRDefault="00883A47" w:rsidP="00A32EDC">
            <w:pPr>
              <w:spacing w:line="276" w:lineRule="auto"/>
              <w:rPr>
                <w:rFonts w:ascii="Times New Roman" w:hAnsi="Times New Roman" w:cs="Times New Roman"/>
                <w:sz w:val="24"/>
                <w:szCs w:val="24"/>
                <w:cs/>
                <w:lang w:bidi="si-LK"/>
              </w:rPr>
            </w:pPr>
          </w:p>
        </w:tc>
        <w:tc>
          <w:tcPr>
            <w:tcW w:w="2138" w:type="dxa"/>
          </w:tcPr>
          <w:p w:rsidR="00883A47" w:rsidRPr="00BB55AC" w:rsidRDefault="00883A47" w:rsidP="00A32EDC">
            <w:pPr>
              <w:spacing w:line="276" w:lineRule="auto"/>
              <w:rPr>
                <w:rFonts w:ascii="Times New Roman" w:hAnsi="Times New Roman" w:cs="Times New Roman"/>
                <w:sz w:val="24"/>
                <w:szCs w:val="24"/>
              </w:rPr>
            </w:pPr>
          </w:p>
        </w:tc>
      </w:tr>
      <w:tr w:rsidR="001A6035" w:rsidRPr="00BB55AC" w:rsidTr="00250DD6">
        <w:trPr>
          <w:trHeight w:val="539"/>
        </w:trPr>
        <w:tc>
          <w:tcPr>
            <w:tcW w:w="4248" w:type="dxa"/>
          </w:tcPr>
          <w:p w:rsidR="007319E2" w:rsidRPr="00BB55AC" w:rsidRDefault="00854AEF" w:rsidP="00A32EDC">
            <w:pPr>
              <w:spacing w:line="276" w:lineRule="auto"/>
              <w:jc w:val="both"/>
              <w:rPr>
                <w:rFonts w:ascii="Times New Roman" w:hAnsi="Times New Roman" w:cs="Times New Roman"/>
                <w:sz w:val="24"/>
                <w:szCs w:val="24"/>
                <w:lang w:bidi="si-LK"/>
              </w:rPr>
            </w:pPr>
            <w:r w:rsidRPr="00BB55AC">
              <w:rPr>
                <w:rFonts w:ascii="Times New Roman" w:hAnsi="Times New Roman" w:cs="Times New Roman"/>
                <w:sz w:val="24"/>
                <w:szCs w:val="24"/>
              </w:rPr>
              <w:t xml:space="preserve">Maintaining the 1938 Women’s Helpline, which provides essential services 24 </w:t>
            </w:r>
            <w:r w:rsidRPr="00BB55AC">
              <w:rPr>
                <w:rFonts w:ascii="Times New Roman" w:hAnsi="Times New Roman" w:cs="Times New Roman"/>
                <w:sz w:val="24"/>
                <w:szCs w:val="24"/>
              </w:rPr>
              <w:lastRenderedPageBreak/>
              <w:t>hours a day</w:t>
            </w:r>
          </w:p>
          <w:p w:rsidR="007319E2" w:rsidRPr="00BB55AC" w:rsidRDefault="007319E2" w:rsidP="00A32EDC">
            <w:pPr>
              <w:spacing w:line="276" w:lineRule="auto"/>
              <w:jc w:val="both"/>
              <w:rPr>
                <w:rFonts w:ascii="Times New Roman" w:hAnsi="Times New Roman" w:cs="Times New Roman"/>
                <w:sz w:val="24"/>
                <w:szCs w:val="24"/>
                <w:cs/>
                <w:lang w:bidi="si-LK"/>
              </w:rPr>
            </w:pPr>
          </w:p>
        </w:tc>
        <w:tc>
          <w:tcPr>
            <w:tcW w:w="3240" w:type="dxa"/>
          </w:tcPr>
          <w:p w:rsidR="001A6035" w:rsidRPr="00BB55AC" w:rsidRDefault="00854AEF" w:rsidP="00A32EDC">
            <w:pPr>
              <w:spacing w:line="276" w:lineRule="auto"/>
              <w:rPr>
                <w:rFonts w:ascii="Times New Roman" w:hAnsi="Times New Roman" w:cs="Times New Roman"/>
                <w:sz w:val="24"/>
                <w:szCs w:val="24"/>
                <w:lang w:bidi="si-LK"/>
              </w:rPr>
            </w:pPr>
            <w:r w:rsidRPr="00BB55AC">
              <w:rPr>
                <w:rFonts w:ascii="Times New Roman" w:hAnsi="Times New Roman" w:cs="Times New Roman"/>
                <w:sz w:val="24"/>
                <w:szCs w:val="24"/>
              </w:rPr>
              <w:lastRenderedPageBreak/>
              <w:t>Prevention of Domestic Violence Act, No. 34 of 2005</w:t>
            </w:r>
          </w:p>
        </w:tc>
        <w:tc>
          <w:tcPr>
            <w:tcW w:w="2138" w:type="dxa"/>
          </w:tcPr>
          <w:p w:rsidR="001A6035" w:rsidRPr="00BB55AC" w:rsidRDefault="001A6035" w:rsidP="00A32EDC">
            <w:pPr>
              <w:spacing w:line="276" w:lineRule="auto"/>
              <w:rPr>
                <w:rFonts w:ascii="Times New Roman" w:hAnsi="Times New Roman" w:cs="Times New Roman"/>
                <w:sz w:val="24"/>
                <w:szCs w:val="24"/>
              </w:rPr>
            </w:pPr>
          </w:p>
        </w:tc>
      </w:tr>
      <w:tr w:rsidR="00714A04" w:rsidRPr="00BB55AC" w:rsidTr="00250DD6">
        <w:trPr>
          <w:trHeight w:val="440"/>
        </w:trPr>
        <w:tc>
          <w:tcPr>
            <w:tcW w:w="4248" w:type="dxa"/>
          </w:tcPr>
          <w:p w:rsidR="00714A04" w:rsidRPr="00BB55AC" w:rsidRDefault="00AF6D2C" w:rsidP="00A32EDC">
            <w:pPr>
              <w:spacing w:line="276" w:lineRule="auto"/>
              <w:jc w:val="both"/>
              <w:rPr>
                <w:rFonts w:ascii="Times New Roman" w:hAnsi="Times New Roman" w:cs="Times New Roman"/>
                <w:b/>
                <w:bCs/>
                <w:sz w:val="24"/>
                <w:szCs w:val="24"/>
                <w:cs/>
                <w:lang w:bidi="si-LK"/>
              </w:rPr>
            </w:pPr>
            <w:r w:rsidRPr="00BB55AC">
              <w:rPr>
                <w:rFonts w:ascii="Times New Roman" w:hAnsi="Times New Roman" w:cs="Times New Roman"/>
                <w:b/>
                <w:bCs/>
                <w:sz w:val="24"/>
                <w:szCs w:val="24"/>
                <w:lang w:bidi="si-LK"/>
              </w:rPr>
              <w:lastRenderedPageBreak/>
              <w:t xml:space="preserve">Development Division </w:t>
            </w:r>
          </w:p>
        </w:tc>
        <w:tc>
          <w:tcPr>
            <w:tcW w:w="3240" w:type="dxa"/>
          </w:tcPr>
          <w:p w:rsidR="00714A04" w:rsidRPr="00BB55AC" w:rsidRDefault="00714A04" w:rsidP="00A32EDC">
            <w:pPr>
              <w:spacing w:line="276" w:lineRule="auto"/>
              <w:rPr>
                <w:rFonts w:ascii="Times New Roman" w:hAnsi="Times New Roman" w:cs="Times New Roman"/>
                <w:sz w:val="24"/>
                <w:szCs w:val="24"/>
                <w:cs/>
                <w:lang w:bidi="si-LK"/>
              </w:rPr>
            </w:pPr>
          </w:p>
        </w:tc>
        <w:tc>
          <w:tcPr>
            <w:tcW w:w="2138" w:type="dxa"/>
          </w:tcPr>
          <w:p w:rsidR="00714A04" w:rsidRPr="00BB55AC" w:rsidRDefault="00714A04" w:rsidP="00A32EDC">
            <w:pPr>
              <w:spacing w:line="276" w:lineRule="auto"/>
              <w:rPr>
                <w:rFonts w:ascii="Times New Roman" w:hAnsi="Times New Roman" w:cs="Times New Roman"/>
                <w:sz w:val="24"/>
                <w:szCs w:val="24"/>
              </w:rPr>
            </w:pPr>
          </w:p>
        </w:tc>
      </w:tr>
      <w:tr w:rsidR="00AF6D2C" w:rsidRPr="00BB55AC" w:rsidTr="00250DD6">
        <w:trPr>
          <w:trHeight w:val="539"/>
        </w:trPr>
        <w:tc>
          <w:tcPr>
            <w:tcW w:w="4248" w:type="dxa"/>
          </w:tcPr>
          <w:p w:rsidR="00AF6D2C" w:rsidRPr="00BB55AC" w:rsidRDefault="00AF6D2C" w:rsidP="00961908">
            <w:pPr>
              <w:rPr>
                <w:rFonts w:ascii="Times New Roman" w:hAnsi="Times New Roman" w:cs="Times New Roman"/>
                <w:sz w:val="24"/>
                <w:szCs w:val="24"/>
              </w:rPr>
            </w:pPr>
            <w:r w:rsidRPr="00BB55AC">
              <w:rPr>
                <w:rFonts w:ascii="Times New Roman" w:hAnsi="Times New Roman" w:cs="Times New Roman"/>
                <w:sz w:val="24"/>
                <w:szCs w:val="24"/>
              </w:rPr>
              <w:t>Addressing issues faced by women and girls at the divisional and district levels.</w:t>
            </w:r>
          </w:p>
        </w:tc>
        <w:tc>
          <w:tcPr>
            <w:tcW w:w="3240" w:type="dxa"/>
          </w:tcPr>
          <w:p w:rsidR="00AF6D2C" w:rsidRPr="00BB55AC" w:rsidRDefault="00AF6D2C" w:rsidP="00AF6D2C">
            <w:pPr>
              <w:rPr>
                <w:rFonts w:ascii="Times New Roman" w:hAnsi="Times New Roman" w:cs="Times New Roman"/>
                <w:sz w:val="24"/>
                <w:szCs w:val="24"/>
              </w:rPr>
            </w:pPr>
            <w:r w:rsidRPr="00BB55AC">
              <w:rPr>
                <w:rFonts w:ascii="Times New Roman" w:hAnsi="Times New Roman" w:cs="Times New Roman"/>
                <w:sz w:val="24"/>
                <w:szCs w:val="24"/>
              </w:rPr>
              <w:t>Establishing forums at the district and divisional levels to prevent sexual and gender-based violence (SGBV) against women and girls</w:t>
            </w:r>
            <w:r w:rsidR="00F27407" w:rsidRPr="00BB55AC">
              <w:rPr>
                <w:rFonts w:ascii="Times New Roman" w:hAnsi="Times New Roman" w:cs="Times New Roman"/>
                <w:sz w:val="24"/>
                <w:szCs w:val="24"/>
              </w:rPr>
              <w:t xml:space="preserve"> </w:t>
            </w:r>
            <w:r w:rsidRPr="00BB55AC">
              <w:rPr>
                <w:rFonts w:ascii="Times New Roman" w:hAnsi="Times New Roman" w:cs="Times New Roman"/>
                <w:sz w:val="24"/>
                <w:szCs w:val="24"/>
              </w:rPr>
              <w:t>(Circular No. 02/2024 of the Ministry of Women, Child Affairs and Social Empowerment)</w:t>
            </w:r>
          </w:p>
        </w:tc>
        <w:tc>
          <w:tcPr>
            <w:tcW w:w="2138" w:type="dxa"/>
          </w:tcPr>
          <w:p w:rsidR="00AF6D2C" w:rsidRPr="00BB55AC" w:rsidRDefault="00AF6D2C" w:rsidP="00A32EDC">
            <w:pPr>
              <w:spacing w:line="276" w:lineRule="auto"/>
              <w:rPr>
                <w:rFonts w:ascii="Times New Roman" w:hAnsi="Times New Roman" w:cs="Times New Roman"/>
                <w:sz w:val="24"/>
                <w:szCs w:val="24"/>
              </w:rPr>
            </w:pPr>
          </w:p>
        </w:tc>
      </w:tr>
      <w:tr w:rsidR="00910DC6" w:rsidRPr="00BB55AC" w:rsidTr="00250DD6">
        <w:trPr>
          <w:trHeight w:val="539"/>
        </w:trPr>
        <w:tc>
          <w:tcPr>
            <w:tcW w:w="4248" w:type="dxa"/>
          </w:tcPr>
          <w:p w:rsidR="00910DC6" w:rsidRPr="00BB55AC" w:rsidRDefault="00910DC6" w:rsidP="00961908">
            <w:pPr>
              <w:rPr>
                <w:rFonts w:ascii="Times New Roman" w:hAnsi="Times New Roman" w:cs="Times New Roman"/>
                <w:b/>
                <w:bCs/>
                <w:sz w:val="24"/>
                <w:szCs w:val="24"/>
              </w:rPr>
            </w:pPr>
            <w:r w:rsidRPr="00BB55AC">
              <w:rPr>
                <w:rStyle w:val="Strong"/>
                <w:rFonts w:ascii="Times New Roman" w:hAnsi="Times New Roman" w:cs="Times New Roman"/>
                <w:b w:val="0"/>
                <w:bCs w:val="0"/>
                <w:sz w:val="24"/>
                <w:szCs w:val="24"/>
              </w:rPr>
              <w:t>CEDAW Review</w:t>
            </w:r>
            <w:r w:rsidRPr="00BB55AC">
              <w:rPr>
                <w:rFonts w:ascii="Times New Roman" w:hAnsi="Times New Roman" w:cs="Times New Roman"/>
                <w:b/>
                <w:bCs/>
                <w:sz w:val="24"/>
                <w:szCs w:val="24"/>
              </w:rPr>
              <w:t xml:space="preserve"> </w:t>
            </w:r>
          </w:p>
        </w:tc>
        <w:tc>
          <w:tcPr>
            <w:tcW w:w="3240" w:type="dxa"/>
          </w:tcPr>
          <w:p w:rsidR="00910DC6" w:rsidRPr="00BB55AC" w:rsidRDefault="00910DC6" w:rsidP="00961908">
            <w:pPr>
              <w:rPr>
                <w:rFonts w:ascii="Times New Roman" w:hAnsi="Times New Roman" w:cs="Times New Roman"/>
                <w:b/>
                <w:bCs/>
                <w:sz w:val="24"/>
                <w:szCs w:val="24"/>
              </w:rPr>
            </w:pPr>
            <w:r w:rsidRPr="00BB55AC">
              <w:rPr>
                <w:rStyle w:val="Strong"/>
                <w:rFonts w:ascii="Times New Roman" w:hAnsi="Times New Roman" w:cs="Times New Roman"/>
                <w:b w:val="0"/>
                <w:bCs w:val="0"/>
                <w:sz w:val="24"/>
                <w:szCs w:val="24"/>
              </w:rPr>
              <w:t>Provisions of the CEDAW Convention</w:t>
            </w:r>
          </w:p>
        </w:tc>
        <w:tc>
          <w:tcPr>
            <w:tcW w:w="2138" w:type="dxa"/>
          </w:tcPr>
          <w:p w:rsidR="00910DC6" w:rsidRPr="00BB55AC" w:rsidRDefault="00910DC6" w:rsidP="00A32EDC">
            <w:pPr>
              <w:spacing w:line="276" w:lineRule="auto"/>
              <w:rPr>
                <w:rFonts w:ascii="Times New Roman" w:hAnsi="Times New Roman" w:cs="Times New Roman"/>
                <w:sz w:val="24"/>
                <w:szCs w:val="24"/>
              </w:rPr>
            </w:pPr>
          </w:p>
        </w:tc>
      </w:tr>
      <w:tr w:rsidR="00910DC6" w:rsidRPr="00BB55AC" w:rsidTr="00250DD6">
        <w:trPr>
          <w:trHeight w:val="539"/>
        </w:trPr>
        <w:tc>
          <w:tcPr>
            <w:tcW w:w="4248" w:type="dxa"/>
            <w:vMerge w:val="restart"/>
          </w:tcPr>
          <w:p w:rsidR="00910DC6" w:rsidRPr="00BB55AC" w:rsidRDefault="00910DC6" w:rsidP="00961908">
            <w:pPr>
              <w:rPr>
                <w:rFonts w:ascii="Times New Roman" w:hAnsi="Times New Roman" w:cs="Times New Roman"/>
                <w:sz w:val="24"/>
                <w:szCs w:val="24"/>
              </w:rPr>
            </w:pPr>
            <w:r w:rsidRPr="00BB55AC">
              <w:rPr>
                <w:rStyle w:val="Strong"/>
                <w:rFonts w:ascii="Times New Roman" w:hAnsi="Times New Roman" w:cs="Times New Roman"/>
                <w:b w:val="0"/>
                <w:bCs w:val="0"/>
                <w:sz w:val="24"/>
                <w:szCs w:val="24"/>
              </w:rPr>
              <w:t>Ensuring Gender Equality</w:t>
            </w:r>
            <w:r w:rsidRPr="00BB55AC">
              <w:rPr>
                <w:rFonts w:ascii="Times New Roman" w:hAnsi="Times New Roman" w:cs="Times New Roman"/>
                <w:sz w:val="24"/>
                <w:szCs w:val="24"/>
              </w:rPr>
              <w:t xml:space="preserve"> </w:t>
            </w:r>
          </w:p>
          <w:p w:rsidR="00910DC6" w:rsidRPr="00BB55AC" w:rsidRDefault="00910DC6" w:rsidP="00910DC6">
            <w:pPr>
              <w:rPr>
                <w:rFonts w:ascii="Times New Roman" w:hAnsi="Times New Roman" w:cs="Times New Roman"/>
                <w:sz w:val="24"/>
                <w:szCs w:val="24"/>
              </w:rPr>
            </w:pPr>
          </w:p>
        </w:tc>
        <w:tc>
          <w:tcPr>
            <w:tcW w:w="3240" w:type="dxa"/>
          </w:tcPr>
          <w:p w:rsidR="00910DC6" w:rsidRPr="00BB55AC" w:rsidRDefault="00910DC6" w:rsidP="00910DC6">
            <w:pPr>
              <w:rPr>
                <w:rFonts w:ascii="Times New Roman" w:hAnsi="Times New Roman" w:cs="Times New Roman"/>
                <w:sz w:val="24"/>
                <w:szCs w:val="24"/>
              </w:rPr>
            </w:pPr>
            <w:r w:rsidRPr="00BB55AC">
              <w:rPr>
                <w:rFonts w:ascii="Times New Roman" w:hAnsi="Times New Roman" w:cs="Times New Roman"/>
                <w:sz w:val="24"/>
                <w:szCs w:val="24"/>
              </w:rPr>
              <w:t xml:space="preserve">Women Empowerment Act, No. 37 of 2024 </w:t>
            </w:r>
          </w:p>
        </w:tc>
        <w:tc>
          <w:tcPr>
            <w:tcW w:w="2138" w:type="dxa"/>
          </w:tcPr>
          <w:p w:rsidR="00910DC6" w:rsidRPr="00BB55AC" w:rsidRDefault="00910DC6" w:rsidP="00A32EDC">
            <w:pPr>
              <w:spacing w:line="276" w:lineRule="auto"/>
              <w:rPr>
                <w:rFonts w:ascii="Times New Roman" w:hAnsi="Times New Roman" w:cs="Times New Roman"/>
                <w:sz w:val="24"/>
                <w:szCs w:val="24"/>
              </w:rPr>
            </w:pPr>
          </w:p>
        </w:tc>
      </w:tr>
      <w:tr w:rsidR="00910DC6" w:rsidRPr="00BB55AC" w:rsidTr="00250DD6">
        <w:trPr>
          <w:trHeight w:val="539"/>
        </w:trPr>
        <w:tc>
          <w:tcPr>
            <w:tcW w:w="4248" w:type="dxa"/>
            <w:vMerge/>
          </w:tcPr>
          <w:p w:rsidR="00910DC6" w:rsidRPr="00BB55AC" w:rsidRDefault="00910DC6" w:rsidP="00A32EDC">
            <w:pPr>
              <w:spacing w:line="276" w:lineRule="auto"/>
              <w:rPr>
                <w:rFonts w:ascii="Times New Roman" w:hAnsi="Times New Roman" w:cs="Times New Roman"/>
                <w:sz w:val="24"/>
                <w:szCs w:val="24"/>
                <w:lang w:bidi="si-LK"/>
              </w:rPr>
            </w:pPr>
          </w:p>
        </w:tc>
        <w:tc>
          <w:tcPr>
            <w:tcW w:w="3240" w:type="dxa"/>
          </w:tcPr>
          <w:p w:rsidR="00910DC6" w:rsidRPr="00BB55AC" w:rsidRDefault="00910DC6" w:rsidP="00A32EDC">
            <w:pPr>
              <w:spacing w:line="276" w:lineRule="auto"/>
              <w:rPr>
                <w:rFonts w:ascii="Times New Roman" w:hAnsi="Times New Roman" w:cs="Times New Roman"/>
                <w:sz w:val="24"/>
                <w:szCs w:val="24"/>
                <w:lang w:bidi="si-LK"/>
              </w:rPr>
            </w:pPr>
            <w:r w:rsidRPr="00BB55AC">
              <w:rPr>
                <w:rStyle w:val="Strong"/>
                <w:rFonts w:ascii="Times New Roman" w:hAnsi="Times New Roman" w:cs="Times New Roman"/>
                <w:b w:val="0"/>
                <w:bCs w:val="0"/>
                <w:sz w:val="24"/>
                <w:szCs w:val="24"/>
              </w:rPr>
              <w:t>National Policy on Gender Equality and Women Empowerment</w:t>
            </w:r>
          </w:p>
        </w:tc>
        <w:tc>
          <w:tcPr>
            <w:tcW w:w="2138" w:type="dxa"/>
          </w:tcPr>
          <w:p w:rsidR="00910DC6" w:rsidRPr="00BB55AC" w:rsidRDefault="00910DC6" w:rsidP="00A32EDC">
            <w:pPr>
              <w:spacing w:line="276" w:lineRule="auto"/>
              <w:rPr>
                <w:rFonts w:ascii="Times New Roman" w:hAnsi="Times New Roman" w:cs="Times New Roman"/>
                <w:sz w:val="24"/>
                <w:szCs w:val="24"/>
              </w:rPr>
            </w:pPr>
          </w:p>
        </w:tc>
      </w:tr>
      <w:tr w:rsidR="00714A04" w:rsidRPr="00BB55AC" w:rsidTr="00250DD6">
        <w:trPr>
          <w:trHeight w:val="539"/>
        </w:trPr>
        <w:tc>
          <w:tcPr>
            <w:tcW w:w="4248" w:type="dxa"/>
          </w:tcPr>
          <w:p w:rsidR="00714A04" w:rsidRPr="00BB55AC" w:rsidRDefault="00910DC6" w:rsidP="00A32EDC">
            <w:pPr>
              <w:spacing w:line="276" w:lineRule="auto"/>
              <w:rPr>
                <w:rFonts w:ascii="Times New Roman" w:hAnsi="Times New Roman" w:cs="Times New Roman"/>
                <w:sz w:val="24"/>
                <w:szCs w:val="24"/>
                <w:lang w:bidi="si-LK"/>
              </w:rPr>
            </w:pPr>
            <w:r w:rsidRPr="00BB55AC">
              <w:rPr>
                <w:rFonts w:ascii="Times New Roman" w:hAnsi="Times New Roman" w:cs="Times New Roman"/>
                <w:sz w:val="24"/>
                <w:szCs w:val="24"/>
              </w:rPr>
              <w:t>Implementing activities at the national level to prevent sexual and gender-based violence (SGBV)</w:t>
            </w:r>
          </w:p>
        </w:tc>
        <w:tc>
          <w:tcPr>
            <w:tcW w:w="3240" w:type="dxa"/>
          </w:tcPr>
          <w:p w:rsidR="00714A04" w:rsidRPr="00BB55AC" w:rsidRDefault="00910DC6" w:rsidP="00A32EDC">
            <w:pPr>
              <w:spacing w:line="276" w:lineRule="auto"/>
              <w:rPr>
                <w:rFonts w:ascii="Times New Roman" w:hAnsi="Times New Roman" w:cs="Times New Roman"/>
                <w:sz w:val="24"/>
                <w:szCs w:val="24"/>
                <w:lang w:bidi="si-LK"/>
              </w:rPr>
            </w:pPr>
            <w:r w:rsidRPr="00BB55AC">
              <w:rPr>
                <w:rFonts w:ascii="Times New Roman" w:hAnsi="Times New Roman" w:cs="Times New Roman"/>
                <w:sz w:val="24"/>
                <w:szCs w:val="24"/>
              </w:rPr>
              <w:t>National Multi-sectoral Action Plan for the Prevention of Sexual and Gender-Based Violence (SGBV) in Sri Lanka – II (2024–2028)</w:t>
            </w:r>
          </w:p>
        </w:tc>
        <w:tc>
          <w:tcPr>
            <w:tcW w:w="2138" w:type="dxa"/>
          </w:tcPr>
          <w:p w:rsidR="00714A04" w:rsidRPr="00BB55AC" w:rsidRDefault="00714A04" w:rsidP="00A32EDC">
            <w:pPr>
              <w:spacing w:line="276" w:lineRule="auto"/>
              <w:rPr>
                <w:rFonts w:ascii="Times New Roman" w:hAnsi="Times New Roman" w:cs="Times New Roman"/>
                <w:sz w:val="24"/>
                <w:szCs w:val="24"/>
              </w:rPr>
            </w:pPr>
          </w:p>
        </w:tc>
      </w:tr>
      <w:tr w:rsidR="00910DC6" w:rsidRPr="00BB55AC" w:rsidTr="00250DD6">
        <w:trPr>
          <w:trHeight w:val="539"/>
        </w:trPr>
        <w:tc>
          <w:tcPr>
            <w:tcW w:w="4248" w:type="dxa"/>
          </w:tcPr>
          <w:p w:rsidR="00910DC6" w:rsidRPr="00BB55AC" w:rsidRDefault="00910DC6" w:rsidP="00961908">
            <w:pPr>
              <w:rPr>
                <w:rFonts w:ascii="Times New Roman" w:hAnsi="Times New Roman" w:cs="Times New Roman"/>
                <w:b/>
                <w:bCs/>
                <w:sz w:val="24"/>
                <w:szCs w:val="24"/>
              </w:rPr>
            </w:pPr>
            <w:r w:rsidRPr="00BB55AC">
              <w:rPr>
                <w:rStyle w:val="Strong"/>
                <w:rFonts w:ascii="Times New Roman" w:hAnsi="Times New Roman" w:cs="Times New Roman"/>
                <w:b w:val="0"/>
                <w:bCs w:val="0"/>
                <w:sz w:val="24"/>
                <w:szCs w:val="24"/>
              </w:rPr>
              <w:t>Implementation of United Nations Security Council Resolution 1325</w:t>
            </w:r>
            <w:r w:rsidRPr="00BB55AC">
              <w:rPr>
                <w:rFonts w:ascii="Times New Roman" w:hAnsi="Times New Roman" w:cs="Times New Roman"/>
                <w:b/>
                <w:bCs/>
                <w:sz w:val="24"/>
                <w:szCs w:val="24"/>
              </w:rPr>
              <w:t xml:space="preserve"> </w:t>
            </w:r>
          </w:p>
        </w:tc>
        <w:tc>
          <w:tcPr>
            <w:tcW w:w="3240" w:type="dxa"/>
          </w:tcPr>
          <w:p w:rsidR="00910DC6" w:rsidRPr="00BB55AC" w:rsidRDefault="00910DC6" w:rsidP="00961908">
            <w:pPr>
              <w:rPr>
                <w:rFonts w:ascii="Times New Roman" w:hAnsi="Times New Roman" w:cs="Times New Roman"/>
                <w:b/>
                <w:bCs/>
                <w:sz w:val="24"/>
                <w:szCs w:val="24"/>
              </w:rPr>
            </w:pPr>
            <w:r w:rsidRPr="00BB55AC">
              <w:rPr>
                <w:rStyle w:val="Strong"/>
                <w:rFonts w:ascii="Times New Roman" w:hAnsi="Times New Roman" w:cs="Times New Roman"/>
                <w:b w:val="0"/>
                <w:bCs w:val="0"/>
                <w:sz w:val="24"/>
                <w:szCs w:val="24"/>
              </w:rPr>
              <w:t>Five-Year National Action Plan on Women, Peace and Security – 2023–2027</w:t>
            </w:r>
          </w:p>
        </w:tc>
        <w:tc>
          <w:tcPr>
            <w:tcW w:w="2138" w:type="dxa"/>
          </w:tcPr>
          <w:p w:rsidR="00910DC6" w:rsidRPr="00BB55AC" w:rsidRDefault="00910DC6" w:rsidP="00A32EDC">
            <w:pPr>
              <w:spacing w:line="276" w:lineRule="auto"/>
              <w:rPr>
                <w:rFonts w:ascii="Times New Roman" w:hAnsi="Times New Roman" w:cs="Times New Roman"/>
                <w:sz w:val="24"/>
                <w:szCs w:val="24"/>
              </w:rPr>
            </w:pPr>
          </w:p>
        </w:tc>
      </w:tr>
    </w:tbl>
    <w:p w:rsidR="00CD1104" w:rsidRPr="00BB55AC" w:rsidRDefault="00836AF7" w:rsidP="00A32EDC">
      <w:pPr>
        <w:spacing w:after="0"/>
        <w:rPr>
          <w:rFonts w:ascii="Times New Roman" w:hAnsi="Times New Roman" w:cs="Times New Roman"/>
          <w:sz w:val="24"/>
          <w:szCs w:val="24"/>
        </w:rPr>
      </w:pPr>
      <w:r w:rsidRPr="00BB55AC">
        <w:rPr>
          <w:rFonts w:ascii="Times New Roman" w:hAnsi="Times New Roman" w:cs="Times New Roman"/>
          <w:sz w:val="24"/>
          <w:szCs w:val="24"/>
        </w:rPr>
        <w:br w:type="page"/>
      </w:r>
    </w:p>
    <w:p w:rsidR="00BB55AC" w:rsidRDefault="00870C37" w:rsidP="00A32EDC">
      <w:pPr>
        <w:spacing w:before="240" w:after="0"/>
        <w:rPr>
          <w:rFonts w:ascii="Times New Roman" w:hAnsi="Times New Roman" w:cs="Times New Roman"/>
          <w:b/>
          <w:bCs/>
          <w:sz w:val="24"/>
          <w:szCs w:val="24"/>
          <w:lang w:bidi="si-LK"/>
        </w:rPr>
      </w:pPr>
      <w:r w:rsidRPr="00BB55AC">
        <w:rPr>
          <w:rFonts w:ascii="Times New Roman" w:hAnsi="Times New Roman" w:cs="Times New Roman"/>
          <w:b/>
          <w:bCs/>
          <w:sz w:val="24"/>
          <w:szCs w:val="24"/>
          <w:lang w:bidi="si-LK"/>
        </w:rPr>
        <w:lastRenderedPageBreak/>
        <w:t xml:space="preserve">Part </w:t>
      </w:r>
      <w:r w:rsidR="00CA0A72">
        <w:rPr>
          <w:rFonts w:ascii="Times New Roman" w:hAnsi="Times New Roman" w:cs="Times New Roman"/>
          <w:b/>
          <w:bCs/>
          <w:sz w:val="24"/>
          <w:szCs w:val="24"/>
          <w:lang w:bidi="si-LK"/>
        </w:rPr>
        <w:t>2</w:t>
      </w:r>
    </w:p>
    <w:p w:rsidR="00CA0A72" w:rsidRPr="00BB55AC" w:rsidRDefault="00CA0A72" w:rsidP="00A32EDC">
      <w:pPr>
        <w:spacing w:before="240" w:after="0"/>
        <w:rPr>
          <w:rFonts w:ascii="Times New Roman" w:hAnsi="Times New Roman" w:cs="Times New Roman"/>
          <w:b/>
          <w:bCs/>
          <w:sz w:val="24"/>
          <w:szCs w:val="24"/>
          <w:lang w:bidi="si-LK"/>
        </w:rPr>
      </w:pPr>
    </w:p>
    <w:p w:rsidR="00CD1104" w:rsidRDefault="00836AF7" w:rsidP="00A32EDC">
      <w:pPr>
        <w:spacing w:after="0"/>
        <w:ind w:left="720"/>
        <w:rPr>
          <w:rFonts w:ascii="Times New Roman" w:hAnsi="Times New Roman" w:cs="Times New Roman"/>
          <w:b/>
          <w:bCs/>
          <w:sz w:val="24"/>
          <w:szCs w:val="24"/>
        </w:rPr>
      </w:pPr>
      <w:r w:rsidRPr="00BB55AC">
        <w:rPr>
          <w:rFonts w:ascii="Times New Roman" w:hAnsi="Times New Roman" w:cs="Times New Roman"/>
          <w:b/>
          <w:sz w:val="24"/>
          <w:szCs w:val="24"/>
        </w:rPr>
        <w:t xml:space="preserve">05. </w:t>
      </w:r>
      <w:r w:rsidR="00870C37" w:rsidRPr="00BB55AC">
        <w:rPr>
          <w:rFonts w:ascii="Times New Roman" w:hAnsi="Times New Roman" w:cs="Times New Roman"/>
          <w:b/>
          <w:bCs/>
          <w:sz w:val="24"/>
          <w:szCs w:val="24"/>
        </w:rPr>
        <w:t>Information on Public Authorities under the Ministry</w:t>
      </w:r>
    </w:p>
    <w:p w:rsidR="00BB55AC" w:rsidRPr="00BB55AC" w:rsidRDefault="00BB55AC" w:rsidP="00A32EDC">
      <w:pPr>
        <w:spacing w:after="0"/>
        <w:ind w:left="720"/>
        <w:rPr>
          <w:rFonts w:ascii="Times New Roman" w:hAnsi="Times New Roman" w:cs="Times New Roman"/>
          <w:b/>
          <w:bCs/>
          <w:sz w:val="24"/>
          <w:szCs w:val="24"/>
        </w:rPr>
      </w:pPr>
    </w:p>
    <w:tbl>
      <w:tblPr>
        <w:tblStyle w:val="TableGrid"/>
        <w:tblW w:w="10458" w:type="dxa"/>
        <w:tblLayout w:type="fixed"/>
        <w:tblLook w:val="04A0"/>
      </w:tblPr>
      <w:tblGrid>
        <w:gridCol w:w="1498"/>
        <w:gridCol w:w="1894"/>
        <w:gridCol w:w="1400"/>
        <w:gridCol w:w="1647"/>
        <w:gridCol w:w="1499"/>
        <w:gridCol w:w="2520"/>
      </w:tblGrid>
      <w:tr w:rsidR="00B00544" w:rsidRPr="00BB55AC" w:rsidTr="00615D7B">
        <w:trPr>
          <w:trHeight w:val="1268"/>
        </w:trPr>
        <w:tc>
          <w:tcPr>
            <w:tcW w:w="1498" w:type="dxa"/>
          </w:tcPr>
          <w:p w:rsidR="00B00544" w:rsidRPr="00BB55AC" w:rsidRDefault="00B00544" w:rsidP="00961908">
            <w:pPr>
              <w:rPr>
                <w:rFonts w:ascii="Times New Roman" w:hAnsi="Times New Roman" w:cs="Times New Roman"/>
                <w:sz w:val="24"/>
                <w:szCs w:val="24"/>
              </w:rPr>
            </w:pPr>
            <w:r w:rsidRPr="00BB55AC">
              <w:rPr>
                <w:rStyle w:val="Strong"/>
                <w:rFonts w:ascii="Times New Roman" w:hAnsi="Times New Roman" w:cs="Times New Roman"/>
                <w:sz w:val="24"/>
                <w:szCs w:val="24"/>
              </w:rPr>
              <w:t>Name of the Public Authority</w:t>
            </w:r>
            <w:r w:rsidRPr="00BB55AC">
              <w:rPr>
                <w:rFonts w:ascii="Times New Roman" w:hAnsi="Times New Roman" w:cs="Times New Roman"/>
                <w:sz w:val="24"/>
                <w:szCs w:val="24"/>
              </w:rPr>
              <w:t xml:space="preserve"> </w:t>
            </w:r>
          </w:p>
        </w:tc>
        <w:tc>
          <w:tcPr>
            <w:tcW w:w="1894" w:type="dxa"/>
          </w:tcPr>
          <w:p w:rsidR="00B00544" w:rsidRPr="00BB55AC" w:rsidRDefault="00B00544" w:rsidP="00961908">
            <w:pPr>
              <w:rPr>
                <w:rFonts w:ascii="Times New Roman" w:hAnsi="Times New Roman" w:cs="Times New Roman"/>
                <w:sz w:val="24"/>
                <w:szCs w:val="24"/>
              </w:rPr>
            </w:pPr>
            <w:r w:rsidRPr="00BB55AC">
              <w:rPr>
                <w:rStyle w:val="Strong"/>
                <w:rFonts w:ascii="Times New Roman" w:hAnsi="Times New Roman" w:cs="Times New Roman"/>
                <w:sz w:val="24"/>
                <w:szCs w:val="24"/>
              </w:rPr>
              <w:t>Address</w:t>
            </w:r>
            <w:r w:rsidRPr="00BB55AC">
              <w:rPr>
                <w:rFonts w:ascii="Times New Roman" w:hAnsi="Times New Roman" w:cs="Times New Roman"/>
                <w:sz w:val="24"/>
                <w:szCs w:val="24"/>
              </w:rPr>
              <w:t xml:space="preserve"> </w:t>
            </w:r>
          </w:p>
        </w:tc>
        <w:tc>
          <w:tcPr>
            <w:tcW w:w="1400" w:type="dxa"/>
          </w:tcPr>
          <w:p w:rsidR="00B00544" w:rsidRPr="00BB55AC" w:rsidRDefault="00B00544" w:rsidP="00B00544">
            <w:pPr>
              <w:rPr>
                <w:rFonts w:ascii="Times New Roman" w:hAnsi="Times New Roman" w:cs="Times New Roman"/>
                <w:sz w:val="24"/>
                <w:szCs w:val="24"/>
              </w:rPr>
            </w:pPr>
            <w:r w:rsidRPr="00BB55AC">
              <w:rPr>
                <w:rStyle w:val="Strong"/>
                <w:rFonts w:ascii="Times New Roman" w:hAnsi="Times New Roman" w:cs="Times New Roman"/>
                <w:sz w:val="24"/>
                <w:szCs w:val="24"/>
              </w:rPr>
              <w:t>Contact No.</w:t>
            </w:r>
            <w:r w:rsidRPr="00BB55AC">
              <w:rPr>
                <w:rFonts w:ascii="Times New Roman" w:hAnsi="Times New Roman" w:cs="Times New Roman"/>
                <w:sz w:val="24"/>
                <w:szCs w:val="24"/>
              </w:rPr>
              <w:t xml:space="preserve"> (</w:t>
            </w:r>
            <w:r w:rsidRPr="00BB55AC">
              <w:rPr>
                <w:rStyle w:val="Strong"/>
                <w:rFonts w:ascii="Times New Roman" w:hAnsi="Times New Roman" w:cs="Times New Roman"/>
                <w:sz w:val="24"/>
                <w:szCs w:val="24"/>
              </w:rPr>
              <w:t xml:space="preserve">General) </w:t>
            </w:r>
          </w:p>
        </w:tc>
        <w:tc>
          <w:tcPr>
            <w:tcW w:w="1647" w:type="dxa"/>
          </w:tcPr>
          <w:p w:rsidR="00B00544" w:rsidRPr="00BB55AC" w:rsidRDefault="00B00544" w:rsidP="00961908">
            <w:pPr>
              <w:rPr>
                <w:rStyle w:val="Strong"/>
                <w:rFonts w:ascii="Times New Roman" w:hAnsi="Times New Roman" w:cs="Times New Roman"/>
                <w:sz w:val="24"/>
                <w:szCs w:val="24"/>
              </w:rPr>
            </w:pPr>
            <w:r w:rsidRPr="00BB55AC">
              <w:rPr>
                <w:rStyle w:val="Strong"/>
                <w:rFonts w:ascii="Times New Roman" w:hAnsi="Times New Roman" w:cs="Times New Roman"/>
                <w:sz w:val="24"/>
                <w:szCs w:val="24"/>
              </w:rPr>
              <w:t>Website</w:t>
            </w:r>
          </w:p>
        </w:tc>
        <w:tc>
          <w:tcPr>
            <w:tcW w:w="1499" w:type="dxa"/>
          </w:tcPr>
          <w:p w:rsidR="00B00544" w:rsidRPr="00BB55AC" w:rsidRDefault="00B00544" w:rsidP="00961908">
            <w:pPr>
              <w:rPr>
                <w:rFonts w:ascii="Times New Roman" w:hAnsi="Times New Roman" w:cs="Times New Roman"/>
                <w:sz w:val="24"/>
                <w:szCs w:val="24"/>
              </w:rPr>
            </w:pPr>
            <w:r w:rsidRPr="00BB55AC">
              <w:rPr>
                <w:rStyle w:val="Strong"/>
                <w:rFonts w:ascii="Times New Roman" w:hAnsi="Times New Roman" w:cs="Times New Roman"/>
                <w:sz w:val="24"/>
                <w:szCs w:val="24"/>
              </w:rPr>
              <w:t>Email Address</w:t>
            </w:r>
            <w:r w:rsidRPr="00BB55AC">
              <w:rPr>
                <w:rFonts w:ascii="Times New Roman" w:hAnsi="Times New Roman" w:cs="Times New Roman"/>
                <w:sz w:val="24"/>
                <w:szCs w:val="24"/>
              </w:rPr>
              <w:t xml:space="preserve"> </w:t>
            </w:r>
          </w:p>
        </w:tc>
        <w:tc>
          <w:tcPr>
            <w:tcW w:w="2520" w:type="dxa"/>
          </w:tcPr>
          <w:p w:rsidR="00B00544" w:rsidRPr="00BB55AC" w:rsidRDefault="00B00544" w:rsidP="00961908">
            <w:pPr>
              <w:rPr>
                <w:rFonts w:ascii="Times New Roman" w:hAnsi="Times New Roman" w:cs="Times New Roman"/>
                <w:sz w:val="24"/>
                <w:szCs w:val="24"/>
              </w:rPr>
            </w:pPr>
            <w:r w:rsidRPr="00BB55AC">
              <w:rPr>
                <w:rStyle w:val="Strong"/>
                <w:rFonts w:ascii="Times New Roman" w:hAnsi="Times New Roman" w:cs="Times New Roman"/>
                <w:sz w:val="24"/>
                <w:szCs w:val="24"/>
              </w:rPr>
              <w:t>Name, Designation and Contact No. of the Information Officer</w:t>
            </w:r>
          </w:p>
        </w:tc>
      </w:tr>
      <w:tr w:rsidR="00B00544" w:rsidRPr="00BB55AC" w:rsidTr="00B00544">
        <w:trPr>
          <w:trHeight w:val="480"/>
        </w:trPr>
        <w:tc>
          <w:tcPr>
            <w:tcW w:w="1498" w:type="dxa"/>
          </w:tcPr>
          <w:p w:rsidR="00B00544" w:rsidRPr="00BB55AC" w:rsidRDefault="00B00544" w:rsidP="00961908">
            <w:pPr>
              <w:pStyle w:val="pdq2pgselectionanchorcontainer"/>
              <w:rPr>
                <w:b/>
                <w:bCs/>
              </w:rPr>
            </w:pPr>
            <w:r w:rsidRPr="00BB55AC">
              <w:rPr>
                <w:rStyle w:val="Strong"/>
                <w:b w:val="0"/>
                <w:bCs w:val="0"/>
              </w:rPr>
              <w:t>National Child Protection Authority</w:t>
            </w:r>
          </w:p>
        </w:tc>
        <w:tc>
          <w:tcPr>
            <w:tcW w:w="1894" w:type="dxa"/>
          </w:tcPr>
          <w:p w:rsidR="00B00544" w:rsidRPr="00BB55AC" w:rsidRDefault="00B00544" w:rsidP="00DC6373">
            <w:pPr>
              <w:pStyle w:val="NormalWeb"/>
              <w:rPr>
                <w:b/>
                <w:bCs/>
              </w:rPr>
            </w:pPr>
            <w:r w:rsidRPr="00BB55AC">
              <w:rPr>
                <w:rStyle w:val="Strong"/>
                <w:b w:val="0"/>
                <w:bCs w:val="0"/>
              </w:rPr>
              <w:t xml:space="preserve">No. 330, Thalawathugoda Road, Madiwela, Sri Jayawardenepura </w:t>
            </w:r>
          </w:p>
        </w:tc>
        <w:tc>
          <w:tcPr>
            <w:tcW w:w="1400" w:type="dxa"/>
          </w:tcPr>
          <w:p w:rsidR="00B00544" w:rsidRPr="00BB55AC" w:rsidRDefault="00B00544" w:rsidP="00A32EDC">
            <w:pPr>
              <w:spacing w:line="276" w:lineRule="auto"/>
              <w:rPr>
                <w:rFonts w:ascii="Times New Roman" w:hAnsi="Times New Roman" w:cs="Times New Roman"/>
                <w:sz w:val="24"/>
                <w:szCs w:val="24"/>
                <w:lang w:bidi="si-LK"/>
              </w:rPr>
            </w:pPr>
            <w:r w:rsidRPr="00BB55AC">
              <w:rPr>
                <w:rFonts w:ascii="Times New Roman" w:hAnsi="Times New Roman" w:cs="Times New Roman"/>
                <w:sz w:val="24"/>
                <w:szCs w:val="24"/>
                <w:cs/>
                <w:lang w:bidi="si-LK"/>
              </w:rPr>
              <w:t>011 2778911 (12-14)</w:t>
            </w:r>
          </w:p>
          <w:p w:rsidR="00B00544" w:rsidRPr="00BB55AC" w:rsidRDefault="00B00544" w:rsidP="00A32EDC">
            <w:pPr>
              <w:spacing w:line="276" w:lineRule="auto"/>
              <w:rPr>
                <w:rFonts w:ascii="Times New Roman" w:hAnsi="Times New Roman" w:cs="Times New Roman"/>
                <w:sz w:val="24"/>
                <w:szCs w:val="24"/>
                <w:lang w:bidi="si-LK"/>
              </w:rPr>
            </w:pPr>
          </w:p>
        </w:tc>
        <w:tc>
          <w:tcPr>
            <w:tcW w:w="1647" w:type="dxa"/>
          </w:tcPr>
          <w:p w:rsidR="00B00544" w:rsidRPr="00BB55AC" w:rsidRDefault="00B00544" w:rsidP="00A32EDC">
            <w:pPr>
              <w:rPr>
                <w:rFonts w:ascii="Times New Roman" w:hAnsi="Times New Roman" w:cs="Times New Roman"/>
                <w:sz w:val="24"/>
                <w:szCs w:val="24"/>
                <w:lang w:bidi="si-LK"/>
              </w:rPr>
            </w:pPr>
            <w:r w:rsidRPr="00BB55AC">
              <w:rPr>
                <w:rFonts w:ascii="Times New Roman" w:hAnsi="Times New Roman" w:cs="Times New Roman"/>
                <w:sz w:val="24"/>
                <w:szCs w:val="24"/>
                <w:lang w:bidi="si-LK"/>
              </w:rPr>
              <w:t>www.childprotection.gov.lk</w:t>
            </w:r>
          </w:p>
        </w:tc>
        <w:tc>
          <w:tcPr>
            <w:tcW w:w="1499" w:type="dxa"/>
          </w:tcPr>
          <w:p w:rsidR="00B00544" w:rsidRPr="00BB55AC" w:rsidRDefault="00B00544" w:rsidP="00A32EDC">
            <w:pPr>
              <w:spacing w:line="276" w:lineRule="auto"/>
              <w:rPr>
                <w:rFonts w:ascii="Times New Roman" w:hAnsi="Times New Roman" w:cs="Times New Roman"/>
                <w:sz w:val="24"/>
                <w:szCs w:val="24"/>
                <w:lang w:bidi="si-LK"/>
              </w:rPr>
            </w:pPr>
            <w:r w:rsidRPr="00BB55AC">
              <w:rPr>
                <w:rFonts w:ascii="Times New Roman" w:hAnsi="Times New Roman" w:cs="Times New Roman"/>
                <w:sz w:val="24"/>
                <w:szCs w:val="24"/>
                <w:lang w:bidi="si-LK"/>
              </w:rPr>
              <w:t>ncpa@childprotection.gov.lk</w:t>
            </w:r>
          </w:p>
        </w:tc>
        <w:tc>
          <w:tcPr>
            <w:tcW w:w="2520" w:type="dxa"/>
          </w:tcPr>
          <w:p w:rsidR="00B00544" w:rsidRPr="00BB55AC" w:rsidRDefault="00B00544" w:rsidP="00DC6373">
            <w:pPr>
              <w:pStyle w:val="pdq2pgselectionanchorcontainer"/>
              <w:rPr>
                <w:b/>
                <w:bCs/>
              </w:rPr>
            </w:pPr>
            <w:r w:rsidRPr="00BB55AC">
              <w:rPr>
                <w:rStyle w:val="Strong"/>
                <w:b w:val="0"/>
                <w:bCs w:val="0"/>
              </w:rPr>
              <w:t>M.S.P. Lakshika Menikbowa</w:t>
            </w:r>
            <w:r w:rsidRPr="00BB55AC">
              <w:rPr>
                <w:b/>
                <w:bCs/>
              </w:rPr>
              <w:br/>
            </w:r>
            <w:r w:rsidRPr="00BB55AC">
              <w:rPr>
                <w:rStyle w:val="Strong"/>
                <w:b w:val="0"/>
                <w:bCs w:val="0"/>
              </w:rPr>
              <w:t>Assistant Director – Media and Information</w:t>
            </w:r>
          </w:p>
          <w:p w:rsidR="00B00544" w:rsidRPr="00BB55AC" w:rsidRDefault="00B00544" w:rsidP="00A32EDC">
            <w:pPr>
              <w:spacing w:line="276" w:lineRule="auto"/>
              <w:rPr>
                <w:rFonts w:ascii="Times New Roman" w:hAnsi="Times New Roman" w:cs="Times New Roman"/>
                <w:sz w:val="24"/>
                <w:szCs w:val="24"/>
                <w:cs/>
                <w:lang w:bidi="si-LK"/>
              </w:rPr>
            </w:pPr>
            <w:r w:rsidRPr="00BB55AC">
              <w:rPr>
                <w:rFonts w:ascii="Times New Roman" w:hAnsi="Times New Roman" w:cs="Times New Roman"/>
                <w:sz w:val="24"/>
                <w:szCs w:val="24"/>
                <w:cs/>
                <w:lang w:bidi="si-LK"/>
              </w:rPr>
              <w:t>0112778911 (144)</w:t>
            </w:r>
          </w:p>
        </w:tc>
      </w:tr>
      <w:tr w:rsidR="00B00544" w:rsidRPr="00BB55AC" w:rsidTr="00B00544">
        <w:trPr>
          <w:trHeight w:val="480"/>
        </w:trPr>
        <w:tc>
          <w:tcPr>
            <w:tcW w:w="1498" w:type="dxa"/>
          </w:tcPr>
          <w:p w:rsidR="00B00544" w:rsidRPr="00BB55AC" w:rsidRDefault="00B00544" w:rsidP="00961908">
            <w:pPr>
              <w:pStyle w:val="pdq2pgselectionanchorcontainer"/>
              <w:rPr>
                <w:b/>
                <w:bCs/>
              </w:rPr>
            </w:pPr>
            <w:r w:rsidRPr="00BB55AC">
              <w:rPr>
                <w:rStyle w:val="Strong"/>
                <w:b w:val="0"/>
                <w:bCs w:val="0"/>
              </w:rPr>
              <w:t>Department of Probation and Child Care Services</w:t>
            </w:r>
          </w:p>
        </w:tc>
        <w:tc>
          <w:tcPr>
            <w:tcW w:w="1894" w:type="dxa"/>
          </w:tcPr>
          <w:p w:rsidR="00B00544" w:rsidRPr="00BB55AC" w:rsidRDefault="00B00544" w:rsidP="00DC6373">
            <w:pPr>
              <w:pStyle w:val="NormalWeb"/>
              <w:rPr>
                <w:b/>
                <w:bCs/>
              </w:rPr>
            </w:pPr>
            <w:r w:rsidRPr="00BB55AC">
              <w:rPr>
                <w:rStyle w:val="Strong"/>
                <w:b w:val="0"/>
                <w:bCs w:val="0"/>
              </w:rPr>
              <w:t>3rd Floor, Stage II, Sethsiripaya, Battaramulla</w:t>
            </w:r>
          </w:p>
        </w:tc>
        <w:tc>
          <w:tcPr>
            <w:tcW w:w="1400" w:type="dxa"/>
          </w:tcPr>
          <w:p w:rsidR="00B00544" w:rsidRPr="00BB55AC" w:rsidRDefault="00B00544" w:rsidP="00A32EDC">
            <w:pPr>
              <w:spacing w:line="276" w:lineRule="auto"/>
              <w:rPr>
                <w:rFonts w:ascii="Times New Roman" w:hAnsi="Times New Roman" w:cs="Times New Roman"/>
                <w:sz w:val="24"/>
                <w:szCs w:val="24"/>
                <w:lang w:bidi="si-LK"/>
              </w:rPr>
            </w:pPr>
            <w:r w:rsidRPr="00BB55AC">
              <w:rPr>
                <w:rFonts w:ascii="Times New Roman" w:hAnsi="Times New Roman" w:cs="Times New Roman"/>
                <w:sz w:val="24"/>
                <w:szCs w:val="24"/>
                <w:cs/>
                <w:lang w:bidi="si-LK"/>
              </w:rPr>
              <w:t>011 2186062</w:t>
            </w:r>
          </w:p>
        </w:tc>
        <w:tc>
          <w:tcPr>
            <w:tcW w:w="1647" w:type="dxa"/>
          </w:tcPr>
          <w:p w:rsidR="00B00544" w:rsidRPr="00BB55AC" w:rsidRDefault="00B00544" w:rsidP="00A32EDC">
            <w:pPr>
              <w:rPr>
                <w:rFonts w:ascii="Times New Roman" w:hAnsi="Times New Roman" w:cs="Times New Roman"/>
                <w:sz w:val="24"/>
                <w:szCs w:val="24"/>
                <w:lang w:bidi="si-LK"/>
              </w:rPr>
            </w:pPr>
            <w:r>
              <w:rPr>
                <w:rFonts w:ascii="Times New Roman" w:hAnsi="Times New Roman" w:cs="Times New Roman"/>
                <w:sz w:val="24"/>
                <w:szCs w:val="24"/>
                <w:lang w:bidi="si-LK"/>
              </w:rPr>
              <w:t>pcc@sltnet.lk</w:t>
            </w:r>
          </w:p>
        </w:tc>
        <w:tc>
          <w:tcPr>
            <w:tcW w:w="1499" w:type="dxa"/>
          </w:tcPr>
          <w:p w:rsidR="00B00544" w:rsidRPr="00BB55AC" w:rsidRDefault="00B00544" w:rsidP="00A32EDC">
            <w:pPr>
              <w:spacing w:line="276" w:lineRule="auto"/>
              <w:rPr>
                <w:rFonts w:ascii="Times New Roman" w:hAnsi="Times New Roman" w:cs="Times New Roman"/>
                <w:sz w:val="24"/>
                <w:szCs w:val="24"/>
              </w:rPr>
            </w:pPr>
            <w:r w:rsidRPr="00BB55AC">
              <w:rPr>
                <w:rFonts w:ascii="Times New Roman" w:hAnsi="Times New Roman" w:cs="Times New Roman"/>
                <w:sz w:val="24"/>
                <w:szCs w:val="24"/>
                <w:lang w:bidi="si-LK"/>
              </w:rPr>
              <w:t>www.probation.gov.lk</w:t>
            </w:r>
          </w:p>
        </w:tc>
        <w:tc>
          <w:tcPr>
            <w:tcW w:w="2520" w:type="dxa"/>
          </w:tcPr>
          <w:p w:rsidR="00B00544" w:rsidRDefault="00B00544" w:rsidP="00A32EDC">
            <w:pPr>
              <w:spacing w:line="276" w:lineRule="auto"/>
              <w:rPr>
                <w:rStyle w:val="Strong"/>
                <w:rFonts w:ascii="Times New Roman" w:hAnsi="Times New Roman" w:cs="Times New Roman"/>
                <w:b w:val="0"/>
                <w:bCs w:val="0"/>
                <w:sz w:val="24"/>
                <w:szCs w:val="24"/>
              </w:rPr>
            </w:pPr>
            <w:r w:rsidRPr="00BB55AC">
              <w:rPr>
                <w:rStyle w:val="Strong"/>
                <w:rFonts w:ascii="Times New Roman" w:hAnsi="Times New Roman" w:cs="Times New Roman"/>
                <w:b w:val="0"/>
                <w:bCs w:val="0"/>
                <w:sz w:val="24"/>
                <w:szCs w:val="24"/>
              </w:rPr>
              <w:t>Mrs. P. N. D. Perera</w:t>
            </w:r>
            <w:r w:rsidRPr="00BB55AC">
              <w:rPr>
                <w:rFonts w:ascii="Times New Roman" w:hAnsi="Times New Roman" w:cs="Times New Roman"/>
                <w:b/>
                <w:bCs/>
                <w:sz w:val="24"/>
                <w:szCs w:val="24"/>
              </w:rPr>
              <w:br/>
            </w:r>
            <w:r w:rsidRPr="00BB55AC">
              <w:rPr>
                <w:rStyle w:val="Strong"/>
                <w:rFonts w:ascii="Times New Roman" w:hAnsi="Times New Roman" w:cs="Times New Roman"/>
                <w:b w:val="0"/>
                <w:bCs w:val="0"/>
                <w:sz w:val="24"/>
                <w:szCs w:val="24"/>
              </w:rPr>
              <w:t>Assistant Commissioner (Administration)</w:t>
            </w:r>
          </w:p>
          <w:p w:rsidR="00B00544" w:rsidRDefault="00B00544" w:rsidP="00A32EDC">
            <w:pPr>
              <w:spacing w:line="276" w:lineRule="auto"/>
              <w:rPr>
                <w:rFonts w:ascii="Times New Roman" w:eastAsia="Times New Roman" w:hAnsi="Times New Roman" w:cs="Times New Roman"/>
                <w:color w:val="000000"/>
                <w:sz w:val="24"/>
                <w:szCs w:val="24"/>
              </w:rPr>
            </w:pPr>
            <w:r w:rsidRPr="00BB55AC">
              <w:rPr>
                <w:rFonts w:ascii="Times New Roman" w:eastAsia="Times New Roman" w:hAnsi="Times New Roman" w:cs="Times New Roman"/>
                <w:color w:val="000000"/>
                <w:sz w:val="24"/>
                <w:szCs w:val="24"/>
              </w:rPr>
              <w:t>0779256981</w:t>
            </w:r>
          </w:p>
          <w:p w:rsidR="00B00544" w:rsidRPr="00BB55AC" w:rsidRDefault="00B00544" w:rsidP="00A32EDC">
            <w:pPr>
              <w:spacing w:line="276" w:lineRule="auto"/>
              <w:rPr>
                <w:rFonts w:ascii="Times New Roman" w:hAnsi="Times New Roman" w:cs="Times New Roman"/>
                <w:sz w:val="24"/>
                <w:szCs w:val="24"/>
              </w:rPr>
            </w:pPr>
          </w:p>
        </w:tc>
      </w:tr>
    </w:tbl>
    <w:p w:rsidR="00CD1104" w:rsidRPr="00BB55AC" w:rsidRDefault="00CD1104" w:rsidP="00A32EDC">
      <w:pPr>
        <w:spacing w:after="0"/>
        <w:rPr>
          <w:rFonts w:ascii="Times New Roman" w:hAnsi="Times New Roman" w:cs="Times New Roman"/>
          <w:sz w:val="24"/>
          <w:szCs w:val="24"/>
        </w:rPr>
      </w:pPr>
    </w:p>
    <w:p w:rsidR="00907AD6" w:rsidRPr="00BB55AC" w:rsidRDefault="00836AF7" w:rsidP="00574178">
      <w:pPr>
        <w:spacing w:after="0"/>
        <w:jc w:val="both"/>
        <w:rPr>
          <w:rFonts w:ascii="Times New Roman" w:hAnsi="Times New Roman" w:cs="Times New Roman"/>
          <w:b/>
          <w:sz w:val="24"/>
          <w:szCs w:val="24"/>
        </w:rPr>
      </w:pPr>
      <w:r w:rsidRPr="00BB55AC">
        <w:rPr>
          <w:rFonts w:ascii="Times New Roman" w:hAnsi="Times New Roman" w:cs="Times New Roman"/>
          <w:b/>
          <w:sz w:val="24"/>
          <w:szCs w:val="24"/>
        </w:rPr>
        <w:t xml:space="preserve">06. </w:t>
      </w:r>
      <w:r w:rsidR="00907AD6" w:rsidRPr="00BB55AC">
        <w:rPr>
          <w:rStyle w:val="Strong"/>
          <w:rFonts w:ascii="Times New Roman" w:hAnsi="Times New Roman" w:cs="Times New Roman"/>
          <w:sz w:val="24"/>
          <w:szCs w:val="24"/>
        </w:rPr>
        <w:t>Chief Executives, Functions and Duties of the Ministry and Each Public Authority</w:t>
      </w:r>
    </w:p>
    <w:p w:rsidR="005202A8" w:rsidRPr="00BB55AC" w:rsidRDefault="003D0BA9" w:rsidP="00C657B2">
      <w:pPr>
        <w:pStyle w:val="NormalWeb"/>
        <w:rPr>
          <w:b/>
          <w:bCs/>
          <w:i/>
          <w:iCs/>
        </w:rPr>
      </w:pPr>
      <w:r w:rsidRPr="00BB55AC">
        <w:rPr>
          <w:rStyle w:val="Emphasis"/>
          <w:b/>
          <w:bCs/>
          <w:i w:val="0"/>
          <w:iCs w:val="0"/>
        </w:rPr>
        <w:t xml:space="preserve">(Make </w:t>
      </w:r>
      <w:r w:rsidR="00907AD6" w:rsidRPr="00BB55AC">
        <w:rPr>
          <w:rStyle w:val="Emphasis"/>
          <w:b/>
          <w:bCs/>
          <w:i w:val="0"/>
          <w:iCs w:val="0"/>
        </w:rPr>
        <w:t xml:space="preserve">separate entries for the Ministry and each </w:t>
      </w:r>
      <w:r w:rsidRPr="00BB55AC">
        <w:rPr>
          <w:rStyle w:val="Strong"/>
        </w:rPr>
        <w:t>Public Authority</w:t>
      </w:r>
      <w:r w:rsidR="00961908" w:rsidRPr="00BB55AC">
        <w:rPr>
          <w:rStyle w:val="Emphasis"/>
          <w:b/>
          <w:bCs/>
          <w:i w:val="0"/>
          <w:iCs w:val="0"/>
        </w:rPr>
        <w:t>)</w:t>
      </w:r>
    </w:p>
    <w:p w:rsidR="00C657B2" w:rsidRPr="00BB55AC" w:rsidRDefault="00C657B2" w:rsidP="00C657B2">
      <w:pPr>
        <w:pStyle w:val="pdq2pgselectionanchorcontainer"/>
      </w:pPr>
      <w:r w:rsidRPr="00BB55AC">
        <w:rPr>
          <w:rStyle w:val="Strong"/>
          <w:b w:val="0"/>
          <w:bCs w:val="0"/>
        </w:rPr>
        <w:t>I. Name of the Ministry / Public Authority:</w:t>
      </w:r>
      <w:r w:rsidRPr="00BB55AC">
        <w:t xml:space="preserve"> </w:t>
      </w:r>
      <w:r w:rsidRPr="00BB55AC">
        <w:rPr>
          <w:b/>
          <w:bCs/>
        </w:rPr>
        <w:t>Ministry of Women and Child Affairs</w:t>
      </w:r>
    </w:p>
    <w:p w:rsidR="00BC6D81" w:rsidRDefault="00C657B2" w:rsidP="00BC6D81">
      <w:pPr>
        <w:pStyle w:val="NormalWeb"/>
        <w:rPr>
          <w:rStyle w:val="Strong"/>
          <w:b w:val="0"/>
          <w:bCs w:val="0"/>
        </w:rPr>
      </w:pPr>
      <w:r w:rsidRPr="00BB55AC">
        <w:rPr>
          <w:rStyle w:val="Strong"/>
          <w:b w:val="0"/>
          <w:bCs w:val="0"/>
        </w:rPr>
        <w:t xml:space="preserve">II. </w:t>
      </w:r>
      <w:r w:rsidR="00577008" w:rsidRPr="00BB55AC">
        <w:rPr>
          <w:rStyle w:val="Strong"/>
          <w:b w:val="0"/>
          <w:bCs w:val="0"/>
        </w:rPr>
        <w:t xml:space="preserve">Powers, Functions and Duties </w:t>
      </w:r>
      <w:r w:rsidR="00AC5683" w:rsidRPr="00BB55AC">
        <w:rPr>
          <w:rStyle w:val="Strong"/>
          <w:b w:val="0"/>
          <w:bCs w:val="0"/>
        </w:rPr>
        <w:t>according</w:t>
      </w:r>
      <w:r w:rsidR="00D42317" w:rsidRPr="00BB55AC">
        <w:rPr>
          <w:rStyle w:val="Strong"/>
          <w:b w:val="0"/>
          <w:bCs w:val="0"/>
        </w:rPr>
        <w:t xml:space="preserve"> to</w:t>
      </w:r>
      <w:r w:rsidR="00577008" w:rsidRPr="00BB55AC">
        <w:rPr>
          <w:rStyle w:val="Strong"/>
          <w:b w:val="0"/>
          <w:bCs w:val="0"/>
        </w:rPr>
        <w:t xml:space="preserve"> </w:t>
      </w:r>
      <w:r w:rsidR="00AC5683" w:rsidRPr="00BB55AC">
        <w:rPr>
          <w:rStyle w:val="Strong"/>
          <w:b w:val="0"/>
          <w:bCs w:val="0"/>
        </w:rPr>
        <w:t>designations</w:t>
      </w:r>
      <w:r w:rsidRPr="00BB55AC">
        <w:rPr>
          <w:rStyle w:val="Strong"/>
          <w:b w:val="0"/>
          <w:bCs w:val="0"/>
        </w:rPr>
        <w:t>:</w:t>
      </w:r>
      <w:r w:rsidR="00577008" w:rsidRPr="00BB55AC">
        <w:rPr>
          <w:rStyle w:val="Strong"/>
          <w:b w:val="0"/>
          <w:bCs w:val="0"/>
        </w:rPr>
        <w:t xml:space="preserve"> </w:t>
      </w:r>
    </w:p>
    <w:p w:rsidR="00BB55AC" w:rsidRDefault="00BB55AC" w:rsidP="00BC6D81">
      <w:pPr>
        <w:pStyle w:val="NormalWeb"/>
        <w:rPr>
          <w:rStyle w:val="Strong"/>
          <w:b w:val="0"/>
          <w:bCs w:val="0"/>
        </w:rPr>
      </w:pPr>
    </w:p>
    <w:p w:rsidR="00BB55AC" w:rsidRDefault="00BB55AC" w:rsidP="00BC6D81">
      <w:pPr>
        <w:pStyle w:val="NormalWeb"/>
        <w:rPr>
          <w:rStyle w:val="Strong"/>
          <w:b w:val="0"/>
          <w:bCs w:val="0"/>
        </w:rPr>
      </w:pPr>
    </w:p>
    <w:p w:rsidR="00BB55AC" w:rsidRDefault="00BB55AC" w:rsidP="00BC6D81">
      <w:pPr>
        <w:pStyle w:val="NormalWeb"/>
        <w:rPr>
          <w:rStyle w:val="Strong"/>
          <w:b w:val="0"/>
          <w:bCs w:val="0"/>
        </w:rPr>
      </w:pPr>
    </w:p>
    <w:p w:rsidR="00BB55AC" w:rsidRDefault="00BB55AC" w:rsidP="00BC6D81">
      <w:pPr>
        <w:pStyle w:val="NormalWeb"/>
        <w:rPr>
          <w:rStyle w:val="Strong"/>
          <w:b w:val="0"/>
          <w:bCs w:val="0"/>
        </w:rPr>
      </w:pPr>
    </w:p>
    <w:p w:rsidR="00BB55AC" w:rsidRDefault="00BB55AC" w:rsidP="00BC6D81">
      <w:pPr>
        <w:pStyle w:val="NormalWeb"/>
        <w:rPr>
          <w:rStyle w:val="Strong"/>
          <w:b w:val="0"/>
          <w:bCs w:val="0"/>
        </w:rPr>
      </w:pPr>
    </w:p>
    <w:p w:rsidR="00BB55AC" w:rsidRDefault="00BB55AC" w:rsidP="00BC6D81">
      <w:pPr>
        <w:pStyle w:val="NormalWeb"/>
        <w:rPr>
          <w:rStyle w:val="Strong"/>
          <w:b w:val="0"/>
          <w:bCs w:val="0"/>
        </w:rPr>
      </w:pPr>
    </w:p>
    <w:p w:rsidR="00BB55AC" w:rsidRPr="00BB55AC" w:rsidRDefault="00BB55AC" w:rsidP="00BC6D81">
      <w:pPr>
        <w:pStyle w:val="NormalWeb"/>
      </w:pPr>
    </w:p>
    <w:tbl>
      <w:tblPr>
        <w:tblStyle w:val="TableGrid"/>
        <w:tblW w:w="10284" w:type="dxa"/>
        <w:tblLook w:val="04A0"/>
      </w:tblPr>
      <w:tblGrid>
        <w:gridCol w:w="2268"/>
        <w:gridCol w:w="8016"/>
      </w:tblGrid>
      <w:tr w:rsidR="00C657B2" w:rsidRPr="00BB55AC" w:rsidTr="00961908">
        <w:trPr>
          <w:trHeight w:val="935"/>
        </w:trPr>
        <w:tc>
          <w:tcPr>
            <w:tcW w:w="2268" w:type="dxa"/>
          </w:tcPr>
          <w:p w:rsidR="00C657B2" w:rsidRPr="00BB55AC" w:rsidRDefault="00C657B2" w:rsidP="00AC5683">
            <w:pPr>
              <w:pStyle w:val="pdq2pgselectionanchorcontainer"/>
            </w:pPr>
            <w:r w:rsidRPr="00BB55AC">
              <w:rPr>
                <w:rStyle w:val="Strong"/>
              </w:rPr>
              <w:lastRenderedPageBreak/>
              <w:t xml:space="preserve">Key </w:t>
            </w:r>
            <w:r w:rsidR="00AC5683" w:rsidRPr="00BB55AC">
              <w:rPr>
                <w:rStyle w:val="Strong"/>
              </w:rPr>
              <w:t xml:space="preserve">Designations </w:t>
            </w:r>
          </w:p>
        </w:tc>
        <w:tc>
          <w:tcPr>
            <w:tcW w:w="8016" w:type="dxa"/>
          </w:tcPr>
          <w:p w:rsidR="00C657B2" w:rsidRPr="00BB55AC" w:rsidRDefault="00C657B2" w:rsidP="00961908">
            <w:pPr>
              <w:spacing w:before="100" w:beforeAutospacing="1" w:after="100" w:afterAutospacing="1"/>
              <w:rPr>
                <w:rFonts w:ascii="Times New Roman" w:hAnsi="Times New Roman" w:cs="Times New Roman"/>
                <w:sz w:val="24"/>
                <w:szCs w:val="24"/>
              </w:rPr>
            </w:pPr>
            <w:r w:rsidRPr="00BB55AC">
              <w:rPr>
                <w:rStyle w:val="Strong"/>
                <w:rFonts w:ascii="Times New Roman" w:hAnsi="Times New Roman" w:cs="Times New Roman"/>
                <w:sz w:val="24"/>
                <w:szCs w:val="24"/>
              </w:rPr>
              <w:t>Powers, Functions and Duties Assigned to the Position (Briefly)</w:t>
            </w:r>
          </w:p>
        </w:tc>
      </w:tr>
      <w:tr w:rsidR="00BE36C8" w:rsidRPr="00BB55AC" w:rsidTr="002C75DE">
        <w:trPr>
          <w:trHeight w:val="462"/>
        </w:trPr>
        <w:tc>
          <w:tcPr>
            <w:tcW w:w="2268" w:type="dxa"/>
          </w:tcPr>
          <w:p w:rsidR="00BE36C8" w:rsidRPr="00BB55AC" w:rsidRDefault="00BE36C8" w:rsidP="00BE36C8">
            <w:pPr>
              <w:pStyle w:val="Heading3"/>
              <w:outlineLvl w:val="2"/>
              <w:rPr>
                <w:rFonts w:ascii="Times New Roman" w:hAnsi="Times New Roman" w:cs="Times New Roman"/>
                <w:b w:val="0"/>
                <w:bCs w:val="0"/>
                <w:color w:val="000000" w:themeColor="text1"/>
                <w:sz w:val="24"/>
                <w:szCs w:val="24"/>
              </w:rPr>
            </w:pPr>
            <w:r w:rsidRPr="00BB55AC">
              <w:rPr>
                <w:rFonts w:ascii="Times New Roman" w:hAnsi="Times New Roman" w:cs="Times New Roman"/>
                <w:b w:val="0"/>
                <w:bCs w:val="0"/>
                <w:color w:val="000000" w:themeColor="text1"/>
                <w:sz w:val="24"/>
                <w:szCs w:val="24"/>
              </w:rPr>
              <w:t>Additional Secretary (Administration)</w:t>
            </w:r>
          </w:p>
        </w:tc>
        <w:tc>
          <w:tcPr>
            <w:tcW w:w="8016" w:type="dxa"/>
          </w:tcPr>
          <w:p w:rsidR="00BE36C8" w:rsidRPr="00BB55AC" w:rsidRDefault="00BE36C8" w:rsidP="00F92795">
            <w:pPr>
              <w:pStyle w:val="isselectedend"/>
            </w:pPr>
            <w:r w:rsidRPr="00BB55AC">
              <w:t>To administer all divisions of the Ministry</w:t>
            </w:r>
            <w:r w:rsidR="00F92795" w:rsidRPr="00BB55AC">
              <w:t>,</w:t>
            </w:r>
            <w:r w:rsidRPr="00BB55AC">
              <w:t xml:space="preserve"> </w:t>
            </w:r>
            <w:r w:rsidR="00F92795" w:rsidRPr="00BB55AC">
              <w:t xml:space="preserve">personnel management </w:t>
            </w:r>
            <w:r w:rsidRPr="00BB55AC">
              <w:t>and guide the implementation of accounting activities in accordance with national policies, government laws, rules and regulations; and to direct and supervise officers in all institutional matters, including the recruitment and promotion of officers and disciplinary proceedings.</w:t>
            </w:r>
          </w:p>
        </w:tc>
      </w:tr>
      <w:tr w:rsidR="00F92795" w:rsidRPr="00BB55AC" w:rsidTr="002C75DE">
        <w:trPr>
          <w:trHeight w:val="462"/>
        </w:trPr>
        <w:tc>
          <w:tcPr>
            <w:tcW w:w="2268" w:type="dxa"/>
          </w:tcPr>
          <w:p w:rsidR="00F92795" w:rsidRPr="00BB55AC" w:rsidRDefault="00F92795" w:rsidP="00BB55AC">
            <w:pPr>
              <w:pStyle w:val="Heading3"/>
              <w:outlineLvl w:val="2"/>
              <w:rPr>
                <w:rFonts w:ascii="Times New Roman" w:hAnsi="Times New Roman" w:cs="Times New Roman"/>
                <w:b w:val="0"/>
                <w:bCs w:val="0"/>
                <w:color w:val="000000" w:themeColor="text1"/>
                <w:sz w:val="24"/>
                <w:szCs w:val="24"/>
              </w:rPr>
            </w:pPr>
            <w:r w:rsidRPr="00BB55AC">
              <w:rPr>
                <w:rFonts w:ascii="Times New Roman" w:hAnsi="Times New Roman" w:cs="Times New Roman"/>
                <w:b w:val="0"/>
                <w:bCs w:val="0"/>
                <w:color w:val="000000" w:themeColor="text1"/>
                <w:sz w:val="24"/>
                <w:szCs w:val="24"/>
              </w:rPr>
              <w:t>Additional Secretary (Development)</w:t>
            </w:r>
          </w:p>
        </w:tc>
        <w:tc>
          <w:tcPr>
            <w:tcW w:w="8016" w:type="dxa"/>
          </w:tcPr>
          <w:p w:rsidR="00F92795" w:rsidRPr="00BB55AC" w:rsidRDefault="00F92795" w:rsidP="00F92795">
            <w:pPr>
              <w:pStyle w:val="NormalWeb"/>
            </w:pPr>
            <w:r w:rsidRPr="00BB55AC">
              <w:t xml:space="preserve">To prepare, implement and monitor </w:t>
            </w:r>
            <w:r w:rsidR="00BB55AC" w:rsidRPr="00BB55AC">
              <w:t>the Annual</w:t>
            </w:r>
            <w:r w:rsidRPr="00BB55AC">
              <w:t xml:space="preserve"> Development Plan of the Ministry; formulate plans relating to women’s development; implement development programmes; prepare Cabinet Memoranda relating to women’s development; provide recommendations and ensure their implementation; and carry out development-related functions, including reviewing the progress of development programmes implemented by other divisions of the Ministry.</w:t>
            </w:r>
          </w:p>
        </w:tc>
      </w:tr>
      <w:tr w:rsidR="00F92795" w:rsidRPr="00BB55AC" w:rsidTr="002C75DE">
        <w:trPr>
          <w:trHeight w:val="462"/>
        </w:trPr>
        <w:tc>
          <w:tcPr>
            <w:tcW w:w="2268" w:type="dxa"/>
          </w:tcPr>
          <w:p w:rsidR="00F92795" w:rsidRPr="00BB55AC" w:rsidRDefault="00F92795" w:rsidP="00BB55AC">
            <w:pPr>
              <w:pStyle w:val="Heading3"/>
              <w:outlineLvl w:val="2"/>
              <w:rPr>
                <w:rFonts w:ascii="Times New Roman" w:hAnsi="Times New Roman" w:cs="Times New Roman"/>
                <w:b w:val="0"/>
                <w:bCs w:val="0"/>
                <w:color w:val="000000" w:themeColor="text1"/>
                <w:sz w:val="24"/>
                <w:szCs w:val="24"/>
              </w:rPr>
            </w:pPr>
            <w:r w:rsidRPr="00BB55AC">
              <w:rPr>
                <w:rFonts w:ascii="Times New Roman" w:hAnsi="Times New Roman" w:cs="Times New Roman"/>
                <w:b w:val="0"/>
                <w:bCs w:val="0"/>
                <w:color w:val="000000" w:themeColor="text1"/>
                <w:sz w:val="24"/>
                <w:szCs w:val="24"/>
              </w:rPr>
              <w:t>Director (Women’s Bureau)</w:t>
            </w:r>
          </w:p>
        </w:tc>
        <w:tc>
          <w:tcPr>
            <w:tcW w:w="8016" w:type="dxa"/>
          </w:tcPr>
          <w:p w:rsidR="00F92795" w:rsidRPr="00BB55AC" w:rsidRDefault="00F92795" w:rsidP="00F92795">
            <w:pPr>
              <w:pStyle w:val="isselectedend"/>
            </w:pPr>
            <w:r w:rsidRPr="00BB55AC">
              <w:t>To achieve the objectives of the Women’s Bureau of Sri Lanka and introduce new programmes for the advancement of women; undertake further activities relating to women’s empowerment, including the supervision and monitoring of programmes relating to women’s entrepreneurship; and implement the Action Plan while achieving the specified financial and physical targets.</w:t>
            </w:r>
          </w:p>
        </w:tc>
      </w:tr>
      <w:tr w:rsidR="00F92795" w:rsidRPr="00BB55AC" w:rsidTr="002C75DE">
        <w:trPr>
          <w:trHeight w:val="462"/>
        </w:trPr>
        <w:tc>
          <w:tcPr>
            <w:tcW w:w="2268" w:type="dxa"/>
          </w:tcPr>
          <w:p w:rsidR="00F92795" w:rsidRPr="00BB55AC" w:rsidRDefault="00F92795" w:rsidP="00BB55AC">
            <w:pPr>
              <w:pStyle w:val="Heading3"/>
              <w:outlineLvl w:val="2"/>
              <w:rPr>
                <w:rFonts w:ascii="Times New Roman" w:hAnsi="Times New Roman" w:cs="Times New Roman"/>
                <w:b w:val="0"/>
                <w:bCs w:val="0"/>
                <w:color w:val="000000" w:themeColor="text1"/>
                <w:sz w:val="24"/>
                <w:szCs w:val="24"/>
              </w:rPr>
            </w:pPr>
            <w:r w:rsidRPr="00BB55AC">
              <w:rPr>
                <w:rFonts w:ascii="Times New Roman" w:hAnsi="Times New Roman" w:cs="Times New Roman"/>
                <w:b w:val="0"/>
                <w:bCs w:val="0"/>
                <w:color w:val="000000" w:themeColor="text1"/>
                <w:sz w:val="24"/>
                <w:szCs w:val="24"/>
              </w:rPr>
              <w:t>Director (National Secretariat for Early Childhood Development)</w:t>
            </w:r>
          </w:p>
        </w:tc>
        <w:tc>
          <w:tcPr>
            <w:tcW w:w="8016" w:type="dxa"/>
          </w:tcPr>
          <w:p w:rsidR="004279EB" w:rsidRPr="00BB55AC" w:rsidRDefault="004279EB" w:rsidP="00BB55AC">
            <w:pPr>
              <w:pStyle w:val="isselectedend"/>
            </w:pPr>
            <w:r w:rsidRPr="00BB55AC">
              <w:t>To implement the National Policy on Early Childhood Care and Development; formulate policies and guidelines relating to early childhood development; conduct training programmes for preschool teachers; maintain standards of the preschool system; and implement the Annual Action Plan, including the above-mentioned activities.</w:t>
            </w:r>
          </w:p>
        </w:tc>
      </w:tr>
      <w:tr w:rsidR="0009595E" w:rsidRPr="00BB55AC" w:rsidTr="002C75DE">
        <w:trPr>
          <w:trHeight w:val="462"/>
        </w:trPr>
        <w:tc>
          <w:tcPr>
            <w:tcW w:w="2268" w:type="dxa"/>
          </w:tcPr>
          <w:p w:rsidR="0009595E" w:rsidRPr="00BB55AC" w:rsidRDefault="004279EB" w:rsidP="00A32EDC">
            <w:pPr>
              <w:spacing w:line="276" w:lineRule="auto"/>
              <w:rPr>
                <w:rFonts w:ascii="Times New Roman" w:hAnsi="Times New Roman" w:cs="Times New Roman"/>
                <w:sz w:val="24"/>
                <w:szCs w:val="24"/>
                <w:cs/>
                <w:lang w:bidi="si-LK"/>
              </w:rPr>
            </w:pPr>
            <w:r w:rsidRPr="00BB55AC">
              <w:rPr>
                <w:rFonts w:ascii="Times New Roman" w:hAnsi="Times New Roman" w:cs="Times New Roman"/>
                <w:sz w:val="24"/>
                <w:szCs w:val="24"/>
              </w:rPr>
              <w:t>Director General (Planning and Information Technology Division)</w:t>
            </w:r>
          </w:p>
        </w:tc>
        <w:tc>
          <w:tcPr>
            <w:tcW w:w="8016" w:type="dxa"/>
          </w:tcPr>
          <w:p w:rsidR="0009595E" w:rsidRPr="00BB55AC" w:rsidRDefault="004279EB" w:rsidP="00A32EDC">
            <w:pPr>
              <w:spacing w:line="276" w:lineRule="auto"/>
              <w:jc w:val="both"/>
              <w:rPr>
                <w:rFonts w:ascii="Times New Roman" w:hAnsi="Times New Roman" w:cs="Times New Roman"/>
                <w:sz w:val="24"/>
                <w:szCs w:val="24"/>
                <w:cs/>
                <w:lang w:bidi="si-LK"/>
              </w:rPr>
            </w:pPr>
            <w:r w:rsidRPr="00BB55AC">
              <w:rPr>
                <w:rFonts w:ascii="Times New Roman" w:hAnsi="Times New Roman" w:cs="Times New Roman"/>
                <w:sz w:val="24"/>
                <w:szCs w:val="24"/>
              </w:rPr>
              <w:t>To undertake activities relating to the preparation of the final Annual Action Plan of the Ministry; evaluate and operationalize programmes; coordinate special programmes; and supervise the activities of the Information Technology Division of the Ministry.</w:t>
            </w:r>
          </w:p>
        </w:tc>
      </w:tr>
      <w:tr w:rsidR="005F6F00" w:rsidRPr="00BB55AC" w:rsidTr="002C75DE">
        <w:trPr>
          <w:trHeight w:val="462"/>
        </w:trPr>
        <w:tc>
          <w:tcPr>
            <w:tcW w:w="2268" w:type="dxa"/>
          </w:tcPr>
          <w:p w:rsidR="005F6F00" w:rsidRPr="00BB55AC" w:rsidRDefault="004279EB" w:rsidP="00A32EDC">
            <w:pPr>
              <w:spacing w:line="276" w:lineRule="auto"/>
              <w:rPr>
                <w:rFonts w:ascii="Times New Roman" w:hAnsi="Times New Roman" w:cs="Times New Roman"/>
                <w:sz w:val="24"/>
                <w:szCs w:val="24"/>
                <w:cs/>
                <w:lang w:bidi="si-LK"/>
              </w:rPr>
            </w:pPr>
            <w:r w:rsidRPr="00BB55AC">
              <w:rPr>
                <w:rFonts w:ascii="Times New Roman" w:hAnsi="Times New Roman" w:cs="Times New Roman"/>
                <w:sz w:val="24"/>
                <w:szCs w:val="24"/>
              </w:rPr>
              <w:t>Chief Financial Officer</w:t>
            </w:r>
          </w:p>
        </w:tc>
        <w:tc>
          <w:tcPr>
            <w:tcW w:w="8016" w:type="dxa"/>
          </w:tcPr>
          <w:p w:rsidR="005F6F00" w:rsidRPr="00BB55AC" w:rsidRDefault="004279EB" w:rsidP="008E0574">
            <w:pPr>
              <w:spacing w:line="276" w:lineRule="auto"/>
              <w:jc w:val="both"/>
              <w:rPr>
                <w:rFonts w:ascii="Times New Roman" w:hAnsi="Times New Roman" w:cs="Times New Roman"/>
                <w:sz w:val="24"/>
                <w:szCs w:val="24"/>
                <w:cs/>
                <w:lang w:bidi="si-LK"/>
              </w:rPr>
            </w:pPr>
            <w:r w:rsidRPr="00BB55AC">
              <w:rPr>
                <w:rFonts w:ascii="Times New Roman" w:hAnsi="Times New Roman" w:cs="Times New Roman"/>
                <w:sz w:val="24"/>
                <w:szCs w:val="24"/>
              </w:rPr>
              <w:t>To manage the overall financial affairs of the Ministry, including the preparation of the  Annual Financial Plans</w:t>
            </w:r>
            <w:r w:rsidR="008E0574" w:rsidRPr="00BB55AC">
              <w:rPr>
                <w:rFonts w:ascii="Times New Roman" w:hAnsi="Times New Roman" w:cs="Times New Roman"/>
                <w:sz w:val="24"/>
                <w:szCs w:val="24"/>
              </w:rPr>
              <w:t xml:space="preserve"> of the Ministry</w:t>
            </w:r>
            <w:r w:rsidRPr="00BB55AC">
              <w:rPr>
                <w:rFonts w:ascii="Times New Roman" w:hAnsi="Times New Roman" w:cs="Times New Roman"/>
                <w:sz w:val="24"/>
                <w:szCs w:val="24"/>
              </w:rPr>
              <w:t>, budgetary control, accounting, financial performance, management of the procurement process, and responding to audit queries, in accordance with Financial Regulations, circulars and Treasury instructions, with a view to ensuring sound financial management and accounting.</w:t>
            </w:r>
          </w:p>
        </w:tc>
      </w:tr>
    </w:tbl>
    <w:p w:rsidR="00CD1104" w:rsidRPr="00BB55AC" w:rsidRDefault="00CD1104" w:rsidP="00A32EDC">
      <w:pPr>
        <w:spacing w:after="0"/>
        <w:rPr>
          <w:rFonts w:ascii="Times New Roman" w:hAnsi="Times New Roman" w:cs="Times New Roman"/>
          <w:sz w:val="24"/>
          <w:szCs w:val="24"/>
        </w:rPr>
      </w:pPr>
    </w:p>
    <w:p w:rsidR="00D95717" w:rsidRPr="00BB55AC" w:rsidRDefault="00D95717" w:rsidP="00A32EDC">
      <w:pPr>
        <w:spacing w:after="0"/>
        <w:rPr>
          <w:rFonts w:ascii="Times New Roman" w:hAnsi="Times New Roman" w:cs="Times New Roman"/>
          <w:b/>
          <w:sz w:val="24"/>
          <w:szCs w:val="24"/>
          <w:lang w:bidi="si-LK"/>
        </w:rPr>
      </w:pPr>
    </w:p>
    <w:p w:rsidR="00577008" w:rsidRPr="00BB55AC" w:rsidRDefault="00577008" w:rsidP="00577008">
      <w:pPr>
        <w:pStyle w:val="isselectedend"/>
      </w:pPr>
      <w:r w:rsidRPr="00BB55AC">
        <w:rPr>
          <w:rStyle w:val="Strong"/>
          <w:b w:val="0"/>
          <w:bCs w:val="0"/>
        </w:rPr>
        <w:t>I. Name of the Ministry / Public Authority:</w:t>
      </w:r>
      <w:r w:rsidRPr="00BB55AC">
        <w:t xml:space="preserve"> </w:t>
      </w:r>
      <w:r w:rsidRPr="00BB55AC">
        <w:rPr>
          <w:b/>
          <w:bCs/>
        </w:rPr>
        <w:t>National Child Protection Authority</w:t>
      </w:r>
    </w:p>
    <w:p w:rsidR="00BC6D81" w:rsidRPr="00BB55AC" w:rsidRDefault="00577008" w:rsidP="00577008">
      <w:pPr>
        <w:pStyle w:val="NormalWeb"/>
      </w:pPr>
      <w:r w:rsidRPr="00BB55AC">
        <w:rPr>
          <w:rStyle w:val="Strong"/>
          <w:b w:val="0"/>
          <w:bCs w:val="0"/>
        </w:rPr>
        <w:t>II. Po</w:t>
      </w:r>
      <w:r w:rsidR="00CB168C" w:rsidRPr="00BB55AC">
        <w:rPr>
          <w:rStyle w:val="Strong"/>
          <w:b w:val="0"/>
          <w:bCs w:val="0"/>
        </w:rPr>
        <w:t xml:space="preserve">wers, Functions and Duties </w:t>
      </w:r>
      <w:r w:rsidR="00C05DBF" w:rsidRPr="00BB55AC">
        <w:rPr>
          <w:rStyle w:val="Strong"/>
          <w:b w:val="0"/>
          <w:bCs w:val="0"/>
        </w:rPr>
        <w:t>according to designations</w:t>
      </w:r>
    </w:p>
    <w:p w:rsidR="00A32EDC" w:rsidRPr="00BB55AC" w:rsidRDefault="00A32EDC" w:rsidP="00A32EDC">
      <w:pPr>
        <w:pStyle w:val="ListParagraph"/>
        <w:spacing w:after="0"/>
        <w:rPr>
          <w:rFonts w:ascii="Times New Roman" w:hAnsi="Times New Roman" w:cs="Times New Roman"/>
          <w:sz w:val="24"/>
          <w:szCs w:val="24"/>
        </w:rPr>
      </w:pPr>
    </w:p>
    <w:tbl>
      <w:tblPr>
        <w:tblStyle w:val="TableGrid"/>
        <w:tblW w:w="10284" w:type="dxa"/>
        <w:tblLook w:val="04A0"/>
      </w:tblPr>
      <w:tblGrid>
        <w:gridCol w:w="2538"/>
        <w:gridCol w:w="7746"/>
      </w:tblGrid>
      <w:tr w:rsidR="00CB168C" w:rsidRPr="00BB55AC" w:rsidTr="00CB168C">
        <w:trPr>
          <w:trHeight w:val="530"/>
        </w:trPr>
        <w:tc>
          <w:tcPr>
            <w:tcW w:w="2538" w:type="dxa"/>
          </w:tcPr>
          <w:p w:rsidR="00CB168C" w:rsidRPr="00BB55AC" w:rsidRDefault="00CB168C" w:rsidP="00BB55AC">
            <w:pPr>
              <w:pStyle w:val="pdq2pgselectionanchorcontainer"/>
            </w:pPr>
            <w:r w:rsidRPr="00BB55AC">
              <w:rPr>
                <w:rStyle w:val="Strong"/>
              </w:rPr>
              <w:lastRenderedPageBreak/>
              <w:t>Key Positions</w:t>
            </w:r>
          </w:p>
        </w:tc>
        <w:tc>
          <w:tcPr>
            <w:tcW w:w="7746" w:type="dxa"/>
          </w:tcPr>
          <w:p w:rsidR="00CB168C" w:rsidRPr="00BB55AC" w:rsidRDefault="00CB168C" w:rsidP="00BB55AC">
            <w:pPr>
              <w:spacing w:before="100" w:beforeAutospacing="1" w:after="100" w:afterAutospacing="1"/>
              <w:rPr>
                <w:rFonts w:ascii="Times New Roman" w:hAnsi="Times New Roman" w:cs="Times New Roman"/>
                <w:sz w:val="24"/>
                <w:szCs w:val="24"/>
              </w:rPr>
            </w:pPr>
            <w:r w:rsidRPr="00BB55AC">
              <w:rPr>
                <w:rStyle w:val="Strong"/>
                <w:rFonts w:ascii="Times New Roman" w:hAnsi="Times New Roman" w:cs="Times New Roman"/>
                <w:sz w:val="24"/>
                <w:szCs w:val="24"/>
              </w:rPr>
              <w:t>Powers, Functions and Duties Assigned to the Position (Briefly)</w:t>
            </w:r>
          </w:p>
        </w:tc>
      </w:tr>
      <w:tr w:rsidR="00CB168C" w:rsidRPr="00BB55AC" w:rsidTr="009B0DBB">
        <w:trPr>
          <w:trHeight w:val="462"/>
        </w:trPr>
        <w:tc>
          <w:tcPr>
            <w:tcW w:w="2538" w:type="dxa"/>
          </w:tcPr>
          <w:p w:rsidR="00CB168C" w:rsidRPr="00BB55AC" w:rsidRDefault="00CB168C" w:rsidP="00BB55AC">
            <w:pPr>
              <w:pStyle w:val="Heading3"/>
              <w:outlineLvl w:val="2"/>
              <w:rPr>
                <w:rFonts w:ascii="Times New Roman" w:hAnsi="Times New Roman" w:cs="Times New Roman"/>
                <w:b w:val="0"/>
                <w:bCs w:val="0"/>
                <w:color w:val="000000" w:themeColor="text1"/>
                <w:sz w:val="24"/>
                <w:szCs w:val="24"/>
              </w:rPr>
            </w:pPr>
            <w:r w:rsidRPr="00BB55AC">
              <w:rPr>
                <w:rFonts w:ascii="Times New Roman" w:hAnsi="Times New Roman" w:cs="Times New Roman"/>
                <w:b w:val="0"/>
                <w:bCs w:val="0"/>
                <w:color w:val="000000" w:themeColor="text1"/>
                <w:sz w:val="24"/>
                <w:szCs w:val="24"/>
              </w:rPr>
              <w:t>Chairman</w:t>
            </w:r>
          </w:p>
        </w:tc>
        <w:tc>
          <w:tcPr>
            <w:tcW w:w="7746" w:type="dxa"/>
          </w:tcPr>
          <w:p w:rsidR="00CB168C" w:rsidRPr="00BB55AC" w:rsidRDefault="00CB168C" w:rsidP="00BB55AC">
            <w:pPr>
              <w:pStyle w:val="isselectedend"/>
            </w:pPr>
            <w:r w:rsidRPr="00BB55AC">
              <w:t>To perform the functions and duties and exercise the powers vested under the Act No. 50 of 1998.</w:t>
            </w:r>
          </w:p>
        </w:tc>
      </w:tr>
      <w:tr w:rsidR="00CB168C" w:rsidRPr="00BB55AC" w:rsidTr="009B0DBB">
        <w:trPr>
          <w:trHeight w:val="462"/>
        </w:trPr>
        <w:tc>
          <w:tcPr>
            <w:tcW w:w="2538" w:type="dxa"/>
          </w:tcPr>
          <w:p w:rsidR="00CB168C" w:rsidRPr="00BB55AC" w:rsidRDefault="00CB168C" w:rsidP="00BB55AC">
            <w:pPr>
              <w:pStyle w:val="Heading3"/>
              <w:outlineLvl w:val="2"/>
              <w:rPr>
                <w:rFonts w:ascii="Times New Roman" w:hAnsi="Times New Roman" w:cs="Times New Roman"/>
                <w:b w:val="0"/>
                <w:bCs w:val="0"/>
                <w:color w:val="000000" w:themeColor="text1"/>
                <w:sz w:val="24"/>
                <w:szCs w:val="24"/>
              </w:rPr>
            </w:pPr>
            <w:r w:rsidRPr="00BB55AC">
              <w:rPr>
                <w:rFonts w:ascii="Times New Roman" w:hAnsi="Times New Roman" w:cs="Times New Roman"/>
                <w:b w:val="0"/>
                <w:bCs w:val="0"/>
                <w:color w:val="000000" w:themeColor="text1"/>
                <w:sz w:val="24"/>
                <w:szCs w:val="24"/>
              </w:rPr>
              <w:t>Deputy Chairman</w:t>
            </w:r>
          </w:p>
        </w:tc>
        <w:tc>
          <w:tcPr>
            <w:tcW w:w="7746" w:type="dxa"/>
          </w:tcPr>
          <w:p w:rsidR="00CB168C" w:rsidRPr="00BB55AC" w:rsidRDefault="00CB168C" w:rsidP="00BB55AC">
            <w:pPr>
              <w:pStyle w:val="NormalWeb"/>
            </w:pPr>
            <w:r w:rsidRPr="00BB55AC">
              <w:t>To perform the functions and duties and exercise the powers vested under the Act No. 50 of 1998.</w:t>
            </w:r>
          </w:p>
        </w:tc>
      </w:tr>
      <w:tr w:rsidR="009B0DBB" w:rsidRPr="00BB55AC" w:rsidTr="009B0DBB">
        <w:trPr>
          <w:trHeight w:val="462"/>
        </w:trPr>
        <w:tc>
          <w:tcPr>
            <w:tcW w:w="2538" w:type="dxa"/>
          </w:tcPr>
          <w:p w:rsidR="009B0DBB" w:rsidRPr="00BB55AC" w:rsidRDefault="00570EFC" w:rsidP="00A32EDC">
            <w:pPr>
              <w:spacing w:line="276" w:lineRule="auto"/>
              <w:rPr>
                <w:rFonts w:ascii="Times New Roman" w:hAnsi="Times New Roman" w:cs="Times New Roman"/>
                <w:sz w:val="24"/>
                <w:szCs w:val="24"/>
                <w:cs/>
                <w:lang w:bidi="si-LK"/>
              </w:rPr>
            </w:pPr>
            <w:r w:rsidRPr="00BB55AC">
              <w:rPr>
                <w:rFonts w:ascii="Times New Roman" w:hAnsi="Times New Roman" w:cs="Times New Roman"/>
                <w:sz w:val="24"/>
                <w:szCs w:val="24"/>
              </w:rPr>
              <w:t>Director General</w:t>
            </w:r>
          </w:p>
        </w:tc>
        <w:tc>
          <w:tcPr>
            <w:tcW w:w="7746" w:type="dxa"/>
          </w:tcPr>
          <w:p w:rsidR="00570EFC" w:rsidRPr="00BB55AC" w:rsidRDefault="00570EFC" w:rsidP="00570EFC">
            <w:pPr>
              <w:rPr>
                <w:rFonts w:ascii="Times New Roman" w:eastAsia="Times New Roman" w:hAnsi="Times New Roman" w:cs="Times New Roman"/>
                <w:sz w:val="24"/>
                <w:szCs w:val="24"/>
                <w:lang w:bidi="si-LK"/>
              </w:rPr>
            </w:pPr>
            <w:r w:rsidRPr="00BB55AC">
              <w:rPr>
                <w:rFonts w:ascii="Times New Roman" w:eastAsia="Times New Roman" w:hAnsi="Times New Roman" w:cs="Times New Roman"/>
                <w:sz w:val="24"/>
                <w:szCs w:val="24"/>
                <w:lang w:bidi="si-LK"/>
              </w:rPr>
              <w:t>To be accountable to the Board of Directors for achieving the vision and mission of the Authority.</w:t>
            </w:r>
          </w:p>
          <w:p w:rsidR="00570EFC" w:rsidRPr="00BB55AC" w:rsidRDefault="00570EFC" w:rsidP="00570EFC">
            <w:pPr>
              <w:rPr>
                <w:rFonts w:ascii="Times New Roman" w:eastAsia="Times New Roman" w:hAnsi="Times New Roman" w:cs="Times New Roman"/>
                <w:sz w:val="24"/>
                <w:szCs w:val="24"/>
                <w:lang w:bidi="si-LK"/>
              </w:rPr>
            </w:pPr>
            <w:r w:rsidRPr="00BB55AC">
              <w:rPr>
                <w:rFonts w:ascii="Times New Roman" w:eastAsia="Times New Roman" w:hAnsi="Times New Roman" w:cs="Times New Roman"/>
                <w:sz w:val="24"/>
                <w:szCs w:val="24"/>
                <w:lang w:bidi="si-LK"/>
              </w:rPr>
              <w:t>To prepare, implement and monitor the Corporate Plan, Annual Reports and Financial Reports of the Authority.</w:t>
            </w:r>
          </w:p>
          <w:p w:rsidR="00570EFC" w:rsidRPr="00BB55AC" w:rsidRDefault="00570EFC" w:rsidP="00570EFC">
            <w:pPr>
              <w:rPr>
                <w:rFonts w:ascii="Times New Roman" w:eastAsia="Times New Roman" w:hAnsi="Times New Roman" w:cs="Times New Roman"/>
                <w:sz w:val="24"/>
                <w:szCs w:val="24"/>
                <w:lang w:bidi="si-LK"/>
              </w:rPr>
            </w:pPr>
            <w:r w:rsidRPr="00BB55AC">
              <w:rPr>
                <w:rFonts w:ascii="Times New Roman" w:eastAsia="Times New Roman" w:hAnsi="Times New Roman" w:cs="Times New Roman"/>
                <w:sz w:val="24"/>
                <w:szCs w:val="24"/>
                <w:lang w:bidi="si-LK"/>
              </w:rPr>
              <w:t>To be responsible for the administrative and financial management of all divisions of the Authority and for their activities.</w:t>
            </w:r>
          </w:p>
          <w:p w:rsidR="00570EFC" w:rsidRPr="00BB55AC" w:rsidRDefault="00570EFC" w:rsidP="00570EFC">
            <w:pPr>
              <w:rPr>
                <w:rFonts w:ascii="Times New Roman" w:eastAsia="Times New Roman" w:hAnsi="Times New Roman" w:cs="Times New Roman"/>
                <w:sz w:val="24"/>
                <w:szCs w:val="24"/>
                <w:lang w:bidi="si-LK"/>
              </w:rPr>
            </w:pPr>
            <w:r w:rsidRPr="00BB55AC">
              <w:rPr>
                <w:rFonts w:ascii="Times New Roman" w:eastAsia="Times New Roman" w:hAnsi="Times New Roman" w:cs="Times New Roman"/>
                <w:sz w:val="24"/>
                <w:szCs w:val="24"/>
                <w:lang w:bidi="si-LK"/>
              </w:rPr>
              <w:t>To formulate and revise recruitment procedures, maintain staff discipline, and exercise overall administrative and financial control of the Authority.</w:t>
            </w:r>
          </w:p>
          <w:p w:rsidR="00570EFC" w:rsidRPr="00BB55AC" w:rsidRDefault="00570EFC" w:rsidP="00570EFC">
            <w:pPr>
              <w:rPr>
                <w:rFonts w:ascii="Times New Roman" w:eastAsia="Times New Roman" w:hAnsi="Times New Roman" w:cs="Times New Roman"/>
                <w:sz w:val="24"/>
                <w:szCs w:val="24"/>
                <w:lang w:bidi="si-LK"/>
              </w:rPr>
            </w:pPr>
            <w:r w:rsidRPr="00BB55AC">
              <w:rPr>
                <w:rFonts w:ascii="Times New Roman" w:eastAsia="Times New Roman" w:hAnsi="Times New Roman" w:cs="Times New Roman"/>
                <w:sz w:val="24"/>
                <w:szCs w:val="24"/>
                <w:lang w:bidi="si-LK"/>
              </w:rPr>
              <w:t>To conduct performance evaluations of employees and plan and implement human resource development programmes.</w:t>
            </w:r>
          </w:p>
          <w:p w:rsidR="0051747D" w:rsidRPr="00BB55AC" w:rsidRDefault="00570EFC" w:rsidP="00570EFC">
            <w:pPr>
              <w:spacing w:line="276" w:lineRule="auto"/>
              <w:jc w:val="both"/>
              <w:rPr>
                <w:rFonts w:ascii="Times New Roman" w:hAnsi="Times New Roman" w:cs="Times New Roman"/>
                <w:sz w:val="24"/>
                <w:szCs w:val="24"/>
                <w:cs/>
                <w:lang w:bidi="si-LK"/>
              </w:rPr>
            </w:pPr>
            <w:r w:rsidRPr="00BB55AC">
              <w:rPr>
                <w:rFonts w:ascii="Times New Roman" w:eastAsia="Times New Roman" w:hAnsi="Times New Roman" w:cs="Times New Roman"/>
                <w:sz w:val="24"/>
                <w:szCs w:val="24"/>
                <w:lang w:bidi="si-LK"/>
              </w:rPr>
              <w:t>To represent the National Child Protection Authority at local and international conferences, workshops and other relevant meetings, and to perform duties including issuing necessary instructions and recommendations for the effective functioning of the Authority.</w:t>
            </w:r>
          </w:p>
        </w:tc>
      </w:tr>
      <w:tr w:rsidR="0061556E" w:rsidRPr="00BB55AC" w:rsidTr="009B0DBB">
        <w:trPr>
          <w:trHeight w:val="462"/>
        </w:trPr>
        <w:tc>
          <w:tcPr>
            <w:tcW w:w="2538" w:type="dxa"/>
          </w:tcPr>
          <w:p w:rsidR="00AA57B3" w:rsidRPr="00BB55AC" w:rsidRDefault="00AA57B3" w:rsidP="00AA57B3">
            <w:pPr>
              <w:pStyle w:val="Heading3"/>
              <w:outlineLvl w:val="2"/>
              <w:rPr>
                <w:rFonts w:ascii="Times New Roman" w:hAnsi="Times New Roman" w:cs="Times New Roman"/>
                <w:b w:val="0"/>
                <w:bCs w:val="0"/>
                <w:color w:val="000000" w:themeColor="text1"/>
                <w:sz w:val="24"/>
                <w:szCs w:val="24"/>
              </w:rPr>
            </w:pPr>
            <w:r w:rsidRPr="00BB55AC">
              <w:rPr>
                <w:rFonts w:ascii="Times New Roman" w:hAnsi="Times New Roman" w:cs="Times New Roman"/>
                <w:b w:val="0"/>
                <w:bCs w:val="0"/>
                <w:color w:val="000000" w:themeColor="text1"/>
                <w:sz w:val="24"/>
                <w:szCs w:val="24"/>
              </w:rPr>
              <w:t>Deputy Director General</w:t>
            </w:r>
          </w:p>
          <w:p w:rsidR="0061556E" w:rsidRPr="00BB55AC" w:rsidRDefault="0061556E" w:rsidP="00A32EDC">
            <w:pPr>
              <w:spacing w:line="276" w:lineRule="auto"/>
              <w:rPr>
                <w:rFonts w:ascii="Times New Roman" w:hAnsi="Times New Roman" w:cs="Times New Roman"/>
                <w:sz w:val="24"/>
                <w:szCs w:val="24"/>
                <w:cs/>
                <w:lang w:bidi="si-LK"/>
              </w:rPr>
            </w:pPr>
          </w:p>
        </w:tc>
        <w:tc>
          <w:tcPr>
            <w:tcW w:w="7746" w:type="dxa"/>
          </w:tcPr>
          <w:p w:rsidR="00AA57B3" w:rsidRPr="00BB55AC" w:rsidRDefault="00AA57B3" w:rsidP="00AA57B3">
            <w:pPr>
              <w:rPr>
                <w:rFonts w:ascii="Times New Roman" w:eastAsia="Times New Roman" w:hAnsi="Times New Roman" w:cs="Times New Roman"/>
                <w:sz w:val="24"/>
                <w:szCs w:val="24"/>
                <w:lang w:bidi="si-LK"/>
              </w:rPr>
            </w:pPr>
            <w:r w:rsidRPr="00BB55AC">
              <w:rPr>
                <w:rFonts w:ascii="Times New Roman" w:eastAsia="Times New Roman" w:hAnsi="Times New Roman" w:cs="Times New Roman"/>
                <w:sz w:val="24"/>
                <w:szCs w:val="24"/>
                <w:lang w:bidi="si-LK"/>
              </w:rPr>
              <w:t>To assist the Director General in achieving the vision and mission of the Authority.</w:t>
            </w:r>
          </w:p>
          <w:p w:rsidR="00AA57B3" w:rsidRPr="00BB55AC" w:rsidRDefault="00AA57B3" w:rsidP="00AA57B3">
            <w:pPr>
              <w:rPr>
                <w:rFonts w:ascii="Times New Roman" w:eastAsia="Times New Roman" w:hAnsi="Times New Roman" w:cs="Times New Roman"/>
                <w:sz w:val="24"/>
                <w:szCs w:val="24"/>
                <w:lang w:bidi="si-LK"/>
              </w:rPr>
            </w:pPr>
            <w:r w:rsidRPr="00BB55AC">
              <w:rPr>
                <w:rFonts w:ascii="Times New Roman" w:eastAsia="Times New Roman" w:hAnsi="Times New Roman" w:cs="Times New Roman"/>
                <w:sz w:val="24"/>
                <w:szCs w:val="24"/>
                <w:lang w:bidi="si-LK"/>
              </w:rPr>
              <w:t>To prepare, implement and coordinate the Corporate Plan, Annual Reports and Financial Reports of the Authority.</w:t>
            </w:r>
          </w:p>
          <w:p w:rsidR="00AA57B3" w:rsidRPr="00BB55AC" w:rsidRDefault="00AA57B3" w:rsidP="00AA57B3">
            <w:pPr>
              <w:rPr>
                <w:rFonts w:ascii="Times New Roman" w:eastAsia="Times New Roman" w:hAnsi="Times New Roman" w:cs="Times New Roman"/>
                <w:sz w:val="24"/>
                <w:szCs w:val="24"/>
                <w:lang w:bidi="si-LK"/>
              </w:rPr>
            </w:pPr>
            <w:r w:rsidRPr="00BB55AC">
              <w:rPr>
                <w:rFonts w:ascii="Times New Roman" w:eastAsia="Times New Roman" w:hAnsi="Times New Roman" w:cs="Times New Roman"/>
                <w:sz w:val="24"/>
                <w:szCs w:val="24"/>
                <w:lang w:bidi="si-LK"/>
              </w:rPr>
              <w:t>To assist the Director General in the administrative and financial management of all divisions of the Authority and in matters relating to their activities.</w:t>
            </w:r>
          </w:p>
          <w:p w:rsidR="00AA57B3" w:rsidRPr="00BB55AC" w:rsidRDefault="00AA57B3" w:rsidP="00AA57B3">
            <w:pPr>
              <w:rPr>
                <w:rFonts w:ascii="Times New Roman" w:eastAsia="Times New Roman" w:hAnsi="Times New Roman" w:cs="Times New Roman"/>
                <w:sz w:val="24"/>
                <w:szCs w:val="24"/>
                <w:lang w:bidi="si-LK"/>
              </w:rPr>
            </w:pPr>
            <w:r w:rsidRPr="00BB55AC">
              <w:rPr>
                <w:rFonts w:ascii="Times New Roman" w:eastAsia="Times New Roman" w:hAnsi="Times New Roman" w:cs="Times New Roman"/>
                <w:sz w:val="24"/>
                <w:szCs w:val="24"/>
                <w:lang w:bidi="si-LK"/>
              </w:rPr>
              <w:t>To formulate, review and coordinate recruitment procedures, maintain staff discipline, and assist in the overall administrative and financial control of the Authority.</w:t>
            </w:r>
          </w:p>
          <w:p w:rsidR="00AA57B3" w:rsidRPr="00BB55AC" w:rsidRDefault="00AA57B3" w:rsidP="00AA57B3">
            <w:pPr>
              <w:rPr>
                <w:rFonts w:ascii="Times New Roman" w:eastAsia="Times New Roman" w:hAnsi="Times New Roman" w:cs="Times New Roman"/>
                <w:sz w:val="24"/>
                <w:szCs w:val="24"/>
                <w:lang w:bidi="si-LK"/>
              </w:rPr>
            </w:pPr>
            <w:r w:rsidRPr="00BB55AC">
              <w:rPr>
                <w:rFonts w:ascii="Times New Roman" w:eastAsia="Times New Roman" w:hAnsi="Times New Roman" w:cs="Times New Roman"/>
                <w:sz w:val="24"/>
                <w:szCs w:val="24"/>
                <w:lang w:bidi="si-LK"/>
              </w:rPr>
              <w:t xml:space="preserve">To assist in conducting performance evaluations of employees </w:t>
            </w:r>
            <w:r w:rsidR="00C5790E" w:rsidRPr="00BB55AC">
              <w:rPr>
                <w:rFonts w:ascii="Times New Roman" w:eastAsia="Times New Roman" w:hAnsi="Times New Roman" w:cs="Times New Roman"/>
                <w:sz w:val="24"/>
                <w:szCs w:val="24"/>
                <w:lang w:bidi="si-LK"/>
              </w:rPr>
              <w:t>and plan and implement human resource development programmes.</w:t>
            </w:r>
          </w:p>
          <w:p w:rsidR="0061556E" w:rsidRPr="00BB55AC" w:rsidRDefault="00AA57B3" w:rsidP="00AA57B3">
            <w:pPr>
              <w:spacing w:line="276" w:lineRule="auto"/>
              <w:jc w:val="both"/>
              <w:rPr>
                <w:rFonts w:ascii="Times New Roman" w:hAnsi="Times New Roman" w:cs="Times New Roman"/>
                <w:sz w:val="24"/>
                <w:szCs w:val="24"/>
                <w:cs/>
                <w:lang w:bidi="si-LK"/>
              </w:rPr>
            </w:pPr>
            <w:r w:rsidRPr="00BB55AC">
              <w:rPr>
                <w:rFonts w:ascii="Times New Roman" w:eastAsia="Times New Roman" w:hAnsi="Times New Roman" w:cs="Times New Roman"/>
                <w:sz w:val="24"/>
                <w:szCs w:val="24"/>
                <w:lang w:bidi="si-LK"/>
              </w:rPr>
              <w:t>To perform duties including issuing necessary instructions and recommendations for the effective functioning of the Authority.</w:t>
            </w:r>
          </w:p>
        </w:tc>
      </w:tr>
    </w:tbl>
    <w:p w:rsidR="00D95717" w:rsidRPr="00BB55AC" w:rsidRDefault="00D95717" w:rsidP="00A32EDC">
      <w:pPr>
        <w:spacing w:after="0"/>
        <w:rPr>
          <w:rFonts w:ascii="Times New Roman" w:hAnsi="Times New Roman" w:cs="Times New Roman"/>
          <w:b/>
          <w:sz w:val="24"/>
          <w:szCs w:val="24"/>
          <w:lang w:bidi="si-LK"/>
        </w:rPr>
      </w:pPr>
    </w:p>
    <w:p w:rsidR="001D4FA9" w:rsidRPr="00BB55AC" w:rsidRDefault="001D4FA9" w:rsidP="001D4FA9">
      <w:pPr>
        <w:pStyle w:val="isselectedend"/>
      </w:pPr>
      <w:r w:rsidRPr="00BB55AC">
        <w:rPr>
          <w:rStyle w:val="Strong"/>
          <w:b w:val="0"/>
          <w:bCs w:val="0"/>
        </w:rPr>
        <w:t>I. Name of the Ministry / Public Authority:</w:t>
      </w:r>
      <w:r w:rsidRPr="00BB55AC">
        <w:t xml:space="preserve"> </w:t>
      </w:r>
      <w:r w:rsidRPr="00BB55AC">
        <w:rPr>
          <w:b/>
          <w:bCs/>
        </w:rPr>
        <w:t>Department of Probation and Child Care Services</w:t>
      </w:r>
    </w:p>
    <w:p w:rsidR="001568EA" w:rsidRPr="00BB55AC" w:rsidRDefault="001D4FA9" w:rsidP="00BC6D81">
      <w:pPr>
        <w:pStyle w:val="NormalWeb"/>
        <w:rPr>
          <w:b/>
          <w:bCs/>
        </w:rPr>
      </w:pPr>
      <w:r w:rsidRPr="00BB55AC">
        <w:rPr>
          <w:rStyle w:val="Strong"/>
          <w:b w:val="0"/>
          <w:bCs w:val="0"/>
        </w:rPr>
        <w:t xml:space="preserve">II. Powers, Functions and Duties </w:t>
      </w:r>
      <w:r w:rsidR="00A4797F" w:rsidRPr="00BB55AC">
        <w:rPr>
          <w:rStyle w:val="Strong"/>
          <w:b w:val="0"/>
          <w:bCs w:val="0"/>
        </w:rPr>
        <w:t>according to designations</w:t>
      </w:r>
      <w:r w:rsidRPr="00BB55AC">
        <w:rPr>
          <w:rStyle w:val="Strong"/>
          <w:b w:val="0"/>
          <w:bCs w:val="0"/>
        </w:rPr>
        <w:t>:</w:t>
      </w:r>
    </w:p>
    <w:tbl>
      <w:tblPr>
        <w:tblStyle w:val="TableGrid"/>
        <w:tblW w:w="10284" w:type="dxa"/>
        <w:tblLook w:val="04A0"/>
      </w:tblPr>
      <w:tblGrid>
        <w:gridCol w:w="1830"/>
        <w:gridCol w:w="8454"/>
      </w:tblGrid>
      <w:tr w:rsidR="001D4FA9" w:rsidRPr="00BB55AC" w:rsidTr="001D4FA9">
        <w:trPr>
          <w:trHeight w:val="503"/>
        </w:trPr>
        <w:tc>
          <w:tcPr>
            <w:tcW w:w="1818" w:type="dxa"/>
          </w:tcPr>
          <w:p w:rsidR="001D4FA9" w:rsidRPr="00BB55AC" w:rsidRDefault="001D4FA9" w:rsidP="00BB55AC">
            <w:pPr>
              <w:pStyle w:val="pdq2pgselectionanchorcontainer"/>
            </w:pPr>
            <w:r w:rsidRPr="00BB55AC">
              <w:rPr>
                <w:rStyle w:val="Strong"/>
              </w:rPr>
              <w:t>Key Positions</w:t>
            </w:r>
          </w:p>
        </w:tc>
        <w:tc>
          <w:tcPr>
            <w:tcW w:w="8466" w:type="dxa"/>
          </w:tcPr>
          <w:p w:rsidR="001D4FA9" w:rsidRPr="00BB55AC" w:rsidRDefault="001D4FA9" w:rsidP="00BB55AC">
            <w:pPr>
              <w:spacing w:before="100" w:beforeAutospacing="1" w:after="100" w:afterAutospacing="1"/>
              <w:rPr>
                <w:rFonts w:ascii="Times New Roman" w:hAnsi="Times New Roman" w:cs="Times New Roman"/>
                <w:sz w:val="24"/>
                <w:szCs w:val="24"/>
              </w:rPr>
            </w:pPr>
            <w:r w:rsidRPr="00BB55AC">
              <w:rPr>
                <w:rStyle w:val="Strong"/>
                <w:rFonts w:ascii="Times New Roman" w:hAnsi="Times New Roman" w:cs="Times New Roman"/>
                <w:sz w:val="24"/>
                <w:szCs w:val="24"/>
              </w:rPr>
              <w:t>Powers, Functions and Duties Assigned to the Position (Briefly)</w:t>
            </w:r>
          </w:p>
        </w:tc>
      </w:tr>
      <w:tr w:rsidR="00215742" w:rsidRPr="00BB55AC" w:rsidTr="001568EA">
        <w:trPr>
          <w:trHeight w:val="462"/>
        </w:trPr>
        <w:tc>
          <w:tcPr>
            <w:tcW w:w="1818" w:type="dxa"/>
          </w:tcPr>
          <w:p w:rsidR="00215742" w:rsidRPr="00BB55AC" w:rsidRDefault="001D4FA9" w:rsidP="00A32EDC">
            <w:pPr>
              <w:spacing w:line="276" w:lineRule="auto"/>
              <w:rPr>
                <w:rFonts w:ascii="Times New Roman" w:hAnsi="Times New Roman" w:cs="Times New Roman"/>
                <w:b/>
                <w:bCs/>
                <w:sz w:val="24"/>
                <w:szCs w:val="24"/>
                <w:lang w:bidi="si-LK"/>
              </w:rPr>
            </w:pPr>
            <w:r w:rsidRPr="00BB55AC">
              <w:rPr>
                <w:rStyle w:val="Strong"/>
                <w:rFonts w:ascii="Times New Roman" w:hAnsi="Times New Roman" w:cs="Times New Roman"/>
                <w:b w:val="0"/>
                <w:bCs w:val="0"/>
                <w:sz w:val="24"/>
                <w:szCs w:val="24"/>
              </w:rPr>
              <w:t>Commissioner</w:t>
            </w:r>
          </w:p>
        </w:tc>
        <w:tc>
          <w:tcPr>
            <w:tcW w:w="8466" w:type="dxa"/>
          </w:tcPr>
          <w:p w:rsidR="001D4FA9" w:rsidRPr="00BB55AC" w:rsidRDefault="001D4FA9" w:rsidP="00BB55AC">
            <w:pPr>
              <w:pStyle w:val="ListParagraph"/>
              <w:numPr>
                <w:ilvl w:val="0"/>
                <w:numId w:val="33"/>
              </w:numPr>
              <w:rPr>
                <w:rFonts w:ascii="Times New Roman" w:eastAsia="Times New Roman" w:hAnsi="Times New Roman" w:cs="Times New Roman"/>
                <w:sz w:val="24"/>
                <w:szCs w:val="24"/>
                <w:lang w:bidi="si-LK"/>
              </w:rPr>
            </w:pPr>
            <w:r w:rsidRPr="00BB55AC">
              <w:rPr>
                <w:rFonts w:ascii="Times New Roman" w:eastAsia="Times New Roman" w:hAnsi="Times New Roman" w:cs="Times New Roman"/>
                <w:sz w:val="24"/>
                <w:szCs w:val="24"/>
                <w:lang w:bidi="si-LK"/>
              </w:rPr>
              <w:t>To direct the activities of the Department to achieve the vision and mission of the Department of Probation and Child Care Services.</w:t>
            </w:r>
          </w:p>
          <w:p w:rsidR="001D4FA9" w:rsidRPr="00BB55AC" w:rsidRDefault="001D4FA9" w:rsidP="00BB55AC">
            <w:pPr>
              <w:pStyle w:val="ListParagraph"/>
              <w:numPr>
                <w:ilvl w:val="0"/>
                <w:numId w:val="33"/>
              </w:numPr>
              <w:rPr>
                <w:rFonts w:ascii="Times New Roman" w:eastAsia="Times New Roman" w:hAnsi="Times New Roman" w:cs="Times New Roman"/>
                <w:sz w:val="24"/>
                <w:szCs w:val="24"/>
                <w:lang w:bidi="si-LK"/>
              </w:rPr>
            </w:pPr>
            <w:r w:rsidRPr="00BB55AC">
              <w:rPr>
                <w:rFonts w:ascii="Times New Roman" w:eastAsia="Times New Roman" w:hAnsi="Times New Roman" w:cs="Times New Roman"/>
                <w:sz w:val="24"/>
                <w:szCs w:val="24"/>
                <w:lang w:bidi="si-LK"/>
              </w:rPr>
              <w:t xml:space="preserve">To formulate and implement service programmes and projects in line with international standards to safeguard the rights of children in vulnerable </w:t>
            </w:r>
            <w:r w:rsidRPr="00BB55AC">
              <w:rPr>
                <w:rFonts w:ascii="Times New Roman" w:eastAsia="Times New Roman" w:hAnsi="Times New Roman" w:cs="Times New Roman"/>
                <w:sz w:val="24"/>
                <w:szCs w:val="24"/>
                <w:lang w:bidi="si-LK"/>
              </w:rPr>
              <w:lastRenderedPageBreak/>
              <w:t>situations.</w:t>
            </w:r>
          </w:p>
          <w:p w:rsidR="001D4FA9" w:rsidRPr="00BB55AC" w:rsidRDefault="001D4FA9" w:rsidP="00BB55AC">
            <w:pPr>
              <w:pStyle w:val="ListParagraph"/>
              <w:numPr>
                <w:ilvl w:val="0"/>
                <w:numId w:val="33"/>
              </w:numPr>
              <w:rPr>
                <w:rFonts w:ascii="Times New Roman" w:eastAsia="Times New Roman" w:hAnsi="Times New Roman" w:cs="Times New Roman"/>
                <w:sz w:val="24"/>
                <w:szCs w:val="24"/>
                <w:lang w:bidi="si-LK"/>
              </w:rPr>
            </w:pPr>
            <w:r w:rsidRPr="00BB55AC">
              <w:rPr>
                <w:rFonts w:ascii="Times New Roman" w:eastAsia="Times New Roman" w:hAnsi="Times New Roman" w:cs="Times New Roman"/>
                <w:sz w:val="24"/>
                <w:szCs w:val="24"/>
                <w:lang w:bidi="si-LK"/>
              </w:rPr>
              <w:t>To implement all Acts and Ordinances relevant to the Department.</w:t>
            </w:r>
          </w:p>
          <w:p w:rsidR="00215742" w:rsidRPr="00BB55AC" w:rsidRDefault="001D4FA9" w:rsidP="00BB55AC">
            <w:pPr>
              <w:pStyle w:val="ListParagraph"/>
              <w:numPr>
                <w:ilvl w:val="0"/>
                <w:numId w:val="33"/>
              </w:numPr>
              <w:jc w:val="both"/>
              <w:textAlignment w:val="baseline"/>
              <w:rPr>
                <w:rFonts w:ascii="Times New Roman" w:eastAsia="Times New Roman" w:hAnsi="Times New Roman" w:cs="Times New Roman"/>
                <w:sz w:val="24"/>
                <w:szCs w:val="24"/>
                <w:rtl/>
                <w:cs/>
              </w:rPr>
            </w:pPr>
            <w:r w:rsidRPr="00BB55AC">
              <w:rPr>
                <w:rFonts w:ascii="Times New Roman" w:eastAsia="Times New Roman" w:hAnsi="Times New Roman" w:cs="Times New Roman"/>
                <w:sz w:val="24"/>
                <w:szCs w:val="24"/>
                <w:lang w:bidi="si-LK"/>
              </w:rPr>
              <w:t>To direct and supervise the staff to achieve the functions and objectives of the Department.</w:t>
            </w:r>
          </w:p>
        </w:tc>
      </w:tr>
      <w:tr w:rsidR="001568EA" w:rsidRPr="00BB55AC" w:rsidTr="001568EA">
        <w:trPr>
          <w:trHeight w:val="462"/>
        </w:trPr>
        <w:tc>
          <w:tcPr>
            <w:tcW w:w="1818" w:type="dxa"/>
          </w:tcPr>
          <w:p w:rsidR="001568EA" w:rsidRPr="00BB55AC" w:rsidRDefault="001D4FA9" w:rsidP="00A32EDC">
            <w:pPr>
              <w:spacing w:line="276" w:lineRule="auto"/>
              <w:jc w:val="both"/>
              <w:rPr>
                <w:rFonts w:ascii="Times New Roman" w:eastAsia="Times New Roman" w:hAnsi="Times New Roman" w:cs="Times New Roman"/>
                <w:b/>
                <w:bCs/>
                <w:sz w:val="24"/>
                <w:szCs w:val="24"/>
              </w:rPr>
            </w:pPr>
            <w:r w:rsidRPr="00BB55AC">
              <w:rPr>
                <w:rStyle w:val="Strong"/>
                <w:rFonts w:ascii="Times New Roman" w:hAnsi="Times New Roman" w:cs="Times New Roman"/>
                <w:b w:val="0"/>
                <w:bCs w:val="0"/>
                <w:sz w:val="24"/>
                <w:szCs w:val="24"/>
              </w:rPr>
              <w:lastRenderedPageBreak/>
              <w:t>Deputy Commissioner (Development)</w:t>
            </w:r>
          </w:p>
        </w:tc>
        <w:tc>
          <w:tcPr>
            <w:tcW w:w="8466" w:type="dxa"/>
          </w:tcPr>
          <w:p w:rsidR="001D4FA9" w:rsidRPr="00BB55AC" w:rsidRDefault="001D4FA9" w:rsidP="00BB55AC">
            <w:pPr>
              <w:pStyle w:val="ListParagraph"/>
              <w:numPr>
                <w:ilvl w:val="0"/>
                <w:numId w:val="34"/>
              </w:numPr>
              <w:rPr>
                <w:rFonts w:ascii="Times New Roman" w:eastAsia="Times New Roman" w:hAnsi="Times New Roman" w:cs="Times New Roman"/>
                <w:sz w:val="24"/>
                <w:szCs w:val="24"/>
                <w:lang w:bidi="si-LK"/>
              </w:rPr>
            </w:pPr>
            <w:r w:rsidRPr="00BB55AC">
              <w:rPr>
                <w:rFonts w:ascii="Times New Roman" w:eastAsia="Times New Roman" w:hAnsi="Times New Roman" w:cs="Times New Roman"/>
                <w:sz w:val="24"/>
                <w:szCs w:val="24"/>
                <w:lang w:bidi="si-LK"/>
              </w:rPr>
              <w:t xml:space="preserve">To direct and supervise the duties of officers in the Development Division; ensure the timely submission of reports; provide information required for updating the Department’s official website and </w:t>
            </w:r>
            <w:r w:rsidR="00C86BE6" w:rsidRPr="00BB55AC">
              <w:rPr>
                <w:rFonts w:ascii="Times New Roman" w:eastAsia="Times New Roman" w:hAnsi="Times New Roman" w:cs="Times New Roman"/>
                <w:sz w:val="24"/>
                <w:szCs w:val="24"/>
                <w:lang w:bidi="si-LK"/>
              </w:rPr>
              <w:t>Face Book</w:t>
            </w:r>
            <w:r w:rsidRPr="00BB55AC">
              <w:rPr>
                <w:rFonts w:ascii="Times New Roman" w:eastAsia="Times New Roman" w:hAnsi="Times New Roman" w:cs="Times New Roman"/>
                <w:sz w:val="24"/>
                <w:szCs w:val="24"/>
                <w:lang w:bidi="si-LK"/>
              </w:rPr>
              <w:t xml:space="preserve"> account; respond to all inquiries relating to the Division (Parliamentary inquiries/ requests under the Right to Information Act/audit queries) and perform other duties assigned by the Commissioner.</w:t>
            </w:r>
          </w:p>
          <w:p w:rsidR="001D4FA9" w:rsidRPr="00BB55AC" w:rsidRDefault="001D4FA9" w:rsidP="00BB55AC">
            <w:pPr>
              <w:pStyle w:val="ListParagraph"/>
              <w:numPr>
                <w:ilvl w:val="0"/>
                <w:numId w:val="34"/>
              </w:numPr>
              <w:rPr>
                <w:rFonts w:ascii="Times New Roman" w:eastAsia="Times New Roman" w:hAnsi="Times New Roman" w:cs="Times New Roman"/>
                <w:sz w:val="24"/>
                <w:szCs w:val="24"/>
                <w:lang w:bidi="si-LK"/>
              </w:rPr>
            </w:pPr>
            <w:r w:rsidRPr="00BB55AC">
              <w:rPr>
                <w:rFonts w:ascii="Times New Roman" w:eastAsia="Times New Roman" w:hAnsi="Times New Roman" w:cs="Times New Roman"/>
                <w:sz w:val="24"/>
                <w:szCs w:val="24"/>
                <w:lang w:bidi="si-LK"/>
              </w:rPr>
              <w:t>To report information relating to the Convention on the Rights of the Child and prepare periodic reports; attend to duties relating to public complaints concerning children; coordinate all activities relating to Children’s Clubs; undertake all duties relating to the Steering Committee on Child Rights; and conduct awareness-raising activities on child rights and matters relating to children.</w:t>
            </w:r>
          </w:p>
          <w:p w:rsidR="001D4FA9" w:rsidRPr="00BB55AC" w:rsidRDefault="001D4FA9" w:rsidP="00BB55AC">
            <w:pPr>
              <w:pStyle w:val="ListParagraph"/>
              <w:numPr>
                <w:ilvl w:val="0"/>
                <w:numId w:val="34"/>
              </w:numPr>
              <w:rPr>
                <w:rFonts w:ascii="Times New Roman" w:eastAsia="Times New Roman" w:hAnsi="Times New Roman" w:cs="Times New Roman"/>
                <w:sz w:val="24"/>
                <w:szCs w:val="24"/>
                <w:lang w:bidi="si-LK"/>
              </w:rPr>
            </w:pPr>
            <w:r w:rsidRPr="00BB55AC">
              <w:rPr>
                <w:rFonts w:ascii="Times New Roman" w:eastAsia="Times New Roman" w:hAnsi="Times New Roman" w:cs="Times New Roman"/>
                <w:sz w:val="24"/>
                <w:szCs w:val="24"/>
                <w:lang w:bidi="si-LK"/>
              </w:rPr>
              <w:t>To organize the National Celebration of World Children’s Day and organize and coordinate international and national workshops.</w:t>
            </w:r>
          </w:p>
          <w:p w:rsidR="001568EA" w:rsidRPr="00BB55AC" w:rsidRDefault="001D4FA9" w:rsidP="00BB55AC">
            <w:pPr>
              <w:pStyle w:val="ListParagraph"/>
              <w:numPr>
                <w:ilvl w:val="0"/>
                <w:numId w:val="34"/>
              </w:numPr>
              <w:rPr>
                <w:rFonts w:ascii="Times New Roman" w:eastAsia="Times New Roman" w:hAnsi="Times New Roman" w:cs="Times New Roman"/>
                <w:sz w:val="24"/>
                <w:szCs w:val="24"/>
              </w:rPr>
            </w:pPr>
            <w:r w:rsidRPr="00BB55AC">
              <w:rPr>
                <w:rFonts w:ascii="Times New Roman" w:eastAsia="Times New Roman" w:hAnsi="Times New Roman" w:cs="Times New Roman"/>
                <w:sz w:val="24"/>
                <w:szCs w:val="24"/>
                <w:lang w:bidi="si-LK"/>
              </w:rPr>
              <w:t xml:space="preserve">To undertake all duties relating to </w:t>
            </w:r>
            <w:r w:rsidR="00A642E2" w:rsidRPr="00BB55AC">
              <w:rPr>
                <w:rFonts w:ascii="Times New Roman" w:eastAsia="Times New Roman" w:hAnsi="Times New Roman" w:cs="Times New Roman"/>
                <w:sz w:val="24"/>
                <w:szCs w:val="24"/>
                <w:lang w:bidi="si-LK"/>
              </w:rPr>
              <w:t>funding</w:t>
            </w:r>
            <w:r w:rsidRPr="00BB55AC">
              <w:rPr>
                <w:rFonts w:ascii="Times New Roman" w:eastAsia="Times New Roman" w:hAnsi="Times New Roman" w:cs="Times New Roman"/>
                <w:sz w:val="24"/>
                <w:szCs w:val="24"/>
                <w:lang w:bidi="si-LK"/>
              </w:rPr>
              <w:t xml:space="preserve"> programmes and supervise and coordinate all activities implemented under foreign-funded programmes.</w:t>
            </w:r>
          </w:p>
        </w:tc>
      </w:tr>
      <w:tr w:rsidR="001568EA" w:rsidRPr="00BB55AC" w:rsidTr="001568EA">
        <w:trPr>
          <w:trHeight w:val="462"/>
        </w:trPr>
        <w:tc>
          <w:tcPr>
            <w:tcW w:w="1818" w:type="dxa"/>
          </w:tcPr>
          <w:p w:rsidR="001568EA" w:rsidRPr="00BB55AC" w:rsidRDefault="00954AD8" w:rsidP="00A32EDC">
            <w:pPr>
              <w:spacing w:line="276" w:lineRule="auto"/>
              <w:jc w:val="both"/>
              <w:rPr>
                <w:rFonts w:ascii="Times New Roman" w:eastAsia="Times New Roman" w:hAnsi="Times New Roman" w:cs="Times New Roman"/>
                <w:sz w:val="24"/>
                <w:szCs w:val="24"/>
              </w:rPr>
            </w:pPr>
            <w:r w:rsidRPr="00BB55AC">
              <w:rPr>
                <w:rFonts w:ascii="Times New Roman" w:hAnsi="Times New Roman" w:cs="Times New Roman"/>
                <w:sz w:val="24"/>
                <w:szCs w:val="24"/>
              </w:rPr>
              <w:t>Assistant Commissioner (Administration)</w:t>
            </w:r>
          </w:p>
        </w:tc>
        <w:tc>
          <w:tcPr>
            <w:tcW w:w="8466" w:type="dxa"/>
          </w:tcPr>
          <w:p w:rsidR="00954AD8" w:rsidRPr="00BB55AC" w:rsidRDefault="00954AD8" w:rsidP="00BB55AC">
            <w:pPr>
              <w:pStyle w:val="ListParagraph"/>
              <w:numPr>
                <w:ilvl w:val="0"/>
                <w:numId w:val="35"/>
              </w:numPr>
              <w:rPr>
                <w:rFonts w:ascii="Times New Roman" w:eastAsia="Times New Roman" w:hAnsi="Times New Roman" w:cs="Times New Roman"/>
                <w:sz w:val="24"/>
                <w:szCs w:val="24"/>
                <w:lang w:bidi="si-LK"/>
              </w:rPr>
            </w:pPr>
            <w:r w:rsidRPr="00BB55AC">
              <w:rPr>
                <w:rFonts w:ascii="Times New Roman" w:eastAsia="Times New Roman" w:hAnsi="Times New Roman" w:cs="Times New Roman"/>
                <w:sz w:val="24"/>
                <w:szCs w:val="24"/>
                <w:lang w:bidi="si-LK"/>
              </w:rPr>
              <w:t>To direct and supervise the activities of the Administration Division.</w:t>
            </w:r>
          </w:p>
          <w:p w:rsidR="00954AD8" w:rsidRPr="00BB55AC" w:rsidRDefault="00954AD8" w:rsidP="00BB55AC">
            <w:pPr>
              <w:pStyle w:val="ListParagraph"/>
              <w:numPr>
                <w:ilvl w:val="0"/>
                <w:numId w:val="35"/>
              </w:numPr>
              <w:rPr>
                <w:rFonts w:ascii="Times New Roman" w:eastAsia="Times New Roman" w:hAnsi="Times New Roman" w:cs="Times New Roman"/>
                <w:sz w:val="24"/>
                <w:szCs w:val="24"/>
                <w:lang w:bidi="si-LK"/>
              </w:rPr>
            </w:pPr>
            <w:r w:rsidRPr="00BB55AC">
              <w:rPr>
                <w:rFonts w:ascii="Times New Roman" w:eastAsia="Times New Roman" w:hAnsi="Times New Roman" w:cs="Times New Roman"/>
                <w:sz w:val="24"/>
                <w:szCs w:val="24"/>
                <w:lang w:bidi="si-LK"/>
              </w:rPr>
              <w:t>To supervise matters relating to the recruitment of staff of the Department.</w:t>
            </w:r>
          </w:p>
          <w:p w:rsidR="00954AD8" w:rsidRPr="00BB55AC" w:rsidRDefault="00954AD8" w:rsidP="00BB55AC">
            <w:pPr>
              <w:pStyle w:val="ListParagraph"/>
              <w:numPr>
                <w:ilvl w:val="0"/>
                <w:numId w:val="35"/>
              </w:numPr>
              <w:rPr>
                <w:rFonts w:ascii="Times New Roman" w:eastAsia="Times New Roman" w:hAnsi="Times New Roman" w:cs="Times New Roman"/>
                <w:sz w:val="24"/>
                <w:szCs w:val="24"/>
                <w:lang w:bidi="si-LK"/>
              </w:rPr>
            </w:pPr>
            <w:r w:rsidRPr="00BB55AC">
              <w:rPr>
                <w:rFonts w:ascii="Times New Roman" w:eastAsia="Times New Roman" w:hAnsi="Times New Roman" w:cs="Times New Roman"/>
                <w:sz w:val="24"/>
                <w:szCs w:val="24"/>
                <w:lang w:bidi="si-LK"/>
              </w:rPr>
              <w:t>To make recommendations regarding disciplinary matters and transfers of staff of the Department.</w:t>
            </w:r>
          </w:p>
          <w:p w:rsidR="00954AD8" w:rsidRPr="00BB55AC" w:rsidRDefault="00954AD8" w:rsidP="00BB55AC">
            <w:pPr>
              <w:pStyle w:val="ListParagraph"/>
              <w:numPr>
                <w:ilvl w:val="0"/>
                <w:numId w:val="35"/>
              </w:numPr>
              <w:rPr>
                <w:rFonts w:ascii="Times New Roman" w:eastAsia="Times New Roman" w:hAnsi="Times New Roman" w:cs="Times New Roman"/>
                <w:sz w:val="24"/>
                <w:szCs w:val="24"/>
                <w:lang w:bidi="si-LK"/>
              </w:rPr>
            </w:pPr>
            <w:r w:rsidRPr="00BB55AC">
              <w:rPr>
                <w:rFonts w:ascii="Times New Roman" w:eastAsia="Times New Roman" w:hAnsi="Times New Roman" w:cs="Times New Roman"/>
                <w:sz w:val="24"/>
                <w:szCs w:val="24"/>
                <w:lang w:bidi="si-LK"/>
              </w:rPr>
              <w:t>To supervise the proper functioning of the office management information system and other software applications.</w:t>
            </w:r>
          </w:p>
          <w:p w:rsidR="00954AD8" w:rsidRPr="00BB55AC" w:rsidRDefault="00954AD8" w:rsidP="00BB55AC">
            <w:pPr>
              <w:pStyle w:val="ListParagraph"/>
              <w:numPr>
                <w:ilvl w:val="0"/>
                <w:numId w:val="35"/>
              </w:numPr>
              <w:rPr>
                <w:rFonts w:ascii="Times New Roman" w:eastAsia="Times New Roman" w:hAnsi="Times New Roman" w:cs="Times New Roman"/>
                <w:sz w:val="24"/>
                <w:szCs w:val="24"/>
                <w:lang w:bidi="si-LK"/>
              </w:rPr>
            </w:pPr>
            <w:r w:rsidRPr="00BB55AC">
              <w:rPr>
                <w:rFonts w:ascii="Times New Roman" w:eastAsia="Times New Roman" w:hAnsi="Times New Roman" w:cs="Times New Roman"/>
                <w:sz w:val="24"/>
                <w:szCs w:val="24"/>
                <w:lang w:bidi="si-LK"/>
              </w:rPr>
              <w:t>To make recommendations for streamlining the processes of providing efficient services to the public by utilizing modern information technology.</w:t>
            </w:r>
          </w:p>
          <w:p w:rsidR="00954AD8" w:rsidRPr="00BB55AC" w:rsidRDefault="00954AD8" w:rsidP="00BB55AC">
            <w:pPr>
              <w:pStyle w:val="ListParagraph"/>
              <w:numPr>
                <w:ilvl w:val="0"/>
                <w:numId w:val="35"/>
              </w:numPr>
              <w:rPr>
                <w:rFonts w:ascii="Times New Roman" w:eastAsia="Times New Roman" w:hAnsi="Times New Roman" w:cs="Times New Roman"/>
                <w:sz w:val="24"/>
                <w:szCs w:val="24"/>
                <w:lang w:bidi="si-LK"/>
              </w:rPr>
            </w:pPr>
            <w:r w:rsidRPr="00BB55AC">
              <w:rPr>
                <w:rFonts w:ascii="Times New Roman" w:eastAsia="Times New Roman" w:hAnsi="Times New Roman" w:cs="Times New Roman"/>
                <w:sz w:val="24"/>
                <w:szCs w:val="24"/>
                <w:lang w:bidi="si-LK"/>
              </w:rPr>
              <w:t>To supervise the maintenance of personal files of officers of the Department.</w:t>
            </w:r>
          </w:p>
          <w:p w:rsidR="00954AD8" w:rsidRPr="00BB55AC" w:rsidRDefault="00954AD8" w:rsidP="00BB55AC">
            <w:pPr>
              <w:pStyle w:val="ListParagraph"/>
              <w:numPr>
                <w:ilvl w:val="0"/>
                <w:numId w:val="35"/>
              </w:numPr>
              <w:rPr>
                <w:rFonts w:ascii="Times New Roman" w:eastAsia="Times New Roman" w:hAnsi="Times New Roman" w:cs="Times New Roman"/>
                <w:sz w:val="24"/>
                <w:szCs w:val="24"/>
                <w:lang w:bidi="si-LK"/>
              </w:rPr>
            </w:pPr>
            <w:r w:rsidRPr="00BB55AC">
              <w:rPr>
                <w:rFonts w:ascii="Times New Roman" w:eastAsia="Times New Roman" w:hAnsi="Times New Roman" w:cs="Times New Roman"/>
                <w:sz w:val="24"/>
                <w:szCs w:val="24"/>
                <w:lang w:bidi="si-LK"/>
              </w:rPr>
              <w:t>To supervise activities relating to the CRC data system.</w:t>
            </w:r>
          </w:p>
          <w:p w:rsidR="00954AD8" w:rsidRPr="00BB55AC" w:rsidRDefault="00954AD8" w:rsidP="00BB55AC">
            <w:pPr>
              <w:pStyle w:val="ListParagraph"/>
              <w:numPr>
                <w:ilvl w:val="0"/>
                <w:numId w:val="35"/>
              </w:numPr>
              <w:rPr>
                <w:rFonts w:ascii="Times New Roman" w:eastAsia="Times New Roman" w:hAnsi="Times New Roman" w:cs="Times New Roman"/>
                <w:sz w:val="24"/>
                <w:szCs w:val="24"/>
                <w:lang w:bidi="si-LK"/>
              </w:rPr>
            </w:pPr>
            <w:r w:rsidRPr="00BB55AC">
              <w:rPr>
                <w:rFonts w:ascii="Times New Roman" w:eastAsia="Times New Roman" w:hAnsi="Times New Roman" w:cs="Times New Roman"/>
                <w:sz w:val="24"/>
                <w:szCs w:val="24"/>
                <w:lang w:bidi="si-LK"/>
              </w:rPr>
              <w:t>To attend to all matters relating to parliamentary affairs.</w:t>
            </w:r>
          </w:p>
          <w:p w:rsidR="001568EA" w:rsidRPr="00BB55AC" w:rsidRDefault="00954AD8" w:rsidP="00BB55AC">
            <w:pPr>
              <w:pStyle w:val="ListParagraph"/>
              <w:numPr>
                <w:ilvl w:val="0"/>
                <w:numId w:val="35"/>
              </w:numPr>
              <w:rPr>
                <w:rFonts w:ascii="Times New Roman" w:eastAsia="Times New Roman" w:hAnsi="Times New Roman" w:cs="Times New Roman"/>
                <w:sz w:val="24"/>
                <w:szCs w:val="24"/>
              </w:rPr>
            </w:pPr>
            <w:r w:rsidRPr="00BB55AC">
              <w:rPr>
                <w:rFonts w:ascii="Times New Roman" w:eastAsia="Times New Roman" w:hAnsi="Times New Roman" w:cs="Times New Roman"/>
                <w:sz w:val="24"/>
                <w:szCs w:val="24"/>
                <w:lang w:bidi="si-LK"/>
              </w:rPr>
              <w:t>To attend to matters relating to Cabinet Memoranda.</w:t>
            </w:r>
          </w:p>
        </w:tc>
      </w:tr>
      <w:tr w:rsidR="001568EA" w:rsidRPr="00BB55AC" w:rsidTr="001568EA">
        <w:trPr>
          <w:trHeight w:val="462"/>
        </w:trPr>
        <w:tc>
          <w:tcPr>
            <w:tcW w:w="1818" w:type="dxa"/>
          </w:tcPr>
          <w:p w:rsidR="001568EA" w:rsidRPr="00BB55AC" w:rsidRDefault="008B7766" w:rsidP="00A32EDC">
            <w:pPr>
              <w:spacing w:line="276" w:lineRule="auto"/>
              <w:jc w:val="both"/>
              <w:rPr>
                <w:rFonts w:ascii="Times New Roman" w:eastAsia="Times New Roman" w:hAnsi="Times New Roman" w:cs="Times New Roman"/>
                <w:sz w:val="24"/>
                <w:szCs w:val="24"/>
              </w:rPr>
            </w:pPr>
            <w:r w:rsidRPr="00BB55AC">
              <w:rPr>
                <w:rFonts w:ascii="Times New Roman" w:hAnsi="Times New Roman" w:cs="Times New Roman"/>
                <w:sz w:val="24"/>
                <w:szCs w:val="24"/>
              </w:rPr>
              <w:t>Assistant Commissioner (Technical)</w:t>
            </w:r>
          </w:p>
        </w:tc>
        <w:tc>
          <w:tcPr>
            <w:tcW w:w="8466" w:type="dxa"/>
          </w:tcPr>
          <w:p w:rsidR="001568EA" w:rsidRPr="00BB55AC" w:rsidRDefault="008B7766" w:rsidP="00AB7CED">
            <w:pPr>
              <w:spacing w:line="276" w:lineRule="auto"/>
              <w:rPr>
                <w:rFonts w:ascii="Times New Roman" w:eastAsia="Times New Roman" w:hAnsi="Times New Roman" w:cs="Times New Roman"/>
                <w:sz w:val="24"/>
                <w:szCs w:val="24"/>
              </w:rPr>
            </w:pPr>
            <w:r w:rsidRPr="00BB55AC">
              <w:rPr>
                <w:rFonts w:ascii="Times New Roman" w:hAnsi="Times New Roman" w:cs="Times New Roman"/>
                <w:sz w:val="24"/>
                <w:szCs w:val="24"/>
              </w:rPr>
              <w:t xml:space="preserve">To direct and supervise the duties of officers in the Probation Division; attend to all requests and complaints received in relation to the </w:t>
            </w:r>
            <w:r w:rsidR="00AB7CED" w:rsidRPr="00BB55AC">
              <w:rPr>
                <w:rFonts w:ascii="Times New Roman" w:hAnsi="Times New Roman" w:cs="Times New Roman"/>
                <w:sz w:val="24"/>
                <w:szCs w:val="24"/>
              </w:rPr>
              <w:t>subject area; prepare documents/</w:t>
            </w:r>
            <w:r w:rsidRPr="00BB55AC">
              <w:rPr>
                <w:rFonts w:ascii="Times New Roman" w:hAnsi="Times New Roman" w:cs="Times New Roman"/>
                <w:sz w:val="24"/>
                <w:szCs w:val="24"/>
              </w:rPr>
              <w:t xml:space="preserve"> guidelines and manuals required by Probation Officers; maintain statistical data relating to the subject area; maintain coordination among Provincial Commissioners; respond to all inquiries </w:t>
            </w:r>
            <w:r w:rsidR="00AB7CED" w:rsidRPr="00BB55AC">
              <w:rPr>
                <w:rFonts w:ascii="Times New Roman" w:hAnsi="Times New Roman" w:cs="Times New Roman"/>
                <w:sz w:val="24"/>
                <w:szCs w:val="24"/>
              </w:rPr>
              <w:t xml:space="preserve">                   ( Parliamentary inquiries/ requests under the Right to Information Act / audit queries) </w:t>
            </w:r>
            <w:r w:rsidRPr="00BB55AC">
              <w:rPr>
                <w:rFonts w:ascii="Times New Roman" w:hAnsi="Times New Roman" w:cs="Times New Roman"/>
                <w:sz w:val="24"/>
                <w:szCs w:val="24"/>
              </w:rPr>
              <w:t>relating to the Division</w:t>
            </w:r>
            <w:r w:rsidR="00AB7CED" w:rsidRPr="00BB55AC">
              <w:rPr>
                <w:rFonts w:ascii="Times New Roman" w:hAnsi="Times New Roman" w:cs="Times New Roman"/>
                <w:sz w:val="24"/>
                <w:szCs w:val="24"/>
              </w:rPr>
              <w:t xml:space="preserve"> </w:t>
            </w:r>
            <w:r w:rsidRPr="00BB55AC">
              <w:rPr>
                <w:rFonts w:ascii="Times New Roman" w:hAnsi="Times New Roman" w:cs="Times New Roman"/>
                <w:sz w:val="24"/>
                <w:szCs w:val="24"/>
              </w:rPr>
              <w:t>and perform other duties assigned by the Commissioner.</w:t>
            </w:r>
          </w:p>
        </w:tc>
      </w:tr>
      <w:tr w:rsidR="001568EA" w:rsidRPr="00BB55AC" w:rsidTr="001568EA">
        <w:trPr>
          <w:trHeight w:val="462"/>
        </w:trPr>
        <w:tc>
          <w:tcPr>
            <w:tcW w:w="1818" w:type="dxa"/>
          </w:tcPr>
          <w:p w:rsidR="001568EA" w:rsidRPr="00BB55AC" w:rsidRDefault="002E2032" w:rsidP="00A32EDC">
            <w:pPr>
              <w:spacing w:line="276" w:lineRule="auto"/>
              <w:jc w:val="both"/>
              <w:rPr>
                <w:rFonts w:ascii="Times New Roman" w:eastAsia="Times New Roman" w:hAnsi="Times New Roman" w:cs="Times New Roman"/>
                <w:sz w:val="24"/>
                <w:szCs w:val="24"/>
              </w:rPr>
            </w:pPr>
            <w:r w:rsidRPr="00BB55AC">
              <w:rPr>
                <w:rFonts w:ascii="Times New Roman" w:hAnsi="Times New Roman" w:cs="Times New Roman"/>
                <w:sz w:val="24"/>
                <w:szCs w:val="24"/>
              </w:rPr>
              <w:t>Assistant Director (Planning)</w:t>
            </w:r>
          </w:p>
        </w:tc>
        <w:tc>
          <w:tcPr>
            <w:tcW w:w="8466" w:type="dxa"/>
          </w:tcPr>
          <w:p w:rsidR="00831007" w:rsidRPr="00BB55AC" w:rsidRDefault="00831007" w:rsidP="00BB55AC">
            <w:pPr>
              <w:pStyle w:val="ListParagraph"/>
              <w:numPr>
                <w:ilvl w:val="0"/>
                <w:numId w:val="36"/>
              </w:numPr>
              <w:rPr>
                <w:rFonts w:ascii="Times New Roman" w:eastAsia="Times New Roman" w:hAnsi="Times New Roman" w:cs="Times New Roman"/>
                <w:sz w:val="24"/>
                <w:szCs w:val="24"/>
                <w:lang w:bidi="si-LK"/>
              </w:rPr>
            </w:pPr>
            <w:r w:rsidRPr="00BB55AC">
              <w:rPr>
                <w:rFonts w:ascii="Times New Roman" w:eastAsia="Times New Roman" w:hAnsi="Times New Roman" w:cs="Times New Roman"/>
                <w:sz w:val="24"/>
                <w:szCs w:val="24"/>
                <w:lang w:bidi="si-LK"/>
              </w:rPr>
              <w:t>To undertake duties relating to the formulation of plans.</w:t>
            </w:r>
          </w:p>
          <w:p w:rsidR="00831007" w:rsidRPr="00BB55AC" w:rsidRDefault="00831007" w:rsidP="00BB55AC">
            <w:pPr>
              <w:pStyle w:val="ListParagraph"/>
              <w:numPr>
                <w:ilvl w:val="0"/>
                <w:numId w:val="36"/>
              </w:numPr>
              <w:rPr>
                <w:rFonts w:ascii="Times New Roman" w:eastAsia="Times New Roman" w:hAnsi="Times New Roman" w:cs="Times New Roman"/>
                <w:sz w:val="24"/>
                <w:szCs w:val="24"/>
                <w:lang w:bidi="si-LK"/>
              </w:rPr>
            </w:pPr>
            <w:r w:rsidRPr="00BB55AC">
              <w:rPr>
                <w:rFonts w:ascii="Times New Roman" w:eastAsia="Times New Roman" w:hAnsi="Times New Roman" w:cs="Times New Roman"/>
                <w:sz w:val="24"/>
                <w:szCs w:val="24"/>
                <w:lang w:bidi="si-LK"/>
              </w:rPr>
              <w:t>To undertake duties relating to project management and supervision.</w:t>
            </w:r>
          </w:p>
          <w:p w:rsidR="00831007" w:rsidRPr="00BB55AC" w:rsidRDefault="00831007" w:rsidP="00BB55AC">
            <w:pPr>
              <w:pStyle w:val="ListParagraph"/>
              <w:numPr>
                <w:ilvl w:val="0"/>
                <w:numId w:val="36"/>
              </w:numPr>
              <w:rPr>
                <w:rFonts w:ascii="Times New Roman" w:eastAsia="Times New Roman" w:hAnsi="Times New Roman" w:cs="Times New Roman"/>
                <w:sz w:val="24"/>
                <w:szCs w:val="24"/>
                <w:lang w:bidi="si-LK"/>
              </w:rPr>
            </w:pPr>
            <w:r w:rsidRPr="00BB55AC">
              <w:rPr>
                <w:rFonts w:ascii="Times New Roman" w:eastAsia="Times New Roman" w:hAnsi="Times New Roman" w:cs="Times New Roman"/>
                <w:sz w:val="24"/>
                <w:szCs w:val="24"/>
                <w:lang w:bidi="si-LK"/>
              </w:rPr>
              <w:t>To coordinate, supervise and follow up on the conduct of monthly, quarterly and annual national-level progress review meetings, and attend to matters relating to the reports of such meetings.</w:t>
            </w:r>
          </w:p>
          <w:p w:rsidR="00831007" w:rsidRPr="00BB55AC" w:rsidRDefault="00831007" w:rsidP="00BB55AC">
            <w:pPr>
              <w:pStyle w:val="ListParagraph"/>
              <w:numPr>
                <w:ilvl w:val="0"/>
                <w:numId w:val="37"/>
              </w:numPr>
              <w:rPr>
                <w:rFonts w:ascii="Times New Roman" w:eastAsia="Times New Roman" w:hAnsi="Times New Roman" w:cs="Times New Roman"/>
                <w:sz w:val="24"/>
                <w:szCs w:val="24"/>
                <w:lang w:bidi="si-LK"/>
              </w:rPr>
            </w:pPr>
            <w:r w:rsidRPr="00BB55AC">
              <w:rPr>
                <w:rFonts w:ascii="Times New Roman" w:eastAsia="Times New Roman" w:hAnsi="Times New Roman" w:cs="Times New Roman"/>
                <w:sz w:val="24"/>
                <w:szCs w:val="24"/>
                <w:lang w:bidi="si-LK"/>
              </w:rPr>
              <w:lastRenderedPageBreak/>
              <w:t>To undertake duties relating to the collection of data and information.</w:t>
            </w:r>
          </w:p>
          <w:p w:rsidR="00831007" w:rsidRPr="00BB55AC" w:rsidRDefault="00831007" w:rsidP="00BB55AC">
            <w:pPr>
              <w:pStyle w:val="ListParagraph"/>
              <w:numPr>
                <w:ilvl w:val="0"/>
                <w:numId w:val="37"/>
              </w:numPr>
              <w:rPr>
                <w:rFonts w:ascii="Times New Roman" w:eastAsia="Times New Roman" w:hAnsi="Times New Roman" w:cs="Times New Roman"/>
                <w:sz w:val="24"/>
                <w:szCs w:val="24"/>
                <w:lang w:bidi="si-LK"/>
              </w:rPr>
            </w:pPr>
            <w:r w:rsidRPr="00BB55AC">
              <w:rPr>
                <w:rFonts w:ascii="Times New Roman" w:eastAsia="Times New Roman" w:hAnsi="Times New Roman" w:cs="Times New Roman"/>
                <w:sz w:val="24"/>
                <w:szCs w:val="24"/>
                <w:lang w:bidi="si-LK"/>
              </w:rPr>
              <w:t>To develop and maintain a database and resource profile relating to the child sector.</w:t>
            </w:r>
          </w:p>
          <w:p w:rsidR="00831007" w:rsidRPr="00BB55AC" w:rsidRDefault="00831007" w:rsidP="00BB55AC">
            <w:pPr>
              <w:pStyle w:val="ListParagraph"/>
              <w:numPr>
                <w:ilvl w:val="0"/>
                <w:numId w:val="37"/>
              </w:numPr>
              <w:rPr>
                <w:rFonts w:ascii="Times New Roman" w:eastAsia="Times New Roman" w:hAnsi="Times New Roman" w:cs="Times New Roman"/>
                <w:sz w:val="24"/>
                <w:szCs w:val="24"/>
                <w:lang w:bidi="si-LK"/>
              </w:rPr>
            </w:pPr>
            <w:r w:rsidRPr="00BB55AC">
              <w:rPr>
                <w:rFonts w:ascii="Times New Roman" w:eastAsia="Times New Roman" w:hAnsi="Times New Roman" w:cs="Times New Roman"/>
                <w:sz w:val="24"/>
                <w:szCs w:val="24"/>
                <w:lang w:bidi="si-LK"/>
              </w:rPr>
              <w:t>To prepare and submit project reports to non-governmental organizations and other institutions, and attend to matters relating to obtaining sponsorship and funding.</w:t>
            </w:r>
          </w:p>
          <w:p w:rsidR="00831007" w:rsidRPr="00BB55AC" w:rsidRDefault="00831007" w:rsidP="00BB55AC">
            <w:pPr>
              <w:pStyle w:val="ListParagraph"/>
              <w:numPr>
                <w:ilvl w:val="0"/>
                <w:numId w:val="37"/>
              </w:numPr>
              <w:rPr>
                <w:rFonts w:ascii="Times New Roman" w:eastAsia="Times New Roman" w:hAnsi="Times New Roman" w:cs="Times New Roman"/>
                <w:sz w:val="24"/>
                <w:szCs w:val="24"/>
                <w:lang w:bidi="si-LK"/>
              </w:rPr>
            </w:pPr>
            <w:r w:rsidRPr="00BB55AC">
              <w:rPr>
                <w:rFonts w:ascii="Times New Roman" w:eastAsia="Times New Roman" w:hAnsi="Times New Roman" w:cs="Times New Roman"/>
                <w:sz w:val="24"/>
                <w:szCs w:val="24"/>
                <w:lang w:bidi="si-LK"/>
              </w:rPr>
              <w:t>To prepare plans and monitor the progress of projects implemented with the assistance of the Asian Development Bank.</w:t>
            </w:r>
          </w:p>
          <w:p w:rsidR="00831007" w:rsidRPr="00BB55AC" w:rsidRDefault="00831007" w:rsidP="00BB55AC">
            <w:pPr>
              <w:pStyle w:val="ListParagraph"/>
              <w:numPr>
                <w:ilvl w:val="0"/>
                <w:numId w:val="37"/>
              </w:numPr>
              <w:rPr>
                <w:rFonts w:ascii="Times New Roman" w:eastAsia="Times New Roman" w:hAnsi="Times New Roman" w:cs="Times New Roman"/>
                <w:sz w:val="24"/>
                <w:szCs w:val="24"/>
                <w:lang w:bidi="si-LK"/>
              </w:rPr>
            </w:pPr>
            <w:r w:rsidRPr="00BB55AC">
              <w:rPr>
                <w:rFonts w:ascii="Times New Roman" w:eastAsia="Times New Roman" w:hAnsi="Times New Roman" w:cs="Times New Roman"/>
                <w:sz w:val="24"/>
                <w:szCs w:val="24"/>
                <w:lang w:bidi="si-LK"/>
              </w:rPr>
              <w:t>To prepare plans, monitor progress and coordinate activi</w:t>
            </w:r>
            <w:r w:rsidR="00191DBC" w:rsidRPr="00BB55AC">
              <w:rPr>
                <w:rFonts w:ascii="Times New Roman" w:eastAsia="Times New Roman" w:hAnsi="Times New Roman" w:cs="Times New Roman"/>
                <w:sz w:val="24"/>
                <w:szCs w:val="24"/>
                <w:lang w:bidi="si-LK"/>
              </w:rPr>
              <w:t>ties relating to UNICEF project</w:t>
            </w:r>
            <w:r w:rsidRPr="00BB55AC">
              <w:rPr>
                <w:rFonts w:ascii="Times New Roman" w:eastAsia="Times New Roman" w:hAnsi="Times New Roman" w:cs="Times New Roman"/>
                <w:sz w:val="24"/>
                <w:szCs w:val="24"/>
                <w:lang w:bidi="si-LK"/>
              </w:rPr>
              <w:t>.</w:t>
            </w:r>
          </w:p>
          <w:p w:rsidR="00831007" w:rsidRPr="00BB55AC" w:rsidRDefault="00831007" w:rsidP="00BB55AC">
            <w:pPr>
              <w:pStyle w:val="ListParagraph"/>
              <w:numPr>
                <w:ilvl w:val="0"/>
                <w:numId w:val="37"/>
              </w:numPr>
              <w:rPr>
                <w:rFonts w:ascii="Times New Roman" w:eastAsia="Times New Roman" w:hAnsi="Times New Roman" w:cs="Times New Roman"/>
                <w:sz w:val="24"/>
                <w:szCs w:val="24"/>
                <w:lang w:bidi="si-LK"/>
              </w:rPr>
            </w:pPr>
            <w:r w:rsidRPr="00BB55AC">
              <w:rPr>
                <w:rFonts w:ascii="Times New Roman" w:eastAsia="Times New Roman" w:hAnsi="Times New Roman" w:cs="Times New Roman"/>
                <w:sz w:val="24"/>
                <w:szCs w:val="24"/>
                <w:lang w:bidi="si-LK"/>
              </w:rPr>
              <w:t>To maintain a database on progress achieved at district level.</w:t>
            </w:r>
          </w:p>
          <w:p w:rsidR="00831007" w:rsidRPr="00BB55AC" w:rsidRDefault="00831007" w:rsidP="00BB55AC">
            <w:pPr>
              <w:pStyle w:val="ListParagraph"/>
              <w:numPr>
                <w:ilvl w:val="0"/>
                <w:numId w:val="37"/>
              </w:numPr>
              <w:rPr>
                <w:rFonts w:ascii="Times New Roman" w:eastAsia="Times New Roman" w:hAnsi="Times New Roman" w:cs="Times New Roman"/>
                <w:sz w:val="24"/>
                <w:szCs w:val="24"/>
                <w:lang w:bidi="si-LK"/>
              </w:rPr>
            </w:pPr>
            <w:r w:rsidRPr="00BB55AC">
              <w:rPr>
                <w:rFonts w:ascii="Times New Roman" w:eastAsia="Times New Roman" w:hAnsi="Times New Roman" w:cs="Times New Roman"/>
                <w:sz w:val="24"/>
                <w:szCs w:val="24"/>
                <w:lang w:bidi="si-LK"/>
              </w:rPr>
              <w:t>To prepare progress reports relating to the Action Plan developed by the Department for achieving the Sustainable Development Goals and bring such progress to the attention of the Commissioner.</w:t>
            </w:r>
          </w:p>
          <w:p w:rsidR="00831007" w:rsidRPr="00BB55AC" w:rsidRDefault="00831007" w:rsidP="00BB55AC">
            <w:pPr>
              <w:pStyle w:val="ListParagraph"/>
              <w:numPr>
                <w:ilvl w:val="0"/>
                <w:numId w:val="37"/>
              </w:numPr>
              <w:rPr>
                <w:rFonts w:ascii="Times New Roman" w:eastAsia="Times New Roman" w:hAnsi="Times New Roman" w:cs="Times New Roman"/>
                <w:sz w:val="24"/>
                <w:szCs w:val="24"/>
                <w:lang w:bidi="si-LK"/>
              </w:rPr>
            </w:pPr>
            <w:r w:rsidRPr="00BB55AC">
              <w:rPr>
                <w:rFonts w:ascii="Times New Roman" w:eastAsia="Times New Roman" w:hAnsi="Times New Roman" w:cs="Times New Roman"/>
                <w:sz w:val="24"/>
                <w:szCs w:val="24"/>
                <w:lang w:bidi="si-LK"/>
              </w:rPr>
              <w:t>To supervise the activities of the Planning Division.</w:t>
            </w:r>
          </w:p>
          <w:p w:rsidR="001568EA" w:rsidRPr="00BB55AC" w:rsidRDefault="00831007" w:rsidP="00BB55AC">
            <w:pPr>
              <w:pStyle w:val="ListParagraph"/>
              <w:numPr>
                <w:ilvl w:val="0"/>
                <w:numId w:val="37"/>
              </w:numPr>
              <w:rPr>
                <w:rFonts w:ascii="Times New Roman" w:eastAsia="Times New Roman" w:hAnsi="Times New Roman" w:cs="Times New Roman"/>
                <w:sz w:val="24"/>
                <w:szCs w:val="24"/>
              </w:rPr>
            </w:pPr>
            <w:r w:rsidRPr="00BB55AC">
              <w:rPr>
                <w:rFonts w:ascii="Times New Roman" w:eastAsia="Times New Roman" w:hAnsi="Times New Roman" w:cs="Times New Roman"/>
                <w:sz w:val="24"/>
                <w:szCs w:val="24"/>
                <w:lang w:bidi="si-LK"/>
              </w:rPr>
              <w:t xml:space="preserve"> To undertake duties relating to special programmes.</w:t>
            </w:r>
          </w:p>
        </w:tc>
      </w:tr>
      <w:tr w:rsidR="001568EA" w:rsidRPr="00BB55AC" w:rsidTr="001568EA">
        <w:trPr>
          <w:trHeight w:val="462"/>
        </w:trPr>
        <w:tc>
          <w:tcPr>
            <w:tcW w:w="1818" w:type="dxa"/>
          </w:tcPr>
          <w:p w:rsidR="001568EA" w:rsidRPr="00BB55AC" w:rsidRDefault="00521178" w:rsidP="00A32EDC">
            <w:pPr>
              <w:spacing w:line="276" w:lineRule="auto"/>
              <w:jc w:val="both"/>
              <w:rPr>
                <w:rFonts w:ascii="Times New Roman" w:eastAsia="Times New Roman" w:hAnsi="Times New Roman" w:cs="Times New Roman"/>
                <w:color w:val="000000"/>
                <w:sz w:val="24"/>
                <w:szCs w:val="24"/>
                <w:rtl/>
                <w:cs/>
              </w:rPr>
            </w:pPr>
            <w:r w:rsidRPr="00BB55AC">
              <w:rPr>
                <w:rFonts w:ascii="Times New Roman" w:eastAsia="Times New Roman" w:hAnsi="Times New Roman" w:cs="Times New Roman"/>
                <w:color w:val="000000"/>
                <w:sz w:val="24"/>
                <w:szCs w:val="24"/>
                <w:lang w:bidi="si-LK"/>
              </w:rPr>
              <w:lastRenderedPageBreak/>
              <w:t xml:space="preserve">Accountant </w:t>
            </w:r>
          </w:p>
        </w:tc>
        <w:tc>
          <w:tcPr>
            <w:tcW w:w="8466" w:type="dxa"/>
          </w:tcPr>
          <w:p w:rsidR="00521178" w:rsidRPr="00BB55AC" w:rsidRDefault="00521178" w:rsidP="00BB55AC">
            <w:pPr>
              <w:pStyle w:val="ListParagraph"/>
              <w:numPr>
                <w:ilvl w:val="0"/>
                <w:numId w:val="38"/>
              </w:numPr>
              <w:rPr>
                <w:rFonts w:ascii="Times New Roman" w:eastAsia="Times New Roman" w:hAnsi="Times New Roman" w:cs="Times New Roman"/>
                <w:sz w:val="24"/>
                <w:szCs w:val="24"/>
                <w:lang w:bidi="si-LK"/>
              </w:rPr>
            </w:pPr>
            <w:r w:rsidRPr="00BB55AC">
              <w:rPr>
                <w:rFonts w:ascii="Times New Roman" w:eastAsia="Times New Roman" w:hAnsi="Times New Roman" w:cs="Times New Roman"/>
                <w:sz w:val="24"/>
                <w:szCs w:val="24"/>
                <w:lang w:bidi="si-LK"/>
              </w:rPr>
              <w:t>To plan, maintain and supervise internal financial control systems.</w:t>
            </w:r>
          </w:p>
          <w:p w:rsidR="00521178" w:rsidRPr="00BB55AC" w:rsidRDefault="00521178" w:rsidP="00BB55AC">
            <w:pPr>
              <w:pStyle w:val="ListParagraph"/>
              <w:numPr>
                <w:ilvl w:val="0"/>
                <w:numId w:val="38"/>
              </w:numPr>
              <w:rPr>
                <w:rFonts w:ascii="Times New Roman" w:eastAsia="Times New Roman" w:hAnsi="Times New Roman" w:cs="Times New Roman"/>
                <w:sz w:val="24"/>
                <w:szCs w:val="24"/>
                <w:lang w:bidi="si-LK"/>
              </w:rPr>
            </w:pPr>
            <w:r w:rsidRPr="00BB55AC">
              <w:rPr>
                <w:rFonts w:ascii="Times New Roman" w:eastAsia="Times New Roman" w:hAnsi="Times New Roman" w:cs="Times New Roman"/>
                <w:sz w:val="24"/>
                <w:szCs w:val="24"/>
                <w:lang w:bidi="si-LK"/>
              </w:rPr>
              <w:t>To verify cash balances regularly and ensure their accuracy.</w:t>
            </w:r>
          </w:p>
          <w:p w:rsidR="00521178" w:rsidRPr="00BB55AC" w:rsidRDefault="00521178" w:rsidP="00BB55AC">
            <w:pPr>
              <w:pStyle w:val="ListParagraph"/>
              <w:numPr>
                <w:ilvl w:val="0"/>
                <w:numId w:val="38"/>
              </w:numPr>
              <w:rPr>
                <w:rFonts w:ascii="Times New Roman" w:eastAsia="Times New Roman" w:hAnsi="Times New Roman" w:cs="Times New Roman"/>
                <w:sz w:val="24"/>
                <w:szCs w:val="24"/>
                <w:lang w:bidi="si-LK"/>
              </w:rPr>
            </w:pPr>
            <w:r w:rsidRPr="00BB55AC">
              <w:rPr>
                <w:rFonts w:ascii="Times New Roman" w:eastAsia="Times New Roman" w:hAnsi="Times New Roman" w:cs="Times New Roman"/>
                <w:sz w:val="24"/>
                <w:szCs w:val="24"/>
                <w:lang w:bidi="si-LK"/>
              </w:rPr>
              <w:t>To examine daily records relating to receipts and payments in a timely manner.</w:t>
            </w:r>
          </w:p>
          <w:p w:rsidR="00521178" w:rsidRPr="00BB55AC" w:rsidRDefault="00521178" w:rsidP="00BB55AC">
            <w:pPr>
              <w:pStyle w:val="ListParagraph"/>
              <w:numPr>
                <w:ilvl w:val="0"/>
                <w:numId w:val="38"/>
              </w:numPr>
              <w:rPr>
                <w:rFonts w:ascii="Times New Roman" w:eastAsia="Times New Roman" w:hAnsi="Times New Roman" w:cs="Times New Roman"/>
                <w:sz w:val="24"/>
                <w:szCs w:val="24"/>
                <w:lang w:bidi="si-LK"/>
              </w:rPr>
            </w:pPr>
            <w:r w:rsidRPr="00BB55AC">
              <w:rPr>
                <w:rFonts w:ascii="Times New Roman" w:eastAsia="Times New Roman" w:hAnsi="Times New Roman" w:cs="Times New Roman"/>
                <w:sz w:val="24"/>
                <w:szCs w:val="24"/>
                <w:lang w:bidi="si-LK"/>
              </w:rPr>
              <w:t>To supervise the reconciliation of accounts.</w:t>
            </w:r>
          </w:p>
          <w:p w:rsidR="00521178" w:rsidRPr="00BB55AC" w:rsidRDefault="00521178" w:rsidP="00BB55AC">
            <w:pPr>
              <w:pStyle w:val="ListParagraph"/>
              <w:numPr>
                <w:ilvl w:val="0"/>
                <w:numId w:val="38"/>
              </w:numPr>
              <w:rPr>
                <w:rFonts w:ascii="Times New Roman" w:eastAsia="Times New Roman" w:hAnsi="Times New Roman" w:cs="Times New Roman"/>
                <w:sz w:val="24"/>
                <w:szCs w:val="24"/>
                <w:lang w:bidi="si-LK"/>
              </w:rPr>
            </w:pPr>
            <w:r w:rsidRPr="00BB55AC">
              <w:rPr>
                <w:rFonts w:ascii="Times New Roman" w:eastAsia="Times New Roman" w:hAnsi="Times New Roman" w:cs="Times New Roman"/>
                <w:sz w:val="24"/>
                <w:szCs w:val="24"/>
                <w:lang w:bidi="si-LK"/>
              </w:rPr>
              <w:t>To supervise the handling and movement of cash.</w:t>
            </w:r>
          </w:p>
          <w:p w:rsidR="00521178" w:rsidRPr="00BB55AC" w:rsidRDefault="00521178" w:rsidP="00BB55AC">
            <w:pPr>
              <w:pStyle w:val="ListParagraph"/>
              <w:numPr>
                <w:ilvl w:val="0"/>
                <w:numId w:val="38"/>
              </w:numPr>
              <w:rPr>
                <w:rFonts w:ascii="Times New Roman" w:eastAsia="Times New Roman" w:hAnsi="Times New Roman" w:cs="Times New Roman"/>
                <w:sz w:val="24"/>
                <w:szCs w:val="24"/>
                <w:lang w:bidi="si-LK"/>
              </w:rPr>
            </w:pPr>
            <w:r w:rsidRPr="00BB55AC">
              <w:rPr>
                <w:rFonts w:ascii="Times New Roman" w:eastAsia="Times New Roman" w:hAnsi="Times New Roman" w:cs="Times New Roman"/>
                <w:sz w:val="24"/>
                <w:szCs w:val="24"/>
                <w:lang w:bidi="si-LK"/>
              </w:rPr>
              <w:t>To supervise activities relating to annual stock verification.</w:t>
            </w:r>
          </w:p>
          <w:p w:rsidR="00521178" w:rsidRPr="00BB55AC" w:rsidRDefault="00521178" w:rsidP="00BB55AC">
            <w:pPr>
              <w:pStyle w:val="ListParagraph"/>
              <w:numPr>
                <w:ilvl w:val="0"/>
                <w:numId w:val="38"/>
              </w:numPr>
              <w:rPr>
                <w:rFonts w:ascii="Times New Roman" w:eastAsia="Times New Roman" w:hAnsi="Times New Roman" w:cs="Times New Roman"/>
                <w:sz w:val="24"/>
                <w:szCs w:val="24"/>
                <w:lang w:bidi="si-LK"/>
              </w:rPr>
            </w:pPr>
            <w:r w:rsidRPr="00BB55AC">
              <w:rPr>
                <w:rFonts w:ascii="Times New Roman" w:eastAsia="Times New Roman" w:hAnsi="Times New Roman" w:cs="Times New Roman"/>
                <w:sz w:val="24"/>
                <w:szCs w:val="24"/>
                <w:lang w:bidi="si-LK"/>
              </w:rPr>
              <w:t>To attend to matters relating to losses and write-offs, and annual revenue and expenditure.</w:t>
            </w:r>
          </w:p>
          <w:p w:rsidR="00521178" w:rsidRPr="00BB55AC" w:rsidRDefault="00521178" w:rsidP="00BB55AC">
            <w:pPr>
              <w:pStyle w:val="ListParagraph"/>
              <w:numPr>
                <w:ilvl w:val="0"/>
                <w:numId w:val="38"/>
              </w:numPr>
              <w:rPr>
                <w:rFonts w:ascii="Times New Roman" w:eastAsia="Times New Roman" w:hAnsi="Times New Roman" w:cs="Times New Roman"/>
                <w:sz w:val="24"/>
                <w:szCs w:val="24"/>
                <w:lang w:bidi="si-LK"/>
              </w:rPr>
            </w:pPr>
            <w:r w:rsidRPr="00BB55AC">
              <w:rPr>
                <w:rFonts w:ascii="Times New Roman" w:eastAsia="Times New Roman" w:hAnsi="Times New Roman" w:cs="Times New Roman"/>
                <w:sz w:val="24"/>
                <w:szCs w:val="24"/>
                <w:lang w:bidi="si-LK"/>
              </w:rPr>
              <w:t>To attend to matters relating to the Committee on Public Accounts.</w:t>
            </w:r>
          </w:p>
          <w:p w:rsidR="00521178" w:rsidRPr="00BB55AC" w:rsidRDefault="00521178" w:rsidP="00BB55AC">
            <w:pPr>
              <w:pStyle w:val="ListParagraph"/>
              <w:numPr>
                <w:ilvl w:val="0"/>
                <w:numId w:val="38"/>
              </w:numPr>
              <w:rPr>
                <w:rFonts w:ascii="Times New Roman" w:eastAsia="Times New Roman" w:hAnsi="Times New Roman" w:cs="Times New Roman"/>
                <w:sz w:val="24"/>
                <w:szCs w:val="24"/>
                <w:lang w:bidi="si-LK"/>
              </w:rPr>
            </w:pPr>
            <w:r w:rsidRPr="00BB55AC">
              <w:rPr>
                <w:rFonts w:ascii="Times New Roman" w:eastAsia="Times New Roman" w:hAnsi="Times New Roman" w:cs="Times New Roman"/>
                <w:sz w:val="24"/>
                <w:szCs w:val="24"/>
                <w:lang w:bidi="si-LK"/>
              </w:rPr>
              <w:t xml:space="preserve">To </w:t>
            </w:r>
            <w:r w:rsidR="00A25995" w:rsidRPr="00BB55AC">
              <w:rPr>
                <w:rFonts w:ascii="Times New Roman" w:eastAsia="Times New Roman" w:hAnsi="Times New Roman" w:cs="Times New Roman"/>
                <w:sz w:val="24"/>
                <w:szCs w:val="24"/>
                <w:lang w:bidi="si-LK"/>
              </w:rPr>
              <w:t>reply the</w:t>
            </w:r>
            <w:r w:rsidRPr="00BB55AC">
              <w:rPr>
                <w:rFonts w:ascii="Times New Roman" w:eastAsia="Times New Roman" w:hAnsi="Times New Roman" w:cs="Times New Roman"/>
                <w:sz w:val="24"/>
                <w:szCs w:val="24"/>
                <w:lang w:bidi="si-LK"/>
              </w:rPr>
              <w:t xml:space="preserve"> audit queries.</w:t>
            </w:r>
          </w:p>
          <w:p w:rsidR="00521178" w:rsidRPr="00BB55AC" w:rsidRDefault="00521178" w:rsidP="00BB55AC">
            <w:pPr>
              <w:pStyle w:val="ListParagraph"/>
              <w:numPr>
                <w:ilvl w:val="0"/>
                <w:numId w:val="38"/>
              </w:numPr>
              <w:rPr>
                <w:rFonts w:ascii="Times New Roman" w:eastAsia="Times New Roman" w:hAnsi="Times New Roman" w:cs="Times New Roman"/>
                <w:sz w:val="24"/>
                <w:szCs w:val="24"/>
                <w:lang w:bidi="si-LK"/>
              </w:rPr>
            </w:pPr>
            <w:r w:rsidRPr="00BB55AC">
              <w:rPr>
                <w:rFonts w:ascii="Times New Roman" w:eastAsia="Times New Roman" w:hAnsi="Times New Roman" w:cs="Times New Roman"/>
                <w:sz w:val="24"/>
                <w:szCs w:val="24"/>
                <w:lang w:bidi="si-LK"/>
              </w:rPr>
              <w:t xml:space="preserve">To attend </w:t>
            </w:r>
            <w:r w:rsidR="00C57AA3" w:rsidRPr="00BB55AC">
              <w:rPr>
                <w:rFonts w:ascii="Times New Roman" w:eastAsia="Times New Roman" w:hAnsi="Times New Roman" w:cs="Times New Roman"/>
                <w:sz w:val="24"/>
                <w:szCs w:val="24"/>
                <w:lang w:bidi="si-LK"/>
              </w:rPr>
              <w:t>matters relating to the</w:t>
            </w:r>
            <w:r w:rsidRPr="00BB55AC">
              <w:rPr>
                <w:rFonts w:ascii="Times New Roman" w:eastAsia="Times New Roman" w:hAnsi="Times New Roman" w:cs="Times New Roman"/>
                <w:sz w:val="24"/>
                <w:szCs w:val="24"/>
                <w:lang w:bidi="si-LK"/>
              </w:rPr>
              <w:t xml:space="preserve"> deposit account.</w:t>
            </w:r>
          </w:p>
          <w:p w:rsidR="00521178" w:rsidRPr="00BB55AC" w:rsidRDefault="00521178" w:rsidP="00BB55AC">
            <w:pPr>
              <w:pStyle w:val="ListParagraph"/>
              <w:numPr>
                <w:ilvl w:val="0"/>
                <w:numId w:val="38"/>
              </w:numPr>
              <w:rPr>
                <w:rFonts w:ascii="Times New Roman" w:eastAsia="Times New Roman" w:hAnsi="Times New Roman" w:cs="Times New Roman"/>
                <w:sz w:val="24"/>
                <w:szCs w:val="24"/>
                <w:lang w:bidi="si-LK"/>
              </w:rPr>
            </w:pPr>
            <w:r w:rsidRPr="00BB55AC">
              <w:rPr>
                <w:rFonts w:ascii="Times New Roman" w:eastAsia="Times New Roman" w:hAnsi="Times New Roman" w:cs="Times New Roman"/>
                <w:sz w:val="24"/>
                <w:szCs w:val="24"/>
                <w:lang w:bidi="si-LK"/>
              </w:rPr>
              <w:t>To attend to matters relating to Procurement Committees and</w:t>
            </w:r>
            <w:r w:rsidR="00C57AA3" w:rsidRPr="00BB55AC">
              <w:rPr>
                <w:rFonts w:ascii="Times New Roman" w:eastAsia="Times New Roman" w:hAnsi="Times New Roman" w:cs="Times New Roman"/>
                <w:sz w:val="24"/>
                <w:szCs w:val="24"/>
                <w:lang w:bidi="si-LK"/>
              </w:rPr>
              <w:t xml:space="preserve"> Management and Audit Committee</w:t>
            </w:r>
            <w:r w:rsidRPr="00BB55AC">
              <w:rPr>
                <w:rFonts w:ascii="Times New Roman" w:eastAsia="Times New Roman" w:hAnsi="Times New Roman" w:cs="Times New Roman"/>
                <w:sz w:val="24"/>
                <w:szCs w:val="24"/>
                <w:lang w:bidi="si-LK"/>
              </w:rPr>
              <w:t>.</w:t>
            </w:r>
          </w:p>
          <w:p w:rsidR="00521178" w:rsidRPr="00BB55AC" w:rsidRDefault="00521178" w:rsidP="00BB55AC">
            <w:pPr>
              <w:pStyle w:val="ListParagraph"/>
              <w:numPr>
                <w:ilvl w:val="0"/>
                <w:numId w:val="38"/>
              </w:numPr>
              <w:rPr>
                <w:rFonts w:ascii="Times New Roman" w:eastAsia="Times New Roman" w:hAnsi="Times New Roman" w:cs="Times New Roman"/>
                <w:sz w:val="24"/>
                <w:szCs w:val="24"/>
                <w:lang w:bidi="si-LK"/>
              </w:rPr>
            </w:pPr>
            <w:r w:rsidRPr="00BB55AC">
              <w:rPr>
                <w:rFonts w:ascii="Times New Roman" w:eastAsia="Times New Roman" w:hAnsi="Times New Roman" w:cs="Times New Roman"/>
                <w:sz w:val="24"/>
                <w:szCs w:val="24"/>
                <w:lang w:bidi="si-LK"/>
              </w:rPr>
              <w:t>To certify all payment vouchers; supervise payments relating to the Advance Account, maintenance of relevant records, submission of reports and reconciliation of such accounts.</w:t>
            </w:r>
          </w:p>
          <w:p w:rsidR="00521178" w:rsidRPr="00BB55AC" w:rsidRDefault="00521178" w:rsidP="00BB55AC">
            <w:pPr>
              <w:pStyle w:val="ListParagraph"/>
              <w:numPr>
                <w:ilvl w:val="0"/>
                <w:numId w:val="38"/>
              </w:numPr>
              <w:rPr>
                <w:rFonts w:ascii="Times New Roman" w:eastAsia="Times New Roman" w:hAnsi="Times New Roman" w:cs="Times New Roman"/>
                <w:sz w:val="24"/>
                <w:szCs w:val="24"/>
                <w:lang w:bidi="si-LK"/>
              </w:rPr>
            </w:pPr>
            <w:r w:rsidRPr="00BB55AC">
              <w:rPr>
                <w:rFonts w:ascii="Times New Roman" w:eastAsia="Times New Roman" w:hAnsi="Times New Roman" w:cs="Times New Roman"/>
                <w:sz w:val="24"/>
                <w:szCs w:val="24"/>
                <w:lang w:bidi="si-LK"/>
              </w:rPr>
              <w:t>To sign cheques under the official bank accounts.</w:t>
            </w:r>
          </w:p>
          <w:p w:rsidR="00521178" w:rsidRPr="00BB55AC" w:rsidRDefault="00521178" w:rsidP="00BB55AC">
            <w:pPr>
              <w:pStyle w:val="ListParagraph"/>
              <w:numPr>
                <w:ilvl w:val="0"/>
                <w:numId w:val="38"/>
              </w:numPr>
              <w:rPr>
                <w:rFonts w:ascii="Times New Roman" w:eastAsia="Times New Roman" w:hAnsi="Times New Roman" w:cs="Times New Roman"/>
                <w:sz w:val="24"/>
                <w:szCs w:val="24"/>
                <w:lang w:bidi="si-LK"/>
              </w:rPr>
            </w:pPr>
            <w:r w:rsidRPr="00BB55AC">
              <w:rPr>
                <w:rFonts w:ascii="Times New Roman" w:eastAsia="Times New Roman" w:hAnsi="Times New Roman" w:cs="Times New Roman"/>
                <w:sz w:val="24"/>
                <w:szCs w:val="24"/>
                <w:lang w:bidi="si-LK"/>
              </w:rPr>
              <w:t>To serve as a member of Procurement Committees.</w:t>
            </w:r>
          </w:p>
          <w:p w:rsidR="00521178" w:rsidRPr="00BB55AC" w:rsidRDefault="00521178" w:rsidP="00BB55AC">
            <w:pPr>
              <w:pStyle w:val="ListParagraph"/>
              <w:numPr>
                <w:ilvl w:val="0"/>
                <w:numId w:val="38"/>
              </w:numPr>
              <w:rPr>
                <w:rFonts w:ascii="Times New Roman" w:eastAsia="Times New Roman" w:hAnsi="Times New Roman" w:cs="Times New Roman"/>
                <w:sz w:val="24"/>
                <w:szCs w:val="24"/>
                <w:lang w:bidi="si-LK"/>
              </w:rPr>
            </w:pPr>
            <w:r w:rsidRPr="00BB55AC">
              <w:rPr>
                <w:rFonts w:ascii="Times New Roman" w:eastAsia="Times New Roman" w:hAnsi="Times New Roman" w:cs="Times New Roman"/>
                <w:sz w:val="24"/>
                <w:szCs w:val="24"/>
                <w:lang w:bidi="si-LK"/>
              </w:rPr>
              <w:t>To coordinate accounting matters with various departments of the Treasury and other institutions and supervise related activities.</w:t>
            </w:r>
          </w:p>
          <w:p w:rsidR="00521178" w:rsidRPr="00BB55AC" w:rsidRDefault="00521178" w:rsidP="00BB55AC">
            <w:pPr>
              <w:pStyle w:val="ListParagraph"/>
              <w:numPr>
                <w:ilvl w:val="0"/>
                <w:numId w:val="38"/>
              </w:numPr>
              <w:rPr>
                <w:rFonts w:ascii="Times New Roman" w:eastAsia="Times New Roman" w:hAnsi="Times New Roman" w:cs="Times New Roman"/>
                <w:sz w:val="24"/>
                <w:szCs w:val="24"/>
                <w:lang w:bidi="si-LK"/>
              </w:rPr>
            </w:pPr>
            <w:r w:rsidRPr="00BB55AC">
              <w:rPr>
                <w:rFonts w:ascii="Times New Roman" w:eastAsia="Times New Roman" w:hAnsi="Times New Roman" w:cs="Times New Roman"/>
                <w:sz w:val="24"/>
                <w:szCs w:val="24"/>
                <w:lang w:bidi="si-LK"/>
              </w:rPr>
              <w:t>To exercise financial control in accordance with the Key Performance Indicators (KPIs) agreed upon with the Ministry.</w:t>
            </w:r>
          </w:p>
          <w:p w:rsidR="00521178" w:rsidRPr="00BB55AC" w:rsidRDefault="00521178" w:rsidP="00BB55AC">
            <w:pPr>
              <w:pStyle w:val="ListParagraph"/>
              <w:numPr>
                <w:ilvl w:val="0"/>
                <w:numId w:val="38"/>
              </w:numPr>
              <w:rPr>
                <w:rFonts w:ascii="Times New Roman" w:eastAsia="Times New Roman" w:hAnsi="Times New Roman" w:cs="Times New Roman"/>
                <w:sz w:val="24"/>
                <w:szCs w:val="24"/>
                <w:lang w:bidi="si-LK"/>
              </w:rPr>
            </w:pPr>
            <w:r w:rsidRPr="00BB55AC">
              <w:rPr>
                <w:rFonts w:ascii="Times New Roman" w:eastAsia="Times New Roman" w:hAnsi="Times New Roman" w:cs="Times New Roman"/>
                <w:sz w:val="24"/>
                <w:szCs w:val="24"/>
                <w:lang w:bidi="si-LK"/>
              </w:rPr>
              <w:t>To prepare the Procurement Plan and ensure implementation accordingly, and to prepare and attend to matters relating to annual financial statements.</w:t>
            </w:r>
          </w:p>
          <w:p w:rsidR="001568EA" w:rsidRPr="00BB55AC" w:rsidRDefault="00521178" w:rsidP="00BB55AC">
            <w:pPr>
              <w:pStyle w:val="ListParagraph"/>
              <w:numPr>
                <w:ilvl w:val="0"/>
                <w:numId w:val="38"/>
              </w:numPr>
              <w:jc w:val="both"/>
              <w:textAlignment w:val="baseline"/>
              <w:rPr>
                <w:rFonts w:ascii="Times New Roman" w:eastAsia="Times New Roman" w:hAnsi="Times New Roman" w:cs="Times New Roman"/>
                <w:color w:val="000000"/>
                <w:sz w:val="24"/>
                <w:szCs w:val="24"/>
                <w:rtl/>
                <w:cs/>
              </w:rPr>
            </w:pPr>
            <w:r w:rsidRPr="00BB55AC">
              <w:rPr>
                <w:rFonts w:ascii="Times New Roman" w:eastAsia="Times New Roman" w:hAnsi="Times New Roman" w:cs="Times New Roman"/>
                <w:sz w:val="24"/>
                <w:szCs w:val="24"/>
                <w:lang w:bidi="si-LK"/>
              </w:rPr>
              <w:t>To provide information requested by the Committee on Public Accounts in a timely manner.</w:t>
            </w:r>
          </w:p>
        </w:tc>
      </w:tr>
    </w:tbl>
    <w:p w:rsidR="00490E05" w:rsidRPr="00BB55AC" w:rsidRDefault="00490E05" w:rsidP="00A32EDC">
      <w:pPr>
        <w:spacing w:before="240" w:after="0"/>
        <w:rPr>
          <w:rFonts w:ascii="Times New Roman" w:hAnsi="Times New Roman" w:cs="Times New Roman"/>
          <w:sz w:val="24"/>
          <w:szCs w:val="24"/>
          <w:cs/>
          <w:lang w:bidi="si-LK"/>
        </w:rPr>
      </w:pPr>
    </w:p>
    <w:p w:rsidR="00E92A0B" w:rsidRPr="00BB55AC" w:rsidRDefault="00836AF7" w:rsidP="0058598D">
      <w:pPr>
        <w:spacing w:after="0"/>
        <w:jc w:val="both"/>
        <w:rPr>
          <w:rFonts w:ascii="Times New Roman" w:hAnsi="Times New Roman" w:cs="Times New Roman"/>
          <w:sz w:val="24"/>
          <w:szCs w:val="24"/>
          <w:lang w:bidi="si-LK"/>
        </w:rPr>
      </w:pPr>
      <w:r w:rsidRPr="00BB55AC">
        <w:rPr>
          <w:rFonts w:ascii="Times New Roman" w:hAnsi="Times New Roman" w:cs="Times New Roman"/>
          <w:b/>
          <w:sz w:val="24"/>
          <w:szCs w:val="24"/>
        </w:rPr>
        <w:lastRenderedPageBreak/>
        <w:t xml:space="preserve">07. </w:t>
      </w:r>
      <w:r w:rsidR="0058598D" w:rsidRPr="00BB55AC">
        <w:rPr>
          <w:rFonts w:ascii="Times New Roman" w:hAnsi="Times New Roman" w:cs="Times New Roman"/>
          <w:b/>
          <w:bCs/>
          <w:color w:val="000000" w:themeColor="text1"/>
          <w:sz w:val="24"/>
          <w:szCs w:val="24"/>
        </w:rPr>
        <w:t xml:space="preserve">Laws and Regulations </w:t>
      </w:r>
      <w:r w:rsidR="00AC5683" w:rsidRPr="00BB55AC">
        <w:rPr>
          <w:rFonts w:ascii="Times New Roman" w:hAnsi="Times New Roman" w:cs="Times New Roman"/>
          <w:b/>
          <w:bCs/>
          <w:color w:val="000000" w:themeColor="text1"/>
          <w:sz w:val="24"/>
          <w:szCs w:val="24"/>
        </w:rPr>
        <w:t>applicable to</w:t>
      </w:r>
      <w:r w:rsidR="0058598D" w:rsidRPr="00BB55AC">
        <w:rPr>
          <w:rFonts w:ascii="Times New Roman" w:hAnsi="Times New Roman" w:cs="Times New Roman"/>
          <w:b/>
          <w:bCs/>
          <w:color w:val="000000" w:themeColor="text1"/>
          <w:sz w:val="24"/>
          <w:szCs w:val="24"/>
        </w:rPr>
        <w:t xml:space="preserve"> activities of e</w:t>
      </w:r>
      <w:r w:rsidR="00351BF9" w:rsidRPr="00BB55AC">
        <w:rPr>
          <w:rFonts w:ascii="Times New Roman" w:hAnsi="Times New Roman" w:cs="Times New Roman"/>
          <w:b/>
          <w:bCs/>
          <w:color w:val="000000" w:themeColor="text1"/>
          <w:sz w:val="24"/>
          <w:szCs w:val="24"/>
        </w:rPr>
        <w:t>ach Public Authority under the Min</w:t>
      </w:r>
      <w:r w:rsidR="00A631B3" w:rsidRPr="00BB55AC">
        <w:rPr>
          <w:rFonts w:ascii="Times New Roman" w:hAnsi="Times New Roman" w:cs="Times New Roman"/>
          <w:b/>
          <w:bCs/>
          <w:color w:val="000000" w:themeColor="text1"/>
          <w:sz w:val="24"/>
          <w:szCs w:val="24"/>
        </w:rPr>
        <w:t>istry o</w:t>
      </w:r>
      <w:r w:rsidR="0058598D" w:rsidRPr="00BB55AC">
        <w:rPr>
          <w:rFonts w:ascii="Times New Roman" w:hAnsi="Times New Roman" w:cs="Times New Roman"/>
          <w:b/>
          <w:bCs/>
          <w:color w:val="000000" w:themeColor="text1"/>
          <w:sz w:val="24"/>
          <w:szCs w:val="24"/>
        </w:rPr>
        <w:t>ther than the Ministry</w:t>
      </w:r>
      <w:r w:rsidR="00AC5683" w:rsidRPr="00BB55AC">
        <w:rPr>
          <w:rFonts w:ascii="Times New Roman" w:hAnsi="Times New Roman" w:cs="Times New Roman"/>
          <w:b/>
          <w:bCs/>
          <w:color w:val="000000" w:themeColor="text1"/>
          <w:sz w:val="24"/>
          <w:szCs w:val="24"/>
        </w:rPr>
        <w:t>.</w:t>
      </w:r>
      <w:r w:rsidR="00BB55AC">
        <w:rPr>
          <w:rFonts w:ascii="Times New Roman" w:hAnsi="Times New Roman" w:cs="Times New Roman"/>
          <w:b/>
          <w:bCs/>
          <w:color w:val="000000" w:themeColor="text1"/>
          <w:sz w:val="24"/>
          <w:szCs w:val="24"/>
        </w:rPr>
        <w:t xml:space="preserve"> </w:t>
      </w:r>
      <w:r w:rsidR="00E92A0B" w:rsidRPr="00BB55AC">
        <w:rPr>
          <w:rStyle w:val="Emphasis"/>
          <w:rFonts w:ascii="Times New Roman" w:hAnsi="Times New Roman" w:cs="Times New Roman"/>
          <w:b/>
          <w:bCs/>
          <w:i w:val="0"/>
          <w:iCs w:val="0"/>
          <w:color w:val="000000" w:themeColor="text1"/>
          <w:sz w:val="24"/>
          <w:szCs w:val="24"/>
        </w:rPr>
        <w:t>(</w:t>
      </w:r>
      <w:r w:rsidR="00AC5683" w:rsidRPr="00BB55AC">
        <w:rPr>
          <w:rStyle w:val="Emphasis"/>
          <w:rFonts w:ascii="Times New Roman" w:hAnsi="Times New Roman" w:cs="Times New Roman"/>
          <w:b/>
          <w:bCs/>
          <w:i w:val="0"/>
          <w:iCs w:val="0"/>
          <w:color w:val="000000" w:themeColor="text1"/>
          <w:sz w:val="24"/>
          <w:szCs w:val="24"/>
        </w:rPr>
        <w:t>Make</w:t>
      </w:r>
      <w:r w:rsidR="00E92A0B" w:rsidRPr="00BB55AC">
        <w:rPr>
          <w:rStyle w:val="Emphasis"/>
          <w:rFonts w:ascii="Times New Roman" w:hAnsi="Times New Roman" w:cs="Times New Roman"/>
          <w:b/>
          <w:bCs/>
          <w:i w:val="0"/>
          <w:iCs w:val="0"/>
          <w:color w:val="000000" w:themeColor="text1"/>
          <w:sz w:val="24"/>
          <w:szCs w:val="24"/>
        </w:rPr>
        <w:t xml:space="preserve"> separate entries for each Public Authority)</w:t>
      </w:r>
    </w:p>
    <w:p w:rsidR="00A32EDC" w:rsidRPr="00BB55AC" w:rsidRDefault="00351BF9" w:rsidP="00E92A0B">
      <w:pPr>
        <w:pStyle w:val="NormalWeb"/>
      </w:pPr>
      <w:r w:rsidRPr="00BB55AC">
        <w:rPr>
          <w:rStyle w:val="Strong"/>
          <w:b w:val="0"/>
          <w:bCs w:val="0"/>
        </w:rPr>
        <w:t>1. Name of the Public Authority:</w:t>
      </w:r>
      <w:r w:rsidRPr="00BB55AC">
        <w:t xml:space="preserve"> </w:t>
      </w:r>
      <w:r w:rsidRPr="00BB55AC">
        <w:rPr>
          <w:b/>
          <w:bCs/>
        </w:rPr>
        <w:t>National Child Protection Authority</w:t>
      </w:r>
    </w:p>
    <w:tbl>
      <w:tblPr>
        <w:tblStyle w:val="TableGrid"/>
        <w:tblW w:w="10098" w:type="dxa"/>
        <w:tblLayout w:type="fixed"/>
        <w:tblLook w:val="04A0"/>
      </w:tblPr>
      <w:tblGrid>
        <w:gridCol w:w="5598"/>
        <w:gridCol w:w="2520"/>
        <w:gridCol w:w="1980"/>
      </w:tblGrid>
      <w:tr w:rsidR="00AC5683" w:rsidRPr="00BB55AC" w:rsidTr="00776394">
        <w:trPr>
          <w:trHeight w:val="2510"/>
        </w:trPr>
        <w:tc>
          <w:tcPr>
            <w:tcW w:w="5598" w:type="dxa"/>
          </w:tcPr>
          <w:p w:rsidR="00AC5683" w:rsidRPr="00BB55AC" w:rsidRDefault="00AC5683" w:rsidP="00E92A0B">
            <w:pPr>
              <w:pStyle w:val="Heading3"/>
              <w:outlineLvl w:val="2"/>
              <w:rPr>
                <w:rFonts w:ascii="Times New Roman" w:hAnsi="Times New Roman" w:cs="Times New Roman"/>
                <w:color w:val="000000" w:themeColor="text1"/>
                <w:sz w:val="24"/>
                <w:szCs w:val="24"/>
              </w:rPr>
            </w:pPr>
            <w:r w:rsidRPr="00BB55AC">
              <w:rPr>
                <w:rFonts w:ascii="Times New Roman" w:hAnsi="Times New Roman" w:cs="Times New Roman"/>
                <w:color w:val="000000" w:themeColor="text1"/>
                <w:sz w:val="24"/>
                <w:szCs w:val="24"/>
              </w:rPr>
              <w:t xml:space="preserve">Function / Duties </w:t>
            </w:r>
          </w:p>
        </w:tc>
        <w:tc>
          <w:tcPr>
            <w:tcW w:w="2520" w:type="dxa"/>
          </w:tcPr>
          <w:p w:rsidR="00AC5683" w:rsidRPr="00BB55AC" w:rsidRDefault="00AC5683" w:rsidP="00BB55AC">
            <w:pPr>
              <w:spacing w:line="276" w:lineRule="auto"/>
              <w:jc w:val="center"/>
              <w:rPr>
                <w:rFonts w:ascii="Times New Roman" w:hAnsi="Times New Roman" w:cs="Times New Roman"/>
                <w:b/>
                <w:bCs/>
                <w:sz w:val="24"/>
                <w:szCs w:val="24"/>
              </w:rPr>
            </w:pPr>
            <w:r w:rsidRPr="00BB55AC">
              <w:rPr>
                <w:rFonts w:ascii="Times New Roman" w:hAnsi="Times New Roman" w:cs="Times New Roman"/>
                <w:b/>
                <w:bCs/>
                <w:sz w:val="24"/>
                <w:szCs w:val="24"/>
              </w:rPr>
              <w:t>List of Acts/ Rules/ Orders/ Regulations/ Guidelines/ Circulars/ Manuals and other records which contain functions/ duties and norms in written legal form</w:t>
            </w:r>
          </w:p>
        </w:tc>
        <w:tc>
          <w:tcPr>
            <w:tcW w:w="1980" w:type="dxa"/>
          </w:tcPr>
          <w:p w:rsidR="00AC5683" w:rsidRPr="00BB55AC" w:rsidRDefault="00AC5683" w:rsidP="00BB55AC">
            <w:pPr>
              <w:spacing w:line="276" w:lineRule="auto"/>
              <w:jc w:val="center"/>
              <w:rPr>
                <w:rFonts w:ascii="Times New Roman" w:hAnsi="Times New Roman" w:cs="Times New Roman"/>
                <w:b/>
                <w:bCs/>
                <w:sz w:val="24"/>
                <w:szCs w:val="24"/>
              </w:rPr>
            </w:pPr>
            <w:r w:rsidRPr="00BB55AC">
              <w:rPr>
                <w:rFonts w:ascii="Times New Roman" w:hAnsi="Times New Roman" w:cs="Times New Roman"/>
                <w:b/>
                <w:bCs/>
                <w:sz w:val="24"/>
                <w:szCs w:val="24"/>
              </w:rPr>
              <w:t xml:space="preserve">Website where information on reports can be obtained </w:t>
            </w:r>
          </w:p>
        </w:tc>
      </w:tr>
      <w:tr w:rsidR="00CD1104" w:rsidRPr="00BB55AC" w:rsidTr="00776394">
        <w:trPr>
          <w:trHeight w:val="440"/>
        </w:trPr>
        <w:tc>
          <w:tcPr>
            <w:tcW w:w="5598" w:type="dxa"/>
            <w:vAlign w:val="center"/>
          </w:tcPr>
          <w:p w:rsidR="00901E5B" w:rsidRPr="00BB55AC" w:rsidRDefault="00901E5B" w:rsidP="00A32EDC">
            <w:pPr>
              <w:spacing w:line="276" w:lineRule="auto"/>
              <w:rPr>
                <w:rFonts w:ascii="Times New Roman" w:hAnsi="Times New Roman" w:cs="Times New Roman"/>
                <w:sz w:val="24"/>
                <w:szCs w:val="24"/>
                <w:lang w:bidi="si-LK"/>
              </w:rPr>
            </w:pPr>
          </w:p>
          <w:p w:rsidR="00200F1C" w:rsidRPr="00BB55AC" w:rsidRDefault="00200F1C" w:rsidP="00200F1C">
            <w:pPr>
              <w:autoSpaceDE w:val="0"/>
              <w:autoSpaceDN w:val="0"/>
              <w:adjustRightInd w:val="0"/>
              <w:rPr>
                <w:rFonts w:ascii="Times New Roman" w:hAnsi="Times New Roman" w:cs="Times New Roman"/>
                <w:sz w:val="24"/>
                <w:szCs w:val="24"/>
                <w:lang w:bidi="si-LK"/>
              </w:rPr>
            </w:pPr>
            <w:r w:rsidRPr="00BB55AC">
              <w:rPr>
                <w:rFonts w:ascii="Times New Roman" w:hAnsi="Times New Roman" w:cs="Times New Roman"/>
                <w:sz w:val="24"/>
                <w:szCs w:val="24"/>
                <w:lang w:bidi="si-LK"/>
              </w:rPr>
              <w:t>a) to advise the Government in the formulation of a national policy on the prevention of child abuse and the protection and treatment of children who are victims of such abuse ;</w:t>
            </w:r>
          </w:p>
          <w:p w:rsidR="0035476A" w:rsidRPr="00BB55AC" w:rsidRDefault="0035476A" w:rsidP="00200F1C">
            <w:pPr>
              <w:autoSpaceDE w:val="0"/>
              <w:autoSpaceDN w:val="0"/>
              <w:adjustRightInd w:val="0"/>
              <w:rPr>
                <w:rFonts w:ascii="Times New Roman" w:hAnsi="Times New Roman" w:cs="Times New Roman"/>
                <w:sz w:val="24"/>
                <w:szCs w:val="24"/>
                <w:lang w:bidi="si-LK"/>
              </w:rPr>
            </w:pPr>
          </w:p>
          <w:p w:rsidR="00200F1C" w:rsidRPr="00BB55AC" w:rsidRDefault="00200F1C" w:rsidP="00200F1C">
            <w:pPr>
              <w:autoSpaceDE w:val="0"/>
              <w:autoSpaceDN w:val="0"/>
              <w:adjustRightInd w:val="0"/>
              <w:rPr>
                <w:rFonts w:ascii="Times New Roman" w:hAnsi="Times New Roman" w:cs="Times New Roman"/>
                <w:sz w:val="24"/>
                <w:szCs w:val="24"/>
                <w:lang w:bidi="si-LK"/>
              </w:rPr>
            </w:pPr>
            <w:r w:rsidRPr="00BB55AC">
              <w:rPr>
                <w:rFonts w:ascii="Times New Roman" w:hAnsi="Times New Roman" w:cs="Times New Roman"/>
                <w:sz w:val="24"/>
                <w:szCs w:val="24"/>
                <w:lang w:bidi="si-LK"/>
              </w:rPr>
              <w:t>(b) to advise the Government on measures for the prevention of child abuse ;</w:t>
            </w:r>
          </w:p>
          <w:p w:rsidR="0035476A" w:rsidRPr="00BB55AC" w:rsidRDefault="0035476A" w:rsidP="00200F1C">
            <w:pPr>
              <w:autoSpaceDE w:val="0"/>
              <w:autoSpaceDN w:val="0"/>
              <w:adjustRightInd w:val="0"/>
              <w:rPr>
                <w:rFonts w:ascii="Times New Roman" w:hAnsi="Times New Roman" w:cs="Times New Roman"/>
                <w:sz w:val="24"/>
                <w:szCs w:val="24"/>
                <w:lang w:bidi="si-LK"/>
              </w:rPr>
            </w:pPr>
          </w:p>
          <w:p w:rsidR="00200F1C" w:rsidRPr="00BB55AC" w:rsidRDefault="00200F1C" w:rsidP="00200F1C">
            <w:pPr>
              <w:autoSpaceDE w:val="0"/>
              <w:autoSpaceDN w:val="0"/>
              <w:adjustRightInd w:val="0"/>
              <w:rPr>
                <w:rFonts w:ascii="Times New Roman" w:hAnsi="Times New Roman" w:cs="Times New Roman"/>
                <w:sz w:val="24"/>
                <w:szCs w:val="24"/>
                <w:lang w:bidi="si-LK"/>
              </w:rPr>
            </w:pPr>
            <w:r w:rsidRPr="00BB55AC">
              <w:rPr>
                <w:rFonts w:ascii="Times New Roman" w:hAnsi="Times New Roman" w:cs="Times New Roman"/>
                <w:sz w:val="24"/>
                <w:szCs w:val="24"/>
                <w:lang w:bidi="si-LK"/>
              </w:rPr>
              <w:t>(c) to advise the Government on measures for the protection of the victims of such abuse ;</w:t>
            </w:r>
          </w:p>
          <w:p w:rsidR="0035476A" w:rsidRPr="00BB55AC" w:rsidRDefault="0035476A" w:rsidP="00200F1C">
            <w:pPr>
              <w:autoSpaceDE w:val="0"/>
              <w:autoSpaceDN w:val="0"/>
              <w:adjustRightInd w:val="0"/>
              <w:rPr>
                <w:rFonts w:ascii="Times New Roman" w:hAnsi="Times New Roman" w:cs="Times New Roman"/>
                <w:sz w:val="24"/>
                <w:szCs w:val="24"/>
                <w:lang w:bidi="si-LK"/>
              </w:rPr>
            </w:pPr>
          </w:p>
          <w:p w:rsidR="00200F1C" w:rsidRPr="00BB55AC" w:rsidRDefault="00200F1C" w:rsidP="00200F1C">
            <w:pPr>
              <w:autoSpaceDE w:val="0"/>
              <w:autoSpaceDN w:val="0"/>
              <w:adjustRightInd w:val="0"/>
              <w:rPr>
                <w:rFonts w:ascii="Times New Roman" w:hAnsi="Times New Roman" w:cs="Times New Roman"/>
                <w:sz w:val="24"/>
                <w:szCs w:val="24"/>
                <w:lang w:bidi="si-LK"/>
              </w:rPr>
            </w:pPr>
            <w:r w:rsidRPr="00BB55AC">
              <w:rPr>
                <w:rFonts w:ascii="Times New Roman" w:hAnsi="Times New Roman" w:cs="Times New Roman"/>
                <w:sz w:val="24"/>
                <w:szCs w:val="24"/>
                <w:lang w:bidi="si-LK"/>
              </w:rPr>
              <w:t>(d) to create an awareness, of the right of a child to be protected from abuse and the methods of preventing child abuse ;</w:t>
            </w:r>
          </w:p>
          <w:p w:rsidR="0035476A" w:rsidRPr="00BB55AC" w:rsidRDefault="0035476A" w:rsidP="00200F1C">
            <w:pPr>
              <w:autoSpaceDE w:val="0"/>
              <w:autoSpaceDN w:val="0"/>
              <w:adjustRightInd w:val="0"/>
              <w:rPr>
                <w:rFonts w:ascii="Times New Roman" w:hAnsi="Times New Roman" w:cs="Times New Roman"/>
                <w:sz w:val="24"/>
                <w:szCs w:val="24"/>
                <w:lang w:bidi="si-LK"/>
              </w:rPr>
            </w:pPr>
          </w:p>
          <w:p w:rsidR="00200F1C" w:rsidRPr="00BB55AC" w:rsidRDefault="00200F1C" w:rsidP="00200F1C">
            <w:pPr>
              <w:autoSpaceDE w:val="0"/>
              <w:autoSpaceDN w:val="0"/>
              <w:adjustRightInd w:val="0"/>
              <w:rPr>
                <w:rFonts w:ascii="Times New Roman" w:hAnsi="Times New Roman" w:cs="Times New Roman"/>
                <w:sz w:val="24"/>
                <w:szCs w:val="24"/>
                <w:lang w:bidi="si-LK"/>
              </w:rPr>
            </w:pPr>
            <w:r w:rsidRPr="00BB55AC">
              <w:rPr>
                <w:rFonts w:ascii="Times New Roman" w:hAnsi="Times New Roman" w:cs="Times New Roman"/>
                <w:sz w:val="24"/>
                <w:szCs w:val="24"/>
                <w:lang w:bidi="si-LK"/>
              </w:rPr>
              <w:t>(e) to consult the relevant ministries, Provincial Councils, local authorities, District and Divisional Secretaries, public and private sector organizations and recommend all such measures as are necessary, for the purpose of preventing child abuse and for protecting and safeguarding the interests of the victims of such abuse ;</w:t>
            </w:r>
          </w:p>
          <w:p w:rsidR="0035476A" w:rsidRPr="00BB55AC" w:rsidRDefault="0035476A" w:rsidP="00200F1C">
            <w:pPr>
              <w:autoSpaceDE w:val="0"/>
              <w:autoSpaceDN w:val="0"/>
              <w:adjustRightInd w:val="0"/>
              <w:rPr>
                <w:rFonts w:ascii="Times New Roman" w:hAnsi="Times New Roman" w:cs="Times New Roman"/>
                <w:sz w:val="24"/>
                <w:szCs w:val="24"/>
                <w:lang w:bidi="si-LK"/>
              </w:rPr>
            </w:pPr>
          </w:p>
          <w:p w:rsidR="00200F1C" w:rsidRPr="00BB55AC" w:rsidRDefault="00200F1C" w:rsidP="00200F1C">
            <w:pPr>
              <w:autoSpaceDE w:val="0"/>
              <w:autoSpaceDN w:val="0"/>
              <w:adjustRightInd w:val="0"/>
              <w:rPr>
                <w:rFonts w:ascii="Times New Roman" w:hAnsi="Times New Roman" w:cs="Times New Roman"/>
                <w:sz w:val="24"/>
                <w:szCs w:val="24"/>
                <w:lang w:bidi="si-LK"/>
              </w:rPr>
            </w:pPr>
            <w:r w:rsidRPr="00BB55AC">
              <w:rPr>
                <w:rFonts w:ascii="Times New Roman" w:hAnsi="Times New Roman" w:cs="Times New Roman"/>
                <w:sz w:val="24"/>
                <w:szCs w:val="24"/>
                <w:lang w:bidi="si-LK"/>
              </w:rPr>
              <w:t>(f) to recommend legal, administrative or other reforms required for the effective implementation of the national policy for the prevention of child abuse ;</w:t>
            </w:r>
          </w:p>
          <w:p w:rsidR="0035476A" w:rsidRPr="00BB55AC" w:rsidRDefault="0035476A" w:rsidP="00200F1C">
            <w:pPr>
              <w:autoSpaceDE w:val="0"/>
              <w:autoSpaceDN w:val="0"/>
              <w:adjustRightInd w:val="0"/>
              <w:rPr>
                <w:rFonts w:ascii="Times New Roman" w:hAnsi="Times New Roman" w:cs="Times New Roman"/>
                <w:sz w:val="24"/>
                <w:szCs w:val="24"/>
                <w:lang w:bidi="si-LK"/>
              </w:rPr>
            </w:pPr>
          </w:p>
          <w:p w:rsidR="00200F1C" w:rsidRPr="00BB55AC" w:rsidRDefault="00200F1C" w:rsidP="00200F1C">
            <w:pPr>
              <w:autoSpaceDE w:val="0"/>
              <w:autoSpaceDN w:val="0"/>
              <w:adjustRightInd w:val="0"/>
              <w:rPr>
                <w:rFonts w:ascii="Times New Roman" w:hAnsi="Times New Roman" w:cs="Times New Roman"/>
                <w:sz w:val="24"/>
                <w:szCs w:val="24"/>
                <w:lang w:bidi="si-LK"/>
              </w:rPr>
            </w:pPr>
            <w:r w:rsidRPr="00BB55AC">
              <w:rPr>
                <w:rFonts w:ascii="Times New Roman" w:hAnsi="Times New Roman" w:cs="Times New Roman"/>
                <w:sz w:val="24"/>
                <w:szCs w:val="24"/>
                <w:lang w:bidi="si-LK"/>
              </w:rPr>
              <w:t>(g) to monitor the implementation of laws relating to all forms of child abuse ;</w:t>
            </w:r>
          </w:p>
          <w:p w:rsidR="00200F1C" w:rsidRPr="00BB55AC" w:rsidRDefault="00200F1C" w:rsidP="00200F1C">
            <w:pPr>
              <w:autoSpaceDE w:val="0"/>
              <w:autoSpaceDN w:val="0"/>
              <w:adjustRightInd w:val="0"/>
              <w:rPr>
                <w:rFonts w:ascii="Times New Roman" w:hAnsi="Times New Roman" w:cs="Times New Roman"/>
                <w:sz w:val="24"/>
                <w:szCs w:val="24"/>
                <w:lang w:bidi="si-LK"/>
              </w:rPr>
            </w:pPr>
            <w:r w:rsidRPr="00BB55AC">
              <w:rPr>
                <w:rFonts w:ascii="Times New Roman" w:hAnsi="Times New Roman" w:cs="Times New Roman"/>
                <w:sz w:val="24"/>
                <w:szCs w:val="24"/>
                <w:lang w:bidi="si-LK"/>
              </w:rPr>
              <w:t>(h) to monitor the progress of all investigations and criminal proceedings relating to child abuse ;</w:t>
            </w:r>
          </w:p>
          <w:p w:rsidR="0035476A" w:rsidRPr="00BB55AC" w:rsidRDefault="0035476A" w:rsidP="00200F1C">
            <w:pPr>
              <w:autoSpaceDE w:val="0"/>
              <w:autoSpaceDN w:val="0"/>
              <w:adjustRightInd w:val="0"/>
              <w:rPr>
                <w:rFonts w:ascii="Times New Roman" w:hAnsi="Times New Roman" w:cs="Times New Roman"/>
                <w:sz w:val="24"/>
                <w:szCs w:val="24"/>
                <w:lang w:bidi="si-LK"/>
              </w:rPr>
            </w:pPr>
          </w:p>
          <w:p w:rsidR="00200F1C" w:rsidRPr="00BB55AC" w:rsidRDefault="00200F1C" w:rsidP="00200F1C">
            <w:pPr>
              <w:autoSpaceDE w:val="0"/>
              <w:autoSpaceDN w:val="0"/>
              <w:adjustRightInd w:val="0"/>
              <w:rPr>
                <w:rFonts w:ascii="Times New Roman" w:hAnsi="Times New Roman" w:cs="Times New Roman"/>
                <w:sz w:val="24"/>
                <w:szCs w:val="24"/>
                <w:lang w:bidi="si-LK"/>
              </w:rPr>
            </w:pPr>
            <w:r w:rsidRPr="00BB55AC">
              <w:rPr>
                <w:rFonts w:ascii="Times New Roman" w:hAnsi="Times New Roman" w:cs="Times New Roman"/>
                <w:sz w:val="24"/>
                <w:szCs w:val="24"/>
                <w:lang w:bidi="si-LK"/>
              </w:rPr>
              <w:t>(i) to recommend measures to address the humanitarian concerns relating</w:t>
            </w:r>
            <w:r w:rsidR="0035476A" w:rsidRPr="00BB55AC">
              <w:rPr>
                <w:rFonts w:ascii="Times New Roman" w:hAnsi="Times New Roman" w:cs="Times New Roman"/>
                <w:sz w:val="24"/>
                <w:szCs w:val="24"/>
                <w:lang w:bidi="si-LK"/>
              </w:rPr>
              <w:t xml:space="preserve"> </w:t>
            </w:r>
            <w:r w:rsidRPr="00BB55AC">
              <w:rPr>
                <w:rFonts w:ascii="Times New Roman" w:hAnsi="Times New Roman" w:cs="Times New Roman"/>
                <w:sz w:val="24"/>
                <w:szCs w:val="24"/>
                <w:lang w:bidi="si-LK"/>
              </w:rPr>
              <w:t>to children affected by armed conflict and the protection of such children, including measures for their mental and physical well-being and their reintegration into society ;</w:t>
            </w:r>
          </w:p>
          <w:p w:rsidR="0035476A" w:rsidRPr="00BB55AC" w:rsidRDefault="0035476A" w:rsidP="00200F1C">
            <w:pPr>
              <w:autoSpaceDE w:val="0"/>
              <w:autoSpaceDN w:val="0"/>
              <w:adjustRightInd w:val="0"/>
              <w:rPr>
                <w:rFonts w:ascii="Times New Roman" w:hAnsi="Times New Roman" w:cs="Times New Roman"/>
                <w:sz w:val="24"/>
                <w:szCs w:val="24"/>
                <w:lang w:bidi="si-LK"/>
              </w:rPr>
            </w:pPr>
          </w:p>
          <w:p w:rsidR="00200F1C" w:rsidRPr="00BB55AC" w:rsidRDefault="00200F1C" w:rsidP="00200F1C">
            <w:pPr>
              <w:autoSpaceDE w:val="0"/>
              <w:autoSpaceDN w:val="0"/>
              <w:adjustRightInd w:val="0"/>
              <w:rPr>
                <w:rFonts w:ascii="Times New Roman" w:hAnsi="Times New Roman" w:cs="Times New Roman"/>
                <w:sz w:val="24"/>
                <w:szCs w:val="24"/>
                <w:lang w:bidi="si-LK"/>
              </w:rPr>
            </w:pPr>
            <w:r w:rsidRPr="00BB55AC">
              <w:rPr>
                <w:rFonts w:ascii="Times New Roman" w:hAnsi="Times New Roman" w:cs="Times New Roman"/>
                <w:sz w:val="24"/>
                <w:szCs w:val="24"/>
                <w:lang w:bidi="si-LK"/>
              </w:rPr>
              <w:t>(j) to take appropriate steps where necessary for securing the safety and protection of children involved in criminal investigations and criminal</w:t>
            </w:r>
          </w:p>
          <w:p w:rsidR="00200F1C" w:rsidRPr="00BB55AC" w:rsidRDefault="00200F1C" w:rsidP="00200F1C">
            <w:pPr>
              <w:autoSpaceDE w:val="0"/>
              <w:autoSpaceDN w:val="0"/>
              <w:adjustRightInd w:val="0"/>
              <w:rPr>
                <w:rFonts w:ascii="Times New Roman" w:hAnsi="Times New Roman" w:cs="Times New Roman"/>
                <w:sz w:val="24"/>
                <w:szCs w:val="24"/>
                <w:lang w:bidi="si-LK"/>
              </w:rPr>
            </w:pPr>
            <w:r w:rsidRPr="00BB55AC">
              <w:rPr>
                <w:rFonts w:ascii="Times New Roman" w:hAnsi="Times New Roman" w:cs="Times New Roman"/>
                <w:sz w:val="24"/>
                <w:szCs w:val="24"/>
                <w:lang w:bidi="si-LK"/>
              </w:rPr>
              <w:t>proceedings;</w:t>
            </w:r>
          </w:p>
          <w:p w:rsidR="0035476A" w:rsidRPr="00BB55AC" w:rsidRDefault="0035476A" w:rsidP="00200F1C">
            <w:pPr>
              <w:autoSpaceDE w:val="0"/>
              <w:autoSpaceDN w:val="0"/>
              <w:adjustRightInd w:val="0"/>
              <w:rPr>
                <w:rFonts w:ascii="Times New Roman" w:hAnsi="Times New Roman" w:cs="Times New Roman"/>
                <w:sz w:val="24"/>
                <w:szCs w:val="24"/>
                <w:lang w:bidi="si-LK"/>
              </w:rPr>
            </w:pPr>
          </w:p>
          <w:p w:rsidR="00200F1C" w:rsidRPr="00BB55AC" w:rsidRDefault="00200F1C" w:rsidP="00200F1C">
            <w:pPr>
              <w:autoSpaceDE w:val="0"/>
              <w:autoSpaceDN w:val="0"/>
              <w:adjustRightInd w:val="0"/>
              <w:rPr>
                <w:rFonts w:ascii="Times New Roman" w:hAnsi="Times New Roman" w:cs="Times New Roman"/>
                <w:sz w:val="24"/>
                <w:szCs w:val="24"/>
                <w:lang w:bidi="si-LK"/>
              </w:rPr>
            </w:pPr>
            <w:r w:rsidRPr="00BB55AC">
              <w:rPr>
                <w:rFonts w:ascii="Times New Roman" w:hAnsi="Times New Roman" w:cs="Times New Roman"/>
                <w:sz w:val="24"/>
                <w:szCs w:val="24"/>
                <w:lang w:bidi="si-LK"/>
              </w:rPr>
              <w:t>(k) to receive complaints from the public relating to child abuse and where necessary, to refer such complaints to the appropriate authorities ;</w:t>
            </w:r>
          </w:p>
          <w:p w:rsidR="0035476A" w:rsidRPr="00BB55AC" w:rsidRDefault="0035476A" w:rsidP="00200F1C">
            <w:pPr>
              <w:autoSpaceDE w:val="0"/>
              <w:autoSpaceDN w:val="0"/>
              <w:adjustRightInd w:val="0"/>
              <w:rPr>
                <w:rFonts w:ascii="Times New Roman" w:hAnsi="Times New Roman" w:cs="Times New Roman"/>
                <w:sz w:val="24"/>
                <w:szCs w:val="24"/>
                <w:lang w:bidi="si-LK"/>
              </w:rPr>
            </w:pPr>
          </w:p>
          <w:p w:rsidR="00200F1C" w:rsidRPr="00BB55AC" w:rsidRDefault="00200F1C" w:rsidP="00200F1C">
            <w:pPr>
              <w:autoSpaceDE w:val="0"/>
              <w:autoSpaceDN w:val="0"/>
              <w:adjustRightInd w:val="0"/>
              <w:rPr>
                <w:rFonts w:ascii="Times New Roman" w:hAnsi="Times New Roman" w:cs="Times New Roman"/>
                <w:sz w:val="24"/>
                <w:szCs w:val="24"/>
                <w:lang w:bidi="si-LK"/>
              </w:rPr>
            </w:pPr>
            <w:r w:rsidRPr="00BB55AC">
              <w:rPr>
                <w:rFonts w:ascii="Times New Roman" w:hAnsi="Times New Roman" w:cs="Times New Roman"/>
                <w:sz w:val="24"/>
                <w:szCs w:val="24"/>
                <w:lang w:bidi="si-LK"/>
              </w:rPr>
              <w:t>(l) to advise and assist Provincial Councils and local authorities, and non-governmental organizations to co-ordinate campaigns against child abuse ;</w:t>
            </w:r>
          </w:p>
          <w:p w:rsidR="0035476A" w:rsidRPr="00BB55AC" w:rsidRDefault="0035476A" w:rsidP="00200F1C">
            <w:pPr>
              <w:autoSpaceDE w:val="0"/>
              <w:autoSpaceDN w:val="0"/>
              <w:adjustRightInd w:val="0"/>
              <w:rPr>
                <w:rFonts w:ascii="Times New Roman" w:hAnsi="Times New Roman" w:cs="Times New Roman"/>
                <w:sz w:val="24"/>
                <w:szCs w:val="24"/>
                <w:lang w:bidi="si-LK"/>
              </w:rPr>
            </w:pPr>
          </w:p>
          <w:p w:rsidR="00200F1C" w:rsidRPr="00BB55AC" w:rsidRDefault="00200F1C" w:rsidP="00200F1C">
            <w:pPr>
              <w:autoSpaceDE w:val="0"/>
              <w:autoSpaceDN w:val="0"/>
              <w:adjustRightInd w:val="0"/>
              <w:rPr>
                <w:rFonts w:ascii="Times New Roman" w:hAnsi="Times New Roman" w:cs="Times New Roman"/>
                <w:sz w:val="24"/>
                <w:szCs w:val="24"/>
                <w:lang w:bidi="si-LK"/>
              </w:rPr>
            </w:pPr>
            <w:r w:rsidRPr="00BB55AC">
              <w:rPr>
                <w:rFonts w:ascii="Times New Roman" w:hAnsi="Times New Roman" w:cs="Times New Roman"/>
                <w:sz w:val="24"/>
                <w:szCs w:val="24"/>
                <w:lang w:bidi="si-LK"/>
              </w:rPr>
              <w:t>(m) to prepare and maintain a national data base on child abuse ;</w:t>
            </w:r>
          </w:p>
          <w:p w:rsidR="0035476A" w:rsidRPr="00BB55AC" w:rsidRDefault="0035476A" w:rsidP="00200F1C">
            <w:pPr>
              <w:autoSpaceDE w:val="0"/>
              <w:autoSpaceDN w:val="0"/>
              <w:adjustRightInd w:val="0"/>
              <w:rPr>
                <w:rFonts w:ascii="Times New Roman" w:hAnsi="Times New Roman" w:cs="Times New Roman"/>
                <w:sz w:val="24"/>
                <w:szCs w:val="24"/>
                <w:lang w:bidi="si-LK"/>
              </w:rPr>
            </w:pPr>
          </w:p>
          <w:p w:rsidR="00200F1C" w:rsidRPr="00BB55AC" w:rsidRDefault="00200F1C" w:rsidP="00200F1C">
            <w:pPr>
              <w:autoSpaceDE w:val="0"/>
              <w:autoSpaceDN w:val="0"/>
              <w:adjustRightInd w:val="0"/>
              <w:rPr>
                <w:rFonts w:ascii="Times New Roman" w:hAnsi="Times New Roman" w:cs="Times New Roman"/>
                <w:sz w:val="24"/>
                <w:szCs w:val="24"/>
                <w:lang w:bidi="si-LK"/>
              </w:rPr>
            </w:pPr>
            <w:r w:rsidRPr="00BB55AC">
              <w:rPr>
                <w:rFonts w:ascii="Times New Roman" w:hAnsi="Times New Roman" w:cs="Times New Roman"/>
                <w:sz w:val="24"/>
                <w:szCs w:val="24"/>
                <w:lang w:bidi="si-LK"/>
              </w:rPr>
              <w:t>(n) in consultation with the relevant ministries and other authorities to supervise and monitor all religious and charitable institutions which provide child care services to children ;</w:t>
            </w:r>
          </w:p>
          <w:p w:rsidR="0035476A" w:rsidRPr="00BB55AC" w:rsidRDefault="0035476A" w:rsidP="00200F1C">
            <w:pPr>
              <w:autoSpaceDE w:val="0"/>
              <w:autoSpaceDN w:val="0"/>
              <w:adjustRightInd w:val="0"/>
              <w:rPr>
                <w:rFonts w:ascii="Times New Roman" w:hAnsi="Times New Roman" w:cs="Times New Roman"/>
                <w:sz w:val="24"/>
                <w:szCs w:val="24"/>
                <w:lang w:bidi="si-LK"/>
              </w:rPr>
            </w:pPr>
          </w:p>
          <w:p w:rsidR="00200F1C" w:rsidRPr="00BB55AC" w:rsidRDefault="00200F1C" w:rsidP="00200F1C">
            <w:pPr>
              <w:autoSpaceDE w:val="0"/>
              <w:autoSpaceDN w:val="0"/>
              <w:adjustRightInd w:val="0"/>
              <w:rPr>
                <w:rFonts w:ascii="Times New Roman" w:hAnsi="Times New Roman" w:cs="Times New Roman"/>
                <w:sz w:val="24"/>
                <w:szCs w:val="24"/>
                <w:lang w:bidi="si-LK"/>
              </w:rPr>
            </w:pPr>
            <w:r w:rsidRPr="00BB55AC">
              <w:rPr>
                <w:rFonts w:ascii="Times New Roman" w:hAnsi="Times New Roman" w:cs="Times New Roman"/>
                <w:sz w:val="24"/>
                <w:szCs w:val="24"/>
                <w:lang w:bidi="si-LK"/>
              </w:rPr>
              <w:t>(o) to conduct, promote and co-ordinate, research in relation to child abuse and child protection;</w:t>
            </w:r>
          </w:p>
          <w:p w:rsidR="00200F1C" w:rsidRPr="00BB55AC" w:rsidRDefault="00200F1C" w:rsidP="00200F1C">
            <w:pPr>
              <w:autoSpaceDE w:val="0"/>
              <w:autoSpaceDN w:val="0"/>
              <w:adjustRightInd w:val="0"/>
              <w:rPr>
                <w:rFonts w:ascii="Times New Roman" w:hAnsi="Times New Roman" w:cs="Times New Roman"/>
                <w:sz w:val="24"/>
                <w:szCs w:val="24"/>
                <w:lang w:bidi="si-LK"/>
              </w:rPr>
            </w:pPr>
            <w:r w:rsidRPr="00BB55AC">
              <w:rPr>
                <w:rFonts w:ascii="Times New Roman" w:hAnsi="Times New Roman" w:cs="Times New Roman"/>
                <w:sz w:val="24"/>
                <w:szCs w:val="24"/>
                <w:lang w:bidi="si-LK"/>
              </w:rPr>
              <w:t>(p) to provide information and education to the public regarding the safety of children and the protection of the interests of children ;</w:t>
            </w:r>
          </w:p>
          <w:p w:rsidR="0035476A" w:rsidRPr="00BB55AC" w:rsidRDefault="0035476A" w:rsidP="00200F1C">
            <w:pPr>
              <w:autoSpaceDE w:val="0"/>
              <w:autoSpaceDN w:val="0"/>
              <w:adjustRightInd w:val="0"/>
              <w:rPr>
                <w:rFonts w:ascii="Times New Roman" w:hAnsi="Times New Roman" w:cs="Times New Roman"/>
                <w:sz w:val="24"/>
                <w:szCs w:val="24"/>
                <w:lang w:bidi="si-LK"/>
              </w:rPr>
            </w:pPr>
          </w:p>
          <w:p w:rsidR="00200F1C" w:rsidRPr="00BB55AC" w:rsidRDefault="00200F1C" w:rsidP="00200F1C">
            <w:pPr>
              <w:autoSpaceDE w:val="0"/>
              <w:autoSpaceDN w:val="0"/>
              <w:adjustRightInd w:val="0"/>
              <w:rPr>
                <w:rFonts w:ascii="Times New Roman" w:hAnsi="Times New Roman" w:cs="Times New Roman"/>
                <w:sz w:val="24"/>
                <w:szCs w:val="24"/>
                <w:lang w:bidi="si-LK"/>
              </w:rPr>
            </w:pPr>
            <w:r w:rsidRPr="00BB55AC">
              <w:rPr>
                <w:rFonts w:ascii="Times New Roman" w:hAnsi="Times New Roman" w:cs="Times New Roman"/>
                <w:sz w:val="24"/>
                <w:szCs w:val="24"/>
                <w:lang w:bidi="si-LK"/>
              </w:rPr>
              <w:t>(q) to engage in dialogue with all sections connected with tourism with a</w:t>
            </w:r>
            <w:r w:rsidR="0035476A" w:rsidRPr="00BB55AC">
              <w:rPr>
                <w:rFonts w:ascii="Times New Roman" w:hAnsi="Times New Roman" w:cs="Times New Roman"/>
                <w:sz w:val="24"/>
                <w:szCs w:val="24"/>
                <w:lang w:bidi="si-LK"/>
              </w:rPr>
              <w:t xml:space="preserve"> </w:t>
            </w:r>
            <w:r w:rsidRPr="00BB55AC">
              <w:rPr>
                <w:rFonts w:ascii="Times New Roman" w:hAnsi="Times New Roman" w:cs="Times New Roman"/>
                <w:sz w:val="24"/>
                <w:szCs w:val="24"/>
                <w:lang w:bidi="si-LK"/>
              </w:rPr>
              <w:t>view to minimizing the opportunities for child abuse ;</w:t>
            </w:r>
          </w:p>
          <w:p w:rsidR="0035476A" w:rsidRPr="00BB55AC" w:rsidRDefault="0035476A" w:rsidP="00200F1C">
            <w:pPr>
              <w:autoSpaceDE w:val="0"/>
              <w:autoSpaceDN w:val="0"/>
              <w:adjustRightInd w:val="0"/>
              <w:rPr>
                <w:rFonts w:ascii="Times New Roman" w:hAnsi="Times New Roman" w:cs="Times New Roman"/>
                <w:sz w:val="24"/>
                <w:szCs w:val="24"/>
                <w:lang w:bidi="si-LK"/>
              </w:rPr>
            </w:pPr>
          </w:p>
          <w:p w:rsidR="00200F1C" w:rsidRPr="00BB55AC" w:rsidRDefault="00200F1C" w:rsidP="00200F1C">
            <w:pPr>
              <w:autoSpaceDE w:val="0"/>
              <w:autoSpaceDN w:val="0"/>
              <w:adjustRightInd w:val="0"/>
              <w:rPr>
                <w:rFonts w:ascii="Times New Roman" w:hAnsi="Times New Roman" w:cs="Times New Roman"/>
                <w:sz w:val="24"/>
                <w:szCs w:val="24"/>
                <w:lang w:bidi="si-LK"/>
              </w:rPr>
            </w:pPr>
            <w:r w:rsidRPr="00BB55AC">
              <w:rPr>
                <w:rFonts w:ascii="Times New Roman" w:hAnsi="Times New Roman" w:cs="Times New Roman"/>
                <w:sz w:val="24"/>
                <w:szCs w:val="24"/>
                <w:lang w:bidi="si-LK"/>
              </w:rPr>
              <w:t xml:space="preserve">(r) to </w:t>
            </w:r>
            <w:r w:rsidR="0035476A" w:rsidRPr="00BB55AC">
              <w:rPr>
                <w:rFonts w:ascii="Times New Roman" w:hAnsi="Times New Roman" w:cs="Times New Roman"/>
                <w:sz w:val="24"/>
                <w:szCs w:val="24"/>
                <w:lang w:bidi="si-LK"/>
              </w:rPr>
              <w:t>organize</w:t>
            </w:r>
            <w:r w:rsidRPr="00BB55AC">
              <w:rPr>
                <w:rFonts w:ascii="Times New Roman" w:hAnsi="Times New Roman" w:cs="Times New Roman"/>
                <w:sz w:val="24"/>
                <w:szCs w:val="24"/>
                <w:lang w:bidi="si-LK"/>
              </w:rPr>
              <w:t xml:space="preserve"> and facilitate, workshops, seminars and discussions, relating to child abuse ;</w:t>
            </w:r>
          </w:p>
          <w:p w:rsidR="0035476A" w:rsidRPr="00BB55AC" w:rsidRDefault="0035476A" w:rsidP="00200F1C">
            <w:pPr>
              <w:autoSpaceDE w:val="0"/>
              <w:autoSpaceDN w:val="0"/>
              <w:adjustRightInd w:val="0"/>
              <w:rPr>
                <w:rFonts w:ascii="Times New Roman" w:hAnsi="Times New Roman" w:cs="Times New Roman"/>
                <w:sz w:val="24"/>
                <w:szCs w:val="24"/>
                <w:lang w:bidi="si-LK"/>
              </w:rPr>
            </w:pPr>
          </w:p>
          <w:p w:rsidR="00CD1104" w:rsidRPr="00BB55AC" w:rsidRDefault="00200F1C" w:rsidP="00200F1C">
            <w:pPr>
              <w:autoSpaceDE w:val="0"/>
              <w:autoSpaceDN w:val="0"/>
              <w:adjustRightInd w:val="0"/>
              <w:rPr>
                <w:rFonts w:ascii="Times New Roman" w:hAnsi="Times New Roman" w:cs="Times New Roman"/>
                <w:sz w:val="24"/>
                <w:szCs w:val="24"/>
                <w:lang w:bidi="si-LK"/>
              </w:rPr>
            </w:pPr>
            <w:r w:rsidRPr="00BB55AC">
              <w:rPr>
                <w:rFonts w:ascii="Times New Roman" w:hAnsi="Times New Roman" w:cs="Times New Roman"/>
                <w:sz w:val="24"/>
                <w:szCs w:val="24"/>
                <w:lang w:bidi="si-LK"/>
              </w:rPr>
              <w:t xml:space="preserve">(s) to liaise and exchange information with foreign Governments and international </w:t>
            </w:r>
            <w:r w:rsidR="0035476A" w:rsidRPr="00BB55AC">
              <w:rPr>
                <w:rFonts w:ascii="Times New Roman" w:hAnsi="Times New Roman" w:cs="Times New Roman"/>
                <w:sz w:val="24"/>
                <w:szCs w:val="24"/>
                <w:lang w:bidi="si-LK"/>
              </w:rPr>
              <w:t>organizations</w:t>
            </w:r>
            <w:r w:rsidRPr="00BB55AC">
              <w:rPr>
                <w:rFonts w:ascii="Times New Roman" w:hAnsi="Times New Roman" w:cs="Times New Roman"/>
                <w:sz w:val="24"/>
                <w:szCs w:val="24"/>
                <w:lang w:bidi="si-LK"/>
              </w:rPr>
              <w:t>, with respect to detection and prevention of all</w:t>
            </w:r>
            <w:r w:rsidR="0035476A" w:rsidRPr="00BB55AC">
              <w:rPr>
                <w:rFonts w:ascii="Times New Roman" w:hAnsi="Times New Roman" w:cs="Times New Roman"/>
                <w:sz w:val="24"/>
                <w:szCs w:val="24"/>
                <w:lang w:bidi="si-LK"/>
              </w:rPr>
              <w:t xml:space="preserve"> </w:t>
            </w:r>
            <w:r w:rsidRPr="00BB55AC">
              <w:rPr>
                <w:rFonts w:ascii="Times New Roman" w:hAnsi="Times New Roman" w:cs="Times New Roman"/>
                <w:sz w:val="24"/>
                <w:szCs w:val="24"/>
                <w:lang w:bidi="si-LK"/>
              </w:rPr>
              <w:t>forms of child abuse.</w:t>
            </w:r>
          </w:p>
        </w:tc>
        <w:tc>
          <w:tcPr>
            <w:tcW w:w="2520" w:type="dxa"/>
          </w:tcPr>
          <w:p w:rsidR="00AD3B86" w:rsidRPr="00BB55AC" w:rsidRDefault="00AD3B86" w:rsidP="00AD3B86">
            <w:pPr>
              <w:rPr>
                <w:rFonts w:ascii="Times New Roman" w:eastAsia="Times New Roman" w:hAnsi="Times New Roman" w:cs="Times New Roman"/>
                <w:sz w:val="24"/>
                <w:szCs w:val="24"/>
                <w:lang w:bidi="si-LK"/>
              </w:rPr>
            </w:pPr>
            <w:r w:rsidRPr="00BB55AC">
              <w:rPr>
                <w:rFonts w:ascii="Times New Roman" w:eastAsia="Times New Roman" w:hAnsi="Times New Roman" w:cs="Times New Roman"/>
                <w:sz w:val="24"/>
                <w:szCs w:val="24"/>
                <w:lang w:bidi="si-LK"/>
              </w:rPr>
              <w:lastRenderedPageBreak/>
              <w:t>National Child Protection Authority Act, No. 50 of 1998</w:t>
            </w:r>
          </w:p>
          <w:p w:rsidR="00AD3B86" w:rsidRPr="00BB55AC" w:rsidRDefault="00AD3B86" w:rsidP="00AD3B86">
            <w:pPr>
              <w:rPr>
                <w:rFonts w:ascii="Times New Roman" w:eastAsia="Times New Roman" w:hAnsi="Times New Roman" w:cs="Times New Roman"/>
                <w:sz w:val="24"/>
                <w:szCs w:val="24"/>
                <w:lang w:bidi="si-LK"/>
              </w:rPr>
            </w:pPr>
          </w:p>
          <w:p w:rsidR="00AD3B86" w:rsidRPr="00BB55AC" w:rsidRDefault="00AD3B86" w:rsidP="00AD3B86">
            <w:pPr>
              <w:rPr>
                <w:rFonts w:ascii="Times New Roman" w:eastAsia="Times New Roman" w:hAnsi="Times New Roman" w:cs="Times New Roman"/>
                <w:sz w:val="24"/>
                <w:szCs w:val="24"/>
                <w:lang w:bidi="si-LK"/>
              </w:rPr>
            </w:pPr>
            <w:r w:rsidRPr="00BB55AC">
              <w:rPr>
                <w:rFonts w:ascii="Times New Roman" w:eastAsia="Times New Roman" w:hAnsi="Times New Roman" w:cs="Times New Roman"/>
                <w:sz w:val="24"/>
                <w:szCs w:val="24"/>
                <w:lang w:bidi="si-LK"/>
              </w:rPr>
              <w:t>Employment of Women, Young Persons and Children Act</w:t>
            </w:r>
          </w:p>
          <w:p w:rsidR="00AD3B86" w:rsidRPr="00BB55AC" w:rsidRDefault="00AD3B86" w:rsidP="00AD3B86">
            <w:pPr>
              <w:rPr>
                <w:rFonts w:ascii="Times New Roman" w:eastAsia="Times New Roman" w:hAnsi="Times New Roman" w:cs="Times New Roman"/>
                <w:sz w:val="24"/>
                <w:szCs w:val="24"/>
                <w:lang w:bidi="si-LK"/>
              </w:rPr>
            </w:pPr>
          </w:p>
          <w:p w:rsidR="00AD3B86" w:rsidRPr="00BB55AC" w:rsidRDefault="00AD3B86" w:rsidP="00AD3B86">
            <w:pPr>
              <w:rPr>
                <w:rFonts w:ascii="Times New Roman" w:eastAsia="Times New Roman" w:hAnsi="Times New Roman" w:cs="Times New Roman"/>
                <w:sz w:val="24"/>
                <w:szCs w:val="24"/>
                <w:lang w:bidi="si-LK"/>
              </w:rPr>
            </w:pPr>
            <w:r w:rsidRPr="00BB55AC">
              <w:rPr>
                <w:rFonts w:ascii="Times New Roman" w:eastAsia="Times New Roman" w:hAnsi="Times New Roman" w:cs="Times New Roman"/>
                <w:sz w:val="24"/>
                <w:szCs w:val="24"/>
                <w:lang w:bidi="si-LK"/>
              </w:rPr>
              <w:t>Children and Young Persons Ordinance</w:t>
            </w:r>
          </w:p>
          <w:p w:rsidR="00AD3B86" w:rsidRPr="00BB55AC" w:rsidRDefault="00AD3B86" w:rsidP="00AD3B86">
            <w:pPr>
              <w:rPr>
                <w:rFonts w:ascii="Times New Roman" w:eastAsia="Times New Roman" w:hAnsi="Times New Roman" w:cs="Times New Roman"/>
                <w:sz w:val="24"/>
                <w:szCs w:val="24"/>
                <w:lang w:bidi="si-LK"/>
              </w:rPr>
            </w:pPr>
          </w:p>
          <w:p w:rsidR="00CD1104" w:rsidRPr="00BB55AC" w:rsidRDefault="00AD3B86" w:rsidP="00AD3B86">
            <w:pPr>
              <w:spacing w:line="276" w:lineRule="auto"/>
              <w:rPr>
                <w:rFonts w:ascii="Times New Roman" w:hAnsi="Times New Roman" w:cs="Times New Roman"/>
                <w:sz w:val="24"/>
                <w:szCs w:val="24"/>
              </w:rPr>
            </w:pPr>
            <w:r w:rsidRPr="00BB55AC">
              <w:rPr>
                <w:rFonts w:ascii="Times New Roman" w:eastAsia="Times New Roman" w:hAnsi="Times New Roman" w:cs="Times New Roman"/>
                <w:sz w:val="24"/>
                <w:szCs w:val="24"/>
                <w:lang w:bidi="si-LK"/>
              </w:rPr>
              <w:t>Regulations relating to Compulsory Education</w:t>
            </w:r>
          </w:p>
        </w:tc>
        <w:tc>
          <w:tcPr>
            <w:tcW w:w="1980" w:type="dxa"/>
          </w:tcPr>
          <w:p w:rsidR="00CD1104" w:rsidRPr="00BB55AC" w:rsidRDefault="008E6F3E" w:rsidP="00A32EDC">
            <w:pPr>
              <w:spacing w:line="276" w:lineRule="auto"/>
              <w:rPr>
                <w:rFonts w:ascii="Times New Roman" w:hAnsi="Times New Roman" w:cs="Times New Roman"/>
                <w:sz w:val="24"/>
                <w:szCs w:val="24"/>
              </w:rPr>
            </w:pPr>
            <w:r w:rsidRPr="00BB55AC">
              <w:rPr>
                <w:rFonts w:ascii="Times New Roman" w:hAnsi="Times New Roman" w:cs="Times New Roman"/>
                <w:sz w:val="24"/>
                <w:szCs w:val="24"/>
              </w:rPr>
              <w:t>www.childprotection.gov.lk</w:t>
            </w:r>
          </w:p>
        </w:tc>
      </w:tr>
    </w:tbl>
    <w:p w:rsidR="00E6098E" w:rsidRPr="00BB55AC" w:rsidRDefault="00E6098E" w:rsidP="00A32EDC">
      <w:pPr>
        <w:spacing w:after="0"/>
        <w:rPr>
          <w:rFonts w:ascii="Times New Roman" w:hAnsi="Times New Roman" w:cs="Times New Roman"/>
          <w:sz w:val="24"/>
          <w:szCs w:val="24"/>
          <w:lang w:bidi="si-LK"/>
        </w:rPr>
      </w:pPr>
    </w:p>
    <w:p w:rsidR="00762F3C" w:rsidRPr="00BB55AC" w:rsidRDefault="00534A1F" w:rsidP="00A32EDC">
      <w:pPr>
        <w:spacing w:after="0"/>
        <w:rPr>
          <w:rFonts w:ascii="Times New Roman" w:hAnsi="Times New Roman" w:cs="Times New Roman"/>
          <w:sz w:val="24"/>
          <w:szCs w:val="24"/>
        </w:rPr>
      </w:pPr>
      <w:r w:rsidRPr="00BB55AC">
        <w:rPr>
          <w:rFonts w:ascii="Times New Roman" w:hAnsi="Times New Roman" w:cs="Times New Roman"/>
          <w:sz w:val="24"/>
          <w:szCs w:val="24"/>
        </w:rPr>
        <w:lastRenderedPageBreak/>
        <w:t xml:space="preserve">1. </w:t>
      </w:r>
      <w:r w:rsidR="00691134" w:rsidRPr="00BB55AC">
        <w:rPr>
          <w:rStyle w:val="Strong"/>
          <w:rFonts w:ascii="Times New Roman" w:hAnsi="Times New Roman" w:cs="Times New Roman"/>
          <w:b w:val="0"/>
          <w:bCs w:val="0"/>
          <w:sz w:val="24"/>
          <w:szCs w:val="24"/>
        </w:rPr>
        <w:t>Name of the Public Authority:</w:t>
      </w:r>
      <w:r w:rsidR="00691134" w:rsidRPr="00BB55AC">
        <w:rPr>
          <w:rFonts w:ascii="Times New Roman" w:hAnsi="Times New Roman" w:cs="Times New Roman"/>
          <w:sz w:val="24"/>
          <w:szCs w:val="24"/>
        </w:rPr>
        <w:t xml:space="preserve"> </w:t>
      </w:r>
      <w:r w:rsidR="00691134" w:rsidRPr="00BB55AC">
        <w:rPr>
          <w:rFonts w:ascii="Times New Roman" w:hAnsi="Times New Roman" w:cs="Times New Roman"/>
          <w:b/>
          <w:bCs/>
          <w:sz w:val="24"/>
          <w:szCs w:val="24"/>
        </w:rPr>
        <w:t>Department of Probation and Child Care Services</w:t>
      </w:r>
    </w:p>
    <w:p w:rsidR="0031726A" w:rsidRPr="00BB55AC" w:rsidRDefault="0031726A" w:rsidP="00A32EDC">
      <w:pPr>
        <w:spacing w:after="0"/>
        <w:rPr>
          <w:rFonts w:ascii="Times New Roman" w:hAnsi="Times New Roman" w:cs="Times New Roman"/>
          <w:sz w:val="24"/>
          <w:szCs w:val="24"/>
          <w:lang w:bidi="si-LK"/>
        </w:rPr>
      </w:pPr>
    </w:p>
    <w:tbl>
      <w:tblPr>
        <w:tblStyle w:val="TableGrid"/>
        <w:tblW w:w="10098" w:type="dxa"/>
        <w:tblLook w:val="04A0"/>
      </w:tblPr>
      <w:tblGrid>
        <w:gridCol w:w="2628"/>
        <w:gridCol w:w="4500"/>
        <w:gridCol w:w="2970"/>
      </w:tblGrid>
      <w:tr w:rsidR="00AC5683" w:rsidRPr="00BB55AC" w:rsidTr="00BB55AC">
        <w:tc>
          <w:tcPr>
            <w:tcW w:w="2628" w:type="dxa"/>
          </w:tcPr>
          <w:p w:rsidR="00AC5683" w:rsidRPr="00BB55AC" w:rsidRDefault="00AC5683" w:rsidP="00BB55AC">
            <w:pPr>
              <w:pStyle w:val="Heading3"/>
              <w:outlineLvl w:val="2"/>
              <w:rPr>
                <w:rFonts w:ascii="Times New Roman" w:hAnsi="Times New Roman" w:cs="Times New Roman"/>
                <w:color w:val="000000" w:themeColor="text1"/>
                <w:sz w:val="24"/>
                <w:szCs w:val="24"/>
              </w:rPr>
            </w:pPr>
            <w:r w:rsidRPr="00BB55AC">
              <w:rPr>
                <w:rFonts w:ascii="Times New Roman" w:hAnsi="Times New Roman" w:cs="Times New Roman"/>
                <w:color w:val="000000" w:themeColor="text1"/>
                <w:sz w:val="24"/>
                <w:szCs w:val="24"/>
              </w:rPr>
              <w:t xml:space="preserve">Function / Duties </w:t>
            </w:r>
          </w:p>
        </w:tc>
        <w:tc>
          <w:tcPr>
            <w:tcW w:w="4500" w:type="dxa"/>
          </w:tcPr>
          <w:p w:rsidR="00AC5683" w:rsidRPr="00BB55AC" w:rsidRDefault="00AC5683" w:rsidP="00BB55AC">
            <w:pPr>
              <w:spacing w:line="276" w:lineRule="auto"/>
              <w:jc w:val="center"/>
              <w:rPr>
                <w:rFonts w:ascii="Times New Roman" w:hAnsi="Times New Roman" w:cs="Times New Roman"/>
                <w:b/>
                <w:bCs/>
                <w:sz w:val="24"/>
                <w:szCs w:val="24"/>
              </w:rPr>
            </w:pPr>
            <w:r w:rsidRPr="00BB55AC">
              <w:rPr>
                <w:rFonts w:ascii="Times New Roman" w:hAnsi="Times New Roman" w:cs="Times New Roman"/>
                <w:b/>
                <w:bCs/>
                <w:sz w:val="24"/>
                <w:szCs w:val="24"/>
              </w:rPr>
              <w:t>List of Acts/ Rules/ Orders/ Regulations/ Guidelines/ Circulars/ Manuals and other records which contain functions/ duties and norms in written legal form</w:t>
            </w:r>
          </w:p>
        </w:tc>
        <w:tc>
          <w:tcPr>
            <w:tcW w:w="2970" w:type="dxa"/>
          </w:tcPr>
          <w:p w:rsidR="00AC5683" w:rsidRPr="00BB55AC" w:rsidRDefault="00AC5683" w:rsidP="00BB55AC">
            <w:pPr>
              <w:spacing w:line="276" w:lineRule="auto"/>
              <w:jc w:val="center"/>
              <w:rPr>
                <w:rFonts w:ascii="Times New Roman" w:hAnsi="Times New Roman" w:cs="Times New Roman"/>
                <w:b/>
                <w:bCs/>
                <w:sz w:val="24"/>
                <w:szCs w:val="24"/>
              </w:rPr>
            </w:pPr>
            <w:r w:rsidRPr="00BB55AC">
              <w:rPr>
                <w:rFonts w:ascii="Times New Roman" w:hAnsi="Times New Roman" w:cs="Times New Roman"/>
                <w:b/>
                <w:bCs/>
                <w:sz w:val="24"/>
                <w:szCs w:val="24"/>
              </w:rPr>
              <w:t xml:space="preserve">Website where information on reports can be obtained </w:t>
            </w:r>
          </w:p>
        </w:tc>
      </w:tr>
      <w:tr w:rsidR="00534A1F" w:rsidRPr="00BB55AC" w:rsidTr="00534A1F">
        <w:tc>
          <w:tcPr>
            <w:tcW w:w="2628" w:type="dxa"/>
          </w:tcPr>
          <w:p w:rsidR="00534A1F" w:rsidRPr="00BB55AC" w:rsidRDefault="00D95533" w:rsidP="00A32EDC">
            <w:pPr>
              <w:spacing w:line="276" w:lineRule="auto"/>
              <w:rPr>
                <w:rFonts w:ascii="Times New Roman" w:hAnsi="Times New Roman" w:cs="Times New Roman"/>
                <w:sz w:val="24"/>
                <w:szCs w:val="24"/>
              </w:rPr>
            </w:pPr>
            <w:r w:rsidRPr="00BB55AC">
              <w:rPr>
                <w:rFonts w:ascii="Times New Roman" w:hAnsi="Times New Roman" w:cs="Times New Roman"/>
                <w:sz w:val="24"/>
                <w:szCs w:val="24"/>
              </w:rPr>
              <w:t>Placement of Children for Overseas Adoption and Alternative Care</w:t>
            </w:r>
          </w:p>
        </w:tc>
        <w:tc>
          <w:tcPr>
            <w:tcW w:w="4500" w:type="dxa"/>
          </w:tcPr>
          <w:p w:rsidR="00D95533" w:rsidRPr="00BB55AC" w:rsidRDefault="00D95533" w:rsidP="00D95533">
            <w:pPr>
              <w:rPr>
                <w:rFonts w:ascii="Times New Roman" w:hAnsi="Times New Roman" w:cs="Times New Roman"/>
                <w:sz w:val="24"/>
                <w:szCs w:val="24"/>
              </w:rPr>
            </w:pPr>
            <w:r w:rsidRPr="00BB55AC">
              <w:rPr>
                <w:rFonts w:ascii="Times New Roman" w:eastAsia="Times New Roman" w:hAnsi="Times New Roman" w:cs="Times New Roman"/>
                <w:sz w:val="24"/>
                <w:szCs w:val="24"/>
                <w:lang w:bidi="si-LK"/>
              </w:rPr>
              <w:t>1.</w:t>
            </w:r>
            <w:r w:rsidR="00AA1F86" w:rsidRPr="00BB55AC">
              <w:rPr>
                <w:rFonts w:ascii="Times New Roman" w:eastAsia="Times New Roman" w:hAnsi="Times New Roman" w:cs="Times New Roman"/>
                <w:sz w:val="24"/>
                <w:szCs w:val="24"/>
                <w:lang w:bidi="si-LK"/>
              </w:rPr>
              <w:t xml:space="preserve"> </w:t>
            </w:r>
            <w:r w:rsidR="00AA1F86" w:rsidRPr="00BB55AC">
              <w:rPr>
                <w:rFonts w:ascii="Times New Roman" w:hAnsi="Times New Roman" w:cs="Times New Roman"/>
                <w:sz w:val="24"/>
                <w:szCs w:val="24"/>
              </w:rPr>
              <w:t>Adoption of Children Ordinance, No. 24 of 1941, as amended by Act No. 15 of 1995.</w:t>
            </w:r>
          </w:p>
          <w:p w:rsidR="00AA1F86" w:rsidRPr="00BB55AC" w:rsidRDefault="00AA1F86" w:rsidP="00D95533">
            <w:pPr>
              <w:rPr>
                <w:rFonts w:ascii="Times New Roman" w:eastAsia="Times New Roman" w:hAnsi="Times New Roman" w:cs="Times New Roman"/>
                <w:sz w:val="24"/>
                <w:szCs w:val="24"/>
                <w:lang w:bidi="si-LK"/>
              </w:rPr>
            </w:pPr>
          </w:p>
          <w:p w:rsidR="00D95533" w:rsidRPr="00BB55AC" w:rsidRDefault="00D95533" w:rsidP="00D95533">
            <w:pPr>
              <w:rPr>
                <w:rFonts w:ascii="Times New Roman" w:eastAsia="Times New Roman" w:hAnsi="Times New Roman" w:cs="Times New Roman"/>
                <w:sz w:val="24"/>
                <w:szCs w:val="24"/>
                <w:lang w:bidi="si-LK"/>
              </w:rPr>
            </w:pPr>
            <w:r w:rsidRPr="00BB55AC">
              <w:rPr>
                <w:rFonts w:ascii="Times New Roman" w:eastAsia="Times New Roman" w:hAnsi="Times New Roman" w:cs="Times New Roman"/>
                <w:sz w:val="24"/>
                <w:szCs w:val="24"/>
                <w:lang w:bidi="si-LK"/>
              </w:rPr>
              <w:t>2.</w:t>
            </w:r>
            <w:r w:rsidR="00E1649E" w:rsidRPr="00BB55AC">
              <w:rPr>
                <w:rFonts w:ascii="Times New Roman" w:eastAsia="Times New Roman" w:hAnsi="Times New Roman" w:cs="Times New Roman"/>
                <w:sz w:val="24"/>
                <w:szCs w:val="24"/>
                <w:lang w:bidi="si-LK"/>
              </w:rPr>
              <w:t xml:space="preserve"> </w:t>
            </w:r>
            <w:r w:rsidRPr="00BB55AC">
              <w:rPr>
                <w:rFonts w:ascii="Times New Roman" w:eastAsia="Times New Roman" w:hAnsi="Times New Roman" w:cs="Times New Roman"/>
                <w:sz w:val="24"/>
                <w:szCs w:val="24"/>
                <w:lang w:bidi="si-LK"/>
              </w:rPr>
              <w:t>Convention on Protection of Children and Co-operation in Respect of Intercountry Adoption.</w:t>
            </w:r>
          </w:p>
          <w:p w:rsidR="00AA1F86" w:rsidRPr="00BB55AC" w:rsidRDefault="00AA1F86" w:rsidP="00D95533">
            <w:pPr>
              <w:rPr>
                <w:rFonts w:ascii="Times New Roman" w:eastAsia="Times New Roman" w:hAnsi="Times New Roman" w:cs="Times New Roman"/>
                <w:sz w:val="24"/>
                <w:szCs w:val="24"/>
                <w:lang w:bidi="si-LK"/>
              </w:rPr>
            </w:pPr>
          </w:p>
          <w:p w:rsidR="00534A1F" w:rsidRPr="00BB55AC" w:rsidRDefault="00D95533" w:rsidP="00D95533">
            <w:pPr>
              <w:spacing w:line="276" w:lineRule="auto"/>
              <w:rPr>
                <w:rFonts w:ascii="Times New Roman" w:hAnsi="Times New Roman" w:cs="Times New Roman"/>
                <w:sz w:val="24"/>
                <w:szCs w:val="24"/>
              </w:rPr>
            </w:pPr>
            <w:r w:rsidRPr="00BB55AC">
              <w:rPr>
                <w:rFonts w:ascii="Times New Roman" w:eastAsia="Times New Roman" w:hAnsi="Times New Roman" w:cs="Times New Roman"/>
                <w:sz w:val="24"/>
                <w:szCs w:val="24"/>
                <w:lang w:bidi="si-LK"/>
              </w:rPr>
              <w:t>3.</w:t>
            </w:r>
            <w:r w:rsidR="00E1649E" w:rsidRPr="00BB55AC">
              <w:rPr>
                <w:rFonts w:ascii="Times New Roman" w:eastAsia="Times New Roman" w:hAnsi="Times New Roman" w:cs="Times New Roman"/>
                <w:sz w:val="24"/>
                <w:szCs w:val="24"/>
                <w:lang w:bidi="si-LK"/>
              </w:rPr>
              <w:t xml:space="preserve"> </w:t>
            </w:r>
            <w:r w:rsidRPr="00BB55AC">
              <w:rPr>
                <w:rFonts w:ascii="Times New Roman" w:eastAsia="Times New Roman" w:hAnsi="Times New Roman" w:cs="Times New Roman"/>
                <w:sz w:val="24"/>
                <w:szCs w:val="24"/>
                <w:lang w:bidi="si-LK"/>
              </w:rPr>
              <w:t>National Alternative Care Policy introduced in 2018.</w:t>
            </w:r>
          </w:p>
        </w:tc>
        <w:tc>
          <w:tcPr>
            <w:tcW w:w="2970" w:type="dxa"/>
          </w:tcPr>
          <w:p w:rsidR="00534A1F" w:rsidRPr="00BB55AC" w:rsidRDefault="00534A1F" w:rsidP="00A32EDC">
            <w:pPr>
              <w:spacing w:line="276" w:lineRule="auto"/>
              <w:rPr>
                <w:rFonts w:ascii="Times New Roman" w:hAnsi="Times New Roman" w:cs="Times New Roman"/>
                <w:sz w:val="24"/>
                <w:szCs w:val="24"/>
                <w:lang w:bidi="si-LK"/>
              </w:rPr>
            </w:pPr>
          </w:p>
        </w:tc>
      </w:tr>
      <w:tr w:rsidR="00534A1F" w:rsidRPr="00BB55AC" w:rsidTr="00534A1F">
        <w:tc>
          <w:tcPr>
            <w:tcW w:w="2628" w:type="dxa"/>
          </w:tcPr>
          <w:p w:rsidR="00534A1F" w:rsidRPr="00BB55AC" w:rsidRDefault="00822E89" w:rsidP="00A32EDC">
            <w:pPr>
              <w:spacing w:line="276" w:lineRule="auto"/>
              <w:rPr>
                <w:rFonts w:ascii="Times New Roman" w:hAnsi="Times New Roman" w:cs="Times New Roman"/>
                <w:sz w:val="24"/>
                <w:szCs w:val="24"/>
              </w:rPr>
            </w:pPr>
            <w:r w:rsidRPr="00BB55AC">
              <w:rPr>
                <w:rFonts w:ascii="Times New Roman" w:hAnsi="Times New Roman" w:cs="Times New Roman"/>
                <w:sz w:val="24"/>
                <w:szCs w:val="24"/>
              </w:rPr>
              <w:t>Provision of Care for Children in Need of Care and Protection</w:t>
            </w:r>
          </w:p>
        </w:tc>
        <w:tc>
          <w:tcPr>
            <w:tcW w:w="4500" w:type="dxa"/>
          </w:tcPr>
          <w:p w:rsidR="00822E89" w:rsidRPr="00BB55AC" w:rsidRDefault="00822E89" w:rsidP="00822E89">
            <w:pPr>
              <w:pStyle w:val="ListParagraph"/>
              <w:numPr>
                <w:ilvl w:val="0"/>
                <w:numId w:val="17"/>
              </w:numPr>
              <w:rPr>
                <w:rFonts w:ascii="Times New Roman" w:eastAsia="Times New Roman" w:hAnsi="Times New Roman" w:cs="Times New Roman"/>
                <w:sz w:val="24"/>
                <w:szCs w:val="24"/>
                <w:lang w:bidi="si-LK"/>
              </w:rPr>
            </w:pPr>
            <w:r w:rsidRPr="00BB55AC">
              <w:rPr>
                <w:rFonts w:ascii="Times New Roman" w:eastAsia="Times New Roman" w:hAnsi="Times New Roman" w:cs="Times New Roman"/>
                <w:sz w:val="24"/>
                <w:szCs w:val="24"/>
                <w:lang w:bidi="si-LK"/>
              </w:rPr>
              <w:t>Children’s Ordinance, No. 48 of 1939.</w:t>
            </w:r>
          </w:p>
          <w:p w:rsidR="00534A1F" w:rsidRPr="00BB55AC" w:rsidRDefault="00822E89" w:rsidP="00822E89">
            <w:pPr>
              <w:pStyle w:val="ListParagraph"/>
              <w:numPr>
                <w:ilvl w:val="0"/>
                <w:numId w:val="17"/>
              </w:numPr>
              <w:spacing w:line="276" w:lineRule="auto"/>
              <w:rPr>
                <w:rFonts w:ascii="Times New Roman" w:hAnsi="Times New Roman" w:cs="Times New Roman"/>
                <w:sz w:val="24"/>
                <w:szCs w:val="24"/>
              </w:rPr>
            </w:pPr>
            <w:r w:rsidRPr="00BB55AC">
              <w:rPr>
                <w:rFonts w:ascii="Times New Roman" w:eastAsia="Times New Roman" w:hAnsi="Times New Roman" w:cs="Times New Roman"/>
                <w:sz w:val="24"/>
                <w:szCs w:val="24"/>
                <w:lang w:bidi="si-LK"/>
              </w:rPr>
              <w:t>Children’s Ordinance (Amendment) Act, No. 39 of 2002.</w:t>
            </w:r>
          </w:p>
        </w:tc>
        <w:tc>
          <w:tcPr>
            <w:tcW w:w="2970" w:type="dxa"/>
          </w:tcPr>
          <w:p w:rsidR="00534A1F" w:rsidRPr="00BB55AC" w:rsidRDefault="00534A1F" w:rsidP="00A32EDC">
            <w:pPr>
              <w:spacing w:line="276" w:lineRule="auto"/>
              <w:rPr>
                <w:rFonts w:ascii="Times New Roman" w:hAnsi="Times New Roman" w:cs="Times New Roman"/>
                <w:sz w:val="24"/>
                <w:szCs w:val="24"/>
                <w:lang w:bidi="si-LK"/>
              </w:rPr>
            </w:pPr>
          </w:p>
        </w:tc>
      </w:tr>
      <w:tr w:rsidR="00534A1F" w:rsidRPr="00BB55AC" w:rsidTr="00534A1F">
        <w:tc>
          <w:tcPr>
            <w:tcW w:w="2628" w:type="dxa"/>
          </w:tcPr>
          <w:p w:rsidR="00534A1F" w:rsidRPr="00BB55AC" w:rsidRDefault="00822E89" w:rsidP="00A32EDC">
            <w:pPr>
              <w:spacing w:line="276" w:lineRule="auto"/>
              <w:rPr>
                <w:rFonts w:ascii="Times New Roman" w:hAnsi="Times New Roman" w:cs="Times New Roman"/>
                <w:sz w:val="24"/>
                <w:szCs w:val="24"/>
              </w:rPr>
            </w:pPr>
            <w:r w:rsidRPr="00BB55AC">
              <w:rPr>
                <w:rFonts w:ascii="Times New Roman" w:hAnsi="Times New Roman" w:cs="Times New Roman"/>
                <w:sz w:val="24"/>
                <w:szCs w:val="24"/>
              </w:rPr>
              <w:t>Ensuring Child Rights</w:t>
            </w:r>
          </w:p>
        </w:tc>
        <w:tc>
          <w:tcPr>
            <w:tcW w:w="4500" w:type="dxa"/>
          </w:tcPr>
          <w:p w:rsidR="00822E89" w:rsidRPr="00BB55AC" w:rsidRDefault="00822E89" w:rsidP="00822E89">
            <w:pPr>
              <w:rPr>
                <w:rFonts w:ascii="Times New Roman" w:eastAsia="Times New Roman" w:hAnsi="Times New Roman" w:cs="Times New Roman"/>
                <w:sz w:val="24"/>
                <w:szCs w:val="24"/>
                <w:lang w:bidi="si-LK"/>
              </w:rPr>
            </w:pPr>
            <w:r w:rsidRPr="00BB55AC">
              <w:rPr>
                <w:rFonts w:ascii="Times New Roman" w:eastAsia="Times New Roman" w:hAnsi="Times New Roman" w:cs="Times New Roman"/>
                <w:sz w:val="24"/>
                <w:szCs w:val="24"/>
                <w:lang w:bidi="si-LK"/>
              </w:rPr>
              <w:t xml:space="preserve">1. United Nations Convention on the Rights of the Child </w:t>
            </w:r>
          </w:p>
          <w:p w:rsidR="00822E89" w:rsidRPr="00BB55AC" w:rsidRDefault="00822E89" w:rsidP="00822E89">
            <w:pPr>
              <w:rPr>
                <w:rFonts w:ascii="Times New Roman" w:eastAsia="Times New Roman" w:hAnsi="Times New Roman" w:cs="Times New Roman"/>
                <w:sz w:val="24"/>
                <w:szCs w:val="24"/>
                <w:lang w:bidi="si-LK"/>
              </w:rPr>
            </w:pPr>
            <w:r w:rsidRPr="00BB55AC">
              <w:rPr>
                <w:rFonts w:ascii="Times New Roman" w:eastAsia="Times New Roman" w:hAnsi="Times New Roman" w:cs="Times New Roman"/>
                <w:sz w:val="24"/>
                <w:szCs w:val="24"/>
                <w:lang w:bidi="si-LK"/>
              </w:rPr>
              <w:t>2. National Case Management Guidelines for the Prevention of All Forms of Violence against Children.</w:t>
            </w:r>
          </w:p>
          <w:p w:rsidR="00534A1F" w:rsidRPr="00BB55AC" w:rsidRDefault="00822E89" w:rsidP="00822E89">
            <w:pPr>
              <w:rPr>
                <w:rFonts w:ascii="Times New Roman" w:hAnsi="Times New Roman" w:cs="Times New Roman"/>
                <w:sz w:val="24"/>
                <w:szCs w:val="24"/>
              </w:rPr>
            </w:pPr>
            <w:r w:rsidRPr="00BB55AC">
              <w:rPr>
                <w:rFonts w:ascii="Times New Roman" w:eastAsia="Times New Roman" w:hAnsi="Times New Roman" w:cs="Times New Roman"/>
                <w:sz w:val="24"/>
                <w:szCs w:val="24"/>
                <w:lang w:bidi="si-LK"/>
              </w:rPr>
              <w:t>3. Guidelines for Rural Child Development Committees.</w:t>
            </w:r>
          </w:p>
        </w:tc>
        <w:tc>
          <w:tcPr>
            <w:tcW w:w="2970" w:type="dxa"/>
          </w:tcPr>
          <w:p w:rsidR="00534A1F" w:rsidRPr="00BB55AC" w:rsidRDefault="00534A1F" w:rsidP="00A32EDC">
            <w:pPr>
              <w:spacing w:line="276" w:lineRule="auto"/>
              <w:rPr>
                <w:rFonts w:ascii="Times New Roman" w:hAnsi="Times New Roman" w:cs="Times New Roman"/>
                <w:sz w:val="24"/>
                <w:szCs w:val="24"/>
                <w:lang w:bidi="si-LK"/>
              </w:rPr>
            </w:pPr>
          </w:p>
        </w:tc>
      </w:tr>
      <w:tr w:rsidR="00534A1F" w:rsidRPr="00BB55AC" w:rsidTr="00534A1F">
        <w:tc>
          <w:tcPr>
            <w:tcW w:w="2628" w:type="dxa"/>
          </w:tcPr>
          <w:p w:rsidR="00534A1F" w:rsidRPr="00BB55AC" w:rsidRDefault="00822E89" w:rsidP="00150B98">
            <w:pPr>
              <w:spacing w:line="276" w:lineRule="auto"/>
              <w:rPr>
                <w:rFonts w:ascii="Times New Roman" w:hAnsi="Times New Roman" w:cs="Times New Roman"/>
                <w:sz w:val="24"/>
                <w:szCs w:val="24"/>
                <w:cs/>
                <w:lang w:bidi="si-LK"/>
              </w:rPr>
            </w:pPr>
            <w:r w:rsidRPr="00BB55AC">
              <w:rPr>
                <w:rFonts w:ascii="Times New Roman" w:hAnsi="Times New Roman" w:cs="Times New Roman"/>
                <w:sz w:val="24"/>
                <w:szCs w:val="24"/>
              </w:rPr>
              <w:t xml:space="preserve">Progress Reporting by Child Rights Promotion Officers / Child Rights Promotion Assistants </w:t>
            </w:r>
            <w:r w:rsidR="00150B98" w:rsidRPr="00BB55AC">
              <w:rPr>
                <w:rFonts w:ascii="Times New Roman" w:hAnsi="Times New Roman" w:cs="Times New Roman"/>
                <w:sz w:val="24"/>
                <w:szCs w:val="24"/>
              </w:rPr>
              <w:t xml:space="preserve">in </w:t>
            </w:r>
            <w:r w:rsidRPr="00BB55AC">
              <w:rPr>
                <w:rFonts w:ascii="Times New Roman" w:hAnsi="Times New Roman" w:cs="Times New Roman"/>
                <w:sz w:val="24"/>
                <w:szCs w:val="24"/>
              </w:rPr>
              <w:t>District and Divisional Secretariats</w:t>
            </w:r>
          </w:p>
        </w:tc>
        <w:tc>
          <w:tcPr>
            <w:tcW w:w="4500" w:type="dxa"/>
          </w:tcPr>
          <w:p w:rsidR="00534A1F" w:rsidRPr="00BB55AC" w:rsidRDefault="00822E89" w:rsidP="00A32EDC">
            <w:pPr>
              <w:spacing w:line="276" w:lineRule="auto"/>
              <w:rPr>
                <w:rFonts w:ascii="Times New Roman" w:hAnsi="Times New Roman" w:cs="Times New Roman"/>
                <w:sz w:val="24"/>
                <w:szCs w:val="24"/>
                <w:cs/>
                <w:lang w:bidi="si-LK"/>
              </w:rPr>
            </w:pPr>
            <w:r w:rsidRPr="00BB55AC">
              <w:rPr>
                <w:rFonts w:ascii="Times New Roman" w:hAnsi="Times New Roman" w:cs="Times New Roman"/>
                <w:sz w:val="24"/>
                <w:szCs w:val="24"/>
              </w:rPr>
              <w:t xml:space="preserve">Circular No. 2017/02 – </w:t>
            </w:r>
            <w:r w:rsidRPr="00ED5930">
              <w:rPr>
                <w:rFonts w:ascii="Times New Roman" w:hAnsi="Times New Roman" w:cs="Times New Roman"/>
                <w:sz w:val="24"/>
                <w:szCs w:val="24"/>
              </w:rPr>
              <w:t>Progress Report</w:t>
            </w:r>
            <w:r w:rsidRPr="00BB55AC">
              <w:rPr>
                <w:rFonts w:ascii="Times New Roman" w:hAnsi="Times New Roman" w:cs="Times New Roman"/>
                <w:sz w:val="24"/>
                <w:szCs w:val="24"/>
              </w:rPr>
              <w:t xml:space="preserve"> 2025</w:t>
            </w:r>
          </w:p>
        </w:tc>
        <w:tc>
          <w:tcPr>
            <w:tcW w:w="2970" w:type="dxa"/>
          </w:tcPr>
          <w:p w:rsidR="00534A1F" w:rsidRPr="00BB55AC" w:rsidRDefault="00534A1F" w:rsidP="00A32EDC">
            <w:pPr>
              <w:spacing w:line="276" w:lineRule="auto"/>
              <w:rPr>
                <w:rFonts w:ascii="Times New Roman" w:hAnsi="Times New Roman" w:cs="Times New Roman"/>
                <w:sz w:val="24"/>
                <w:szCs w:val="24"/>
                <w:lang w:bidi="si-LK"/>
              </w:rPr>
            </w:pPr>
          </w:p>
        </w:tc>
      </w:tr>
      <w:tr w:rsidR="00150B98" w:rsidRPr="00BB55AC" w:rsidTr="00534A1F">
        <w:tc>
          <w:tcPr>
            <w:tcW w:w="2628" w:type="dxa"/>
          </w:tcPr>
          <w:p w:rsidR="00150B98" w:rsidRPr="00BB55AC" w:rsidRDefault="00150B98" w:rsidP="00BB55AC">
            <w:pPr>
              <w:pStyle w:val="Heading3"/>
              <w:outlineLvl w:val="2"/>
              <w:rPr>
                <w:rFonts w:ascii="Times New Roman" w:hAnsi="Times New Roman" w:cs="Times New Roman"/>
                <w:b w:val="0"/>
                <w:bCs w:val="0"/>
                <w:color w:val="000000" w:themeColor="text1"/>
                <w:sz w:val="24"/>
                <w:szCs w:val="24"/>
              </w:rPr>
            </w:pPr>
            <w:r w:rsidRPr="00BB55AC">
              <w:rPr>
                <w:rFonts w:ascii="Times New Roman" w:hAnsi="Times New Roman" w:cs="Times New Roman"/>
                <w:b w:val="0"/>
                <w:bCs w:val="0"/>
                <w:color w:val="000000" w:themeColor="text1"/>
                <w:sz w:val="24"/>
                <w:szCs w:val="24"/>
              </w:rPr>
              <w:t>Establishment and Maintenance of Children’s Clubs / Children’s Councils</w:t>
            </w:r>
          </w:p>
        </w:tc>
        <w:tc>
          <w:tcPr>
            <w:tcW w:w="4500" w:type="dxa"/>
          </w:tcPr>
          <w:p w:rsidR="00150B98" w:rsidRPr="00BB55AC" w:rsidRDefault="00150B98" w:rsidP="00BB55AC">
            <w:pPr>
              <w:pStyle w:val="NormalWeb"/>
              <w:rPr>
                <w:b/>
                <w:bCs/>
              </w:rPr>
            </w:pPr>
            <w:r w:rsidRPr="00BB55AC">
              <w:rPr>
                <w:rStyle w:val="Strong"/>
                <w:b w:val="0"/>
                <w:bCs w:val="0"/>
              </w:rPr>
              <w:t>Constitution of Children’s Clubs</w:t>
            </w:r>
          </w:p>
        </w:tc>
        <w:tc>
          <w:tcPr>
            <w:tcW w:w="2970" w:type="dxa"/>
          </w:tcPr>
          <w:p w:rsidR="00150B98" w:rsidRPr="00BB55AC" w:rsidRDefault="00150B98" w:rsidP="00A32EDC">
            <w:pPr>
              <w:spacing w:line="276" w:lineRule="auto"/>
              <w:rPr>
                <w:rFonts w:ascii="Times New Roman" w:hAnsi="Times New Roman" w:cs="Times New Roman"/>
                <w:sz w:val="24"/>
                <w:szCs w:val="24"/>
                <w:lang w:bidi="si-LK"/>
              </w:rPr>
            </w:pPr>
          </w:p>
        </w:tc>
      </w:tr>
    </w:tbl>
    <w:p w:rsidR="00590A00" w:rsidRPr="00BB55AC" w:rsidRDefault="00590A00" w:rsidP="00A32EDC">
      <w:pPr>
        <w:spacing w:after="0"/>
        <w:rPr>
          <w:rFonts w:ascii="Times New Roman" w:hAnsi="Times New Roman" w:cs="Times New Roman"/>
          <w:sz w:val="24"/>
          <w:szCs w:val="24"/>
          <w:lang w:bidi="si-LK"/>
        </w:rPr>
      </w:pPr>
    </w:p>
    <w:p w:rsidR="00762F3C" w:rsidRPr="00BB55AC" w:rsidRDefault="00762F3C" w:rsidP="00A32EDC">
      <w:pPr>
        <w:spacing w:after="0"/>
        <w:rPr>
          <w:rFonts w:ascii="Times New Roman" w:hAnsi="Times New Roman" w:cs="Times New Roman"/>
          <w:sz w:val="24"/>
          <w:szCs w:val="24"/>
          <w:lang w:bidi="si-LK"/>
        </w:rPr>
      </w:pPr>
    </w:p>
    <w:p w:rsidR="00A32EDC" w:rsidRPr="00BB55AC" w:rsidRDefault="00A32EDC" w:rsidP="00A32EDC">
      <w:pPr>
        <w:spacing w:after="0"/>
        <w:rPr>
          <w:rFonts w:ascii="Times New Roman" w:hAnsi="Times New Roman" w:cs="Times New Roman"/>
          <w:sz w:val="24"/>
          <w:szCs w:val="24"/>
          <w:lang w:bidi="si-LK"/>
        </w:rPr>
      </w:pPr>
    </w:p>
    <w:p w:rsidR="00897345" w:rsidRPr="00BB55AC" w:rsidRDefault="00897345" w:rsidP="00A32EDC">
      <w:pPr>
        <w:spacing w:after="0"/>
        <w:rPr>
          <w:rFonts w:ascii="Times New Roman" w:hAnsi="Times New Roman" w:cs="Times New Roman"/>
          <w:sz w:val="24"/>
          <w:szCs w:val="24"/>
          <w:lang w:bidi="si-LK"/>
        </w:rPr>
      </w:pPr>
    </w:p>
    <w:p w:rsidR="009463F9" w:rsidRPr="00BB55AC" w:rsidRDefault="009463F9" w:rsidP="00A32EDC">
      <w:pPr>
        <w:spacing w:after="0"/>
        <w:rPr>
          <w:rFonts w:ascii="Times New Roman" w:hAnsi="Times New Roman" w:cs="Times New Roman"/>
          <w:sz w:val="24"/>
          <w:szCs w:val="24"/>
          <w:lang w:bidi="si-LK"/>
        </w:rPr>
      </w:pPr>
    </w:p>
    <w:p w:rsidR="00F85589" w:rsidRPr="00BB55AC" w:rsidRDefault="00F85589" w:rsidP="00A32EDC">
      <w:pPr>
        <w:spacing w:after="0"/>
        <w:rPr>
          <w:rFonts w:ascii="Times New Roman" w:hAnsi="Times New Roman" w:cs="Times New Roman"/>
          <w:sz w:val="24"/>
          <w:szCs w:val="24"/>
          <w:lang w:bidi="si-LK"/>
        </w:rPr>
      </w:pPr>
    </w:p>
    <w:p w:rsidR="009463F9" w:rsidRPr="00BB55AC" w:rsidRDefault="009463F9" w:rsidP="00A32EDC">
      <w:pPr>
        <w:spacing w:after="0"/>
        <w:rPr>
          <w:rFonts w:ascii="Times New Roman" w:hAnsi="Times New Roman" w:cs="Times New Roman"/>
          <w:sz w:val="24"/>
          <w:szCs w:val="24"/>
          <w:lang w:bidi="si-LK"/>
        </w:rPr>
      </w:pPr>
    </w:p>
    <w:p w:rsidR="00CD1104" w:rsidRPr="00BB55AC" w:rsidRDefault="00776394" w:rsidP="00A32EDC">
      <w:pPr>
        <w:spacing w:after="0"/>
        <w:rPr>
          <w:rFonts w:ascii="Times New Roman" w:hAnsi="Times New Roman" w:cs="Times New Roman"/>
          <w:b/>
          <w:bCs/>
          <w:sz w:val="24"/>
          <w:szCs w:val="24"/>
          <w:lang w:bidi="si-LK"/>
        </w:rPr>
      </w:pPr>
      <w:r>
        <w:rPr>
          <w:rFonts w:ascii="Times New Roman" w:hAnsi="Times New Roman" w:cs="Times New Roman"/>
          <w:b/>
          <w:bCs/>
          <w:sz w:val="24"/>
          <w:szCs w:val="24"/>
          <w:lang w:bidi="si-LK"/>
        </w:rPr>
        <w:t>Part 3</w:t>
      </w:r>
    </w:p>
    <w:p w:rsidR="00DB20A1" w:rsidRPr="00BB55AC" w:rsidRDefault="00DB20A1" w:rsidP="00A32EDC">
      <w:pPr>
        <w:spacing w:after="0"/>
        <w:rPr>
          <w:rFonts w:ascii="Times New Roman" w:hAnsi="Times New Roman" w:cs="Times New Roman"/>
          <w:sz w:val="24"/>
          <w:szCs w:val="24"/>
        </w:rPr>
      </w:pPr>
    </w:p>
    <w:p w:rsidR="003D286F" w:rsidRPr="00BB55AC" w:rsidRDefault="00836AF7" w:rsidP="004930B5">
      <w:pPr>
        <w:pStyle w:val="isselectedend"/>
        <w:rPr>
          <w:rStyle w:val="Strong"/>
          <w:b w:val="0"/>
          <w:bCs w:val="0"/>
        </w:rPr>
      </w:pPr>
      <w:r w:rsidRPr="00BB55AC">
        <w:rPr>
          <w:b/>
        </w:rPr>
        <w:t xml:space="preserve">08. </w:t>
      </w:r>
      <w:r w:rsidR="004930B5" w:rsidRPr="00BB55AC">
        <w:rPr>
          <w:rStyle w:val="Strong"/>
          <w:b w:val="0"/>
          <w:bCs w:val="0"/>
        </w:rPr>
        <w:t xml:space="preserve">Information on </w:t>
      </w:r>
      <w:r w:rsidR="003D286F" w:rsidRPr="00BB55AC">
        <w:rPr>
          <w:rStyle w:val="Strong"/>
          <w:b w:val="0"/>
          <w:bCs w:val="0"/>
        </w:rPr>
        <w:t>income and expenditure</w:t>
      </w:r>
      <w:r w:rsidR="004930B5" w:rsidRPr="00BB55AC">
        <w:rPr>
          <w:rStyle w:val="Strong"/>
          <w:b w:val="0"/>
          <w:bCs w:val="0"/>
        </w:rPr>
        <w:t xml:space="preserve"> </w:t>
      </w:r>
      <w:r w:rsidR="003D286F" w:rsidRPr="00BB55AC">
        <w:rPr>
          <w:rStyle w:val="Strong"/>
          <w:b w:val="0"/>
          <w:bCs w:val="0"/>
        </w:rPr>
        <w:t>a</w:t>
      </w:r>
      <w:r w:rsidR="004930B5" w:rsidRPr="00BB55AC">
        <w:rPr>
          <w:rStyle w:val="Strong"/>
          <w:b w:val="0"/>
          <w:bCs w:val="0"/>
        </w:rPr>
        <w:t xml:space="preserve">llocated </w:t>
      </w:r>
      <w:r w:rsidR="003D286F" w:rsidRPr="00BB55AC">
        <w:rPr>
          <w:rStyle w:val="Strong"/>
          <w:b w:val="0"/>
          <w:bCs w:val="0"/>
        </w:rPr>
        <w:t>from the government budget /Provincial and local financial statement/ self-budgeting documents for the Ministry and each Public Authority.</w:t>
      </w:r>
    </w:p>
    <w:p w:rsidR="004930B5" w:rsidRPr="00BB55AC" w:rsidRDefault="004930B5" w:rsidP="004930B5">
      <w:pPr>
        <w:pStyle w:val="NormalWeb"/>
        <w:rPr>
          <w:b/>
          <w:bCs/>
        </w:rPr>
      </w:pPr>
      <w:r w:rsidRPr="00BB55AC">
        <w:rPr>
          <w:rStyle w:val="Strong"/>
          <w:b w:val="0"/>
          <w:bCs w:val="0"/>
        </w:rPr>
        <w:t>Name of the Ministry / Public Authority:</w:t>
      </w:r>
    </w:p>
    <w:p w:rsidR="004930B5" w:rsidRPr="00BB55AC" w:rsidRDefault="00836AF7" w:rsidP="004930B5">
      <w:pPr>
        <w:pStyle w:val="Heading3"/>
        <w:rPr>
          <w:rFonts w:ascii="Times New Roman" w:hAnsi="Times New Roman" w:cs="Times New Roman"/>
          <w:color w:val="000000" w:themeColor="text1"/>
          <w:sz w:val="24"/>
          <w:szCs w:val="24"/>
        </w:rPr>
      </w:pPr>
      <w:r w:rsidRPr="00BB55AC">
        <w:rPr>
          <w:rFonts w:ascii="Times New Roman" w:hAnsi="Times New Roman" w:cs="Times New Roman"/>
          <w:b w:val="0"/>
          <w:color w:val="000000" w:themeColor="text1"/>
          <w:sz w:val="24"/>
          <w:szCs w:val="24"/>
        </w:rPr>
        <w:t xml:space="preserve">8.1 </w:t>
      </w:r>
      <w:r w:rsidR="004930B5" w:rsidRPr="00BB55AC">
        <w:rPr>
          <w:rStyle w:val="Strong"/>
          <w:rFonts w:ascii="Times New Roman" w:hAnsi="Times New Roman" w:cs="Times New Roman"/>
          <w:color w:val="000000" w:themeColor="text1"/>
          <w:sz w:val="24"/>
          <w:szCs w:val="24"/>
        </w:rPr>
        <w:t>Details</w:t>
      </w:r>
      <w:r w:rsidR="003D286F" w:rsidRPr="00BB55AC">
        <w:rPr>
          <w:rStyle w:val="Strong"/>
          <w:rFonts w:ascii="Times New Roman" w:hAnsi="Times New Roman" w:cs="Times New Roman"/>
          <w:color w:val="000000" w:themeColor="text1"/>
          <w:sz w:val="24"/>
          <w:szCs w:val="24"/>
        </w:rPr>
        <w:t xml:space="preserve"> of the income</w:t>
      </w:r>
    </w:p>
    <w:p w:rsidR="004930B5" w:rsidRPr="00BB55AC" w:rsidRDefault="004930B5" w:rsidP="004930B5">
      <w:pPr>
        <w:pStyle w:val="NormalWeb"/>
        <w:rPr>
          <w:i/>
          <w:iCs/>
          <w:color w:val="000000" w:themeColor="text1"/>
        </w:rPr>
      </w:pPr>
      <w:r w:rsidRPr="00BB55AC">
        <w:rPr>
          <w:rStyle w:val="Strong"/>
          <w:b w:val="0"/>
          <w:bCs w:val="0"/>
          <w:color w:val="000000" w:themeColor="text1"/>
        </w:rPr>
        <w:t xml:space="preserve">According to the </w:t>
      </w:r>
      <w:r w:rsidR="003D286F" w:rsidRPr="00BB55AC">
        <w:rPr>
          <w:rStyle w:val="Strong"/>
          <w:b w:val="0"/>
          <w:bCs w:val="0"/>
          <w:color w:val="000000" w:themeColor="text1"/>
        </w:rPr>
        <w:t>State</w:t>
      </w:r>
      <w:r w:rsidRPr="00BB55AC">
        <w:rPr>
          <w:rStyle w:val="Strong"/>
          <w:b w:val="0"/>
          <w:bCs w:val="0"/>
          <w:color w:val="000000" w:themeColor="text1"/>
        </w:rPr>
        <w:t xml:space="preserve"> Budget / Financial Statement</w:t>
      </w:r>
      <w:r w:rsidR="003D286F" w:rsidRPr="00BB55AC">
        <w:rPr>
          <w:rStyle w:val="Strong"/>
          <w:b w:val="0"/>
          <w:bCs w:val="0"/>
          <w:color w:val="000000" w:themeColor="text1"/>
        </w:rPr>
        <w:t>s</w:t>
      </w:r>
      <w:r w:rsidRPr="00BB55AC">
        <w:rPr>
          <w:rStyle w:val="Strong"/>
          <w:b w:val="0"/>
          <w:bCs w:val="0"/>
          <w:color w:val="000000" w:themeColor="text1"/>
        </w:rPr>
        <w:t xml:space="preserve"> / </w:t>
      </w:r>
      <w:r w:rsidR="003D286F" w:rsidRPr="00BB55AC">
        <w:rPr>
          <w:rStyle w:val="Strong"/>
          <w:b w:val="0"/>
          <w:bCs w:val="0"/>
        </w:rPr>
        <w:t xml:space="preserve">Self-budget </w:t>
      </w:r>
      <w:r w:rsidRPr="00BB55AC">
        <w:rPr>
          <w:rStyle w:val="Emphasis"/>
          <w:color w:val="000000" w:themeColor="text1"/>
        </w:rPr>
        <w:t>(</w:t>
      </w:r>
      <w:r w:rsidRPr="00BB55AC">
        <w:rPr>
          <w:rStyle w:val="Emphasis"/>
          <w:i w:val="0"/>
          <w:iCs w:val="0"/>
          <w:color w:val="000000" w:themeColor="text1"/>
        </w:rPr>
        <w:t xml:space="preserve">only </w:t>
      </w:r>
      <w:r w:rsidR="003D286F" w:rsidRPr="00BB55AC">
        <w:rPr>
          <w:rStyle w:val="Emphasis"/>
          <w:i w:val="0"/>
          <w:iCs w:val="0"/>
          <w:color w:val="000000" w:themeColor="text1"/>
        </w:rPr>
        <w:t>for revenue raising</w:t>
      </w:r>
      <w:r w:rsidRPr="00BB55AC">
        <w:rPr>
          <w:rStyle w:val="Emphasis"/>
          <w:i w:val="0"/>
          <w:iCs w:val="0"/>
          <w:color w:val="000000" w:themeColor="text1"/>
        </w:rPr>
        <w:t xml:space="preserve"> in</w:t>
      </w:r>
      <w:r w:rsidR="00831869" w:rsidRPr="00BB55AC">
        <w:rPr>
          <w:rStyle w:val="Emphasis"/>
          <w:i w:val="0"/>
          <w:iCs w:val="0"/>
          <w:color w:val="000000" w:themeColor="text1"/>
        </w:rPr>
        <w:t>stitutions</w:t>
      </w:r>
      <w:r w:rsidRPr="00BB55AC">
        <w:rPr>
          <w:rStyle w:val="Emphasis"/>
          <w:i w:val="0"/>
          <w:iCs w:val="0"/>
          <w:color w:val="000000" w:themeColor="text1"/>
        </w:rPr>
        <w:t>)</w:t>
      </w:r>
    </w:p>
    <w:tbl>
      <w:tblPr>
        <w:tblStyle w:val="TableGrid"/>
        <w:tblW w:w="9915" w:type="dxa"/>
        <w:tblLook w:val="04A0"/>
      </w:tblPr>
      <w:tblGrid>
        <w:gridCol w:w="3305"/>
        <w:gridCol w:w="3305"/>
        <w:gridCol w:w="3305"/>
      </w:tblGrid>
      <w:tr w:rsidR="00831869" w:rsidRPr="00BB55AC" w:rsidTr="00BB55AC">
        <w:trPr>
          <w:trHeight w:val="971"/>
        </w:trPr>
        <w:tc>
          <w:tcPr>
            <w:tcW w:w="3305" w:type="dxa"/>
          </w:tcPr>
          <w:p w:rsidR="00831869" w:rsidRPr="00BB55AC" w:rsidRDefault="00831869" w:rsidP="00BB55AC">
            <w:pPr>
              <w:pStyle w:val="Heading3"/>
              <w:outlineLvl w:val="2"/>
              <w:rPr>
                <w:rFonts w:ascii="Times New Roman" w:hAnsi="Times New Roman" w:cs="Times New Roman"/>
                <w:color w:val="000000" w:themeColor="text1"/>
                <w:sz w:val="24"/>
                <w:szCs w:val="24"/>
              </w:rPr>
            </w:pPr>
            <w:r w:rsidRPr="00BB55AC">
              <w:rPr>
                <w:rStyle w:val="Strong"/>
                <w:rFonts w:ascii="Times New Roman" w:hAnsi="Times New Roman" w:cs="Times New Roman"/>
                <w:b/>
                <w:bCs/>
                <w:color w:val="000000" w:themeColor="text1"/>
                <w:sz w:val="24"/>
                <w:szCs w:val="24"/>
              </w:rPr>
              <w:t>Revenue Category</w:t>
            </w:r>
          </w:p>
        </w:tc>
        <w:tc>
          <w:tcPr>
            <w:tcW w:w="3305" w:type="dxa"/>
          </w:tcPr>
          <w:p w:rsidR="00831869" w:rsidRPr="00BB55AC" w:rsidRDefault="00831869" w:rsidP="003D286F">
            <w:pPr>
              <w:pStyle w:val="Heading3"/>
              <w:outlineLvl w:val="2"/>
              <w:rPr>
                <w:rFonts w:ascii="Times New Roman" w:hAnsi="Times New Roman" w:cs="Times New Roman"/>
                <w:color w:val="000000" w:themeColor="text1"/>
                <w:sz w:val="24"/>
                <w:szCs w:val="24"/>
              </w:rPr>
            </w:pPr>
            <w:r w:rsidRPr="00BB55AC">
              <w:rPr>
                <w:rStyle w:val="Strong"/>
                <w:rFonts w:ascii="Times New Roman" w:hAnsi="Times New Roman" w:cs="Times New Roman"/>
                <w:b/>
                <w:bCs/>
                <w:color w:val="000000" w:themeColor="text1"/>
                <w:sz w:val="24"/>
                <w:szCs w:val="24"/>
              </w:rPr>
              <w:t xml:space="preserve">Estimated </w:t>
            </w:r>
            <w:r w:rsidR="003D286F" w:rsidRPr="00BB55AC">
              <w:rPr>
                <w:rStyle w:val="Strong"/>
                <w:rFonts w:ascii="Times New Roman" w:hAnsi="Times New Roman" w:cs="Times New Roman"/>
                <w:b/>
                <w:bCs/>
                <w:color w:val="000000" w:themeColor="text1"/>
                <w:sz w:val="24"/>
                <w:szCs w:val="24"/>
              </w:rPr>
              <w:t>Income</w:t>
            </w:r>
            <w:r w:rsidRPr="00BB55AC">
              <w:rPr>
                <w:rStyle w:val="Strong"/>
                <w:rFonts w:ascii="Times New Roman" w:hAnsi="Times New Roman" w:cs="Times New Roman"/>
                <w:b/>
                <w:bCs/>
                <w:color w:val="000000" w:themeColor="text1"/>
                <w:sz w:val="24"/>
                <w:szCs w:val="24"/>
              </w:rPr>
              <w:t xml:space="preserve"> (Rs. Million)</w:t>
            </w:r>
          </w:p>
        </w:tc>
        <w:tc>
          <w:tcPr>
            <w:tcW w:w="3305" w:type="dxa"/>
          </w:tcPr>
          <w:p w:rsidR="00831869" w:rsidRPr="00BB55AC" w:rsidRDefault="00831869" w:rsidP="00BB55AC">
            <w:pPr>
              <w:pStyle w:val="Heading3"/>
              <w:outlineLvl w:val="2"/>
              <w:rPr>
                <w:rFonts w:ascii="Times New Roman" w:hAnsi="Times New Roman" w:cs="Times New Roman"/>
                <w:color w:val="000000" w:themeColor="text1"/>
                <w:sz w:val="24"/>
                <w:szCs w:val="24"/>
              </w:rPr>
            </w:pPr>
            <w:r w:rsidRPr="00BB55AC">
              <w:rPr>
                <w:rStyle w:val="Strong"/>
                <w:rFonts w:ascii="Times New Roman" w:hAnsi="Times New Roman" w:cs="Times New Roman"/>
                <w:b/>
                <w:bCs/>
                <w:color w:val="000000" w:themeColor="text1"/>
                <w:sz w:val="24"/>
                <w:szCs w:val="24"/>
              </w:rPr>
              <w:t>Actual Revenue Collected (Rs. Million)</w:t>
            </w:r>
          </w:p>
        </w:tc>
      </w:tr>
      <w:tr w:rsidR="00CD1104" w:rsidRPr="00BB55AC" w:rsidTr="00DB20A1">
        <w:trPr>
          <w:trHeight w:val="350"/>
        </w:trPr>
        <w:tc>
          <w:tcPr>
            <w:tcW w:w="3305" w:type="dxa"/>
            <w:vAlign w:val="center"/>
          </w:tcPr>
          <w:p w:rsidR="00CD1104" w:rsidRPr="00BB55AC" w:rsidRDefault="00CD1104" w:rsidP="00A32EDC">
            <w:pPr>
              <w:spacing w:line="276" w:lineRule="auto"/>
              <w:jc w:val="center"/>
              <w:rPr>
                <w:rFonts w:ascii="Times New Roman" w:hAnsi="Times New Roman" w:cs="Times New Roman"/>
                <w:sz w:val="24"/>
                <w:szCs w:val="24"/>
              </w:rPr>
            </w:pPr>
          </w:p>
        </w:tc>
        <w:tc>
          <w:tcPr>
            <w:tcW w:w="3305" w:type="dxa"/>
            <w:vAlign w:val="center"/>
          </w:tcPr>
          <w:p w:rsidR="00CD1104" w:rsidRPr="00BB55AC" w:rsidRDefault="00CD1104" w:rsidP="00A32EDC">
            <w:pPr>
              <w:spacing w:line="276" w:lineRule="auto"/>
              <w:jc w:val="center"/>
              <w:rPr>
                <w:rFonts w:ascii="Times New Roman" w:hAnsi="Times New Roman" w:cs="Times New Roman"/>
                <w:sz w:val="24"/>
                <w:szCs w:val="24"/>
              </w:rPr>
            </w:pPr>
          </w:p>
        </w:tc>
        <w:tc>
          <w:tcPr>
            <w:tcW w:w="3305" w:type="dxa"/>
            <w:vAlign w:val="center"/>
          </w:tcPr>
          <w:p w:rsidR="00CD1104" w:rsidRPr="00BB55AC" w:rsidRDefault="00CD1104" w:rsidP="00A32EDC">
            <w:pPr>
              <w:spacing w:line="276" w:lineRule="auto"/>
              <w:jc w:val="center"/>
              <w:rPr>
                <w:rFonts w:ascii="Times New Roman" w:hAnsi="Times New Roman" w:cs="Times New Roman"/>
                <w:sz w:val="24"/>
                <w:szCs w:val="24"/>
              </w:rPr>
            </w:pPr>
          </w:p>
        </w:tc>
      </w:tr>
      <w:tr w:rsidR="001D6C8C" w:rsidRPr="00BB55AC" w:rsidTr="00DB20A1">
        <w:trPr>
          <w:trHeight w:val="359"/>
        </w:trPr>
        <w:tc>
          <w:tcPr>
            <w:tcW w:w="3305" w:type="dxa"/>
            <w:vAlign w:val="center"/>
          </w:tcPr>
          <w:p w:rsidR="001D6C8C" w:rsidRPr="00BB55AC" w:rsidRDefault="001D6C8C" w:rsidP="00A32EDC">
            <w:pPr>
              <w:spacing w:line="276" w:lineRule="auto"/>
              <w:jc w:val="center"/>
              <w:rPr>
                <w:rFonts w:ascii="Times New Roman" w:hAnsi="Times New Roman" w:cs="Times New Roman"/>
                <w:sz w:val="24"/>
                <w:szCs w:val="24"/>
              </w:rPr>
            </w:pPr>
          </w:p>
        </w:tc>
        <w:tc>
          <w:tcPr>
            <w:tcW w:w="3305" w:type="dxa"/>
            <w:vAlign w:val="center"/>
          </w:tcPr>
          <w:p w:rsidR="001D6C8C" w:rsidRPr="00BB55AC" w:rsidRDefault="001D6C8C" w:rsidP="00A32EDC">
            <w:pPr>
              <w:spacing w:line="276" w:lineRule="auto"/>
              <w:jc w:val="center"/>
              <w:rPr>
                <w:rFonts w:ascii="Times New Roman" w:hAnsi="Times New Roman" w:cs="Times New Roman"/>
                <w:sz w:val="24"/>
                <w:szCs w:val="24"/>
              </w:rPr>
            </w:pPr>
          </w:p>
        </w:tc>
        <w:tc>
          <w:tcPr>
            <w:tcW w:w="3305" w:type="dxa"/>
            <w:vAlign w:val="center"/>
          </w:tcPr>
          <w:p w:rsidR="001D6C8C" w:rsidRPr="00BB55AC" w:rsidRDefault="001D6C8C" w:rsidP="00A32EDC">
            <w:pPr>
              <w:spacing w:line="276" w:lineRule="auto"/>
              <w:jc w:val="center"/>
              <w:rPr>
                <w:rFonts w:ascii="Times New Roman" w:hAnsi="Times New Roman" w:cs="Times New Roman"/>
                <w:sz w:val="24"/>
                <w:szCs w:val="24"/>
              </w:rPr>
            </w:pPr>
          </w:p>
        </w:tc>
      </w:tr>
    </w:tbl>
    <w:p w:rsidR="00590A00" w:rsidRPr="00BB55AC" w:rsidRDefault="00590A00" w:rsidP="00A32EDC">
      <w:pPr>
        <w:spacing w:after="0"/>
        <w:jc w:val="both"/>
        <w:rPr>
          <w:rFonts w:ascii="Times New Roman" w:hAnsi="Times New Roman" w:cs="Times New Roman"/>
          <w:sz w:val="24"/>
          <w:szCs w:val="24"/>
          <w:lang w:bidi="si-LK"/>
        </w:rPr>
      </w:pPr>
    </w:p>
    <w:p w:rsidR="00831869" w:rsidRPr="00BB55AC" w:rsidRDefault="00836AF7" w:rsidP="00831869">
      <w:pPr>
        <w:pStyle w:val="Heading3"/>
        <w:rPr>
          <w:rFonts w:ascii="Times New Roman" w:hAnsi="Times New Roman" w:cs="Times New Roman"/>
          <w:color w:val="000000" w:themeColor="text1"/>
          <w:sz w:val="24"/>
          <w:szCs w:val="24"/>
        </w:rPr>
      </w:pPr>
      <w:r w:rsidRPr="00BB55AC">
        <w:rPr>
          <w:rFonts w:ascii="Times New Roman" w:hAnsi="Times New Roman" w:cs="Times New Roman"/>
          <w:bCs w:val="0"/>
          <w:color w:val="000000" w:themeColor="text1"/>
          <w:sz w:val="24"/>
          <w:szCs w:val="24"/>
        </w:rPr>
        <w:t>8.2</w:t>
      </w:r>
      <w:r w:rsidRPr="00BB55AC">
        <w:rPr>
          <w:rFonts w:ascii="Times New Roman" w:hAnsi="Times New Roman" w:cs="Times New Roman"/>
          <w:b w:val="0"/>
          <w:color w:val="000000" w:themeColor="text1"/>
          <w:sz w:val="24"/>
          <w:szCs w:val="24"/>
        </w:rPr>
        <w:t xml:space="preserve"> </w:t>
      </w:r>
      <w:r w:rsidR="00831869" w:rsidRPr="00BB55AC">
        <w:rPr>
          <w:rStyle w:val="Strong"/>
          <w:rFonts w:ascii="Times New Roman" w:hAnsi="Times New Roman" w:cs="Times New Roman"/>
          <w:b/>
          <w:bCs/>
          <w:color w:val="000000" w:themeColor="text1"/>
          <w:sz w:val="24"/>
          <w:szCs w:val="24"/>
        </w:rPr>
        <w:t>Expenditure Details</w:t>
      </w:r>
    </w:p>
    <w:p w:rsidR="00831869" w:rsidRPr="00BB55AC" w:rsidRDefault="00831869" w:rsidP="00831869">
      <w:pPr>
        <w:pStyle w:val="isselectedend"/>
        <w:rPr>
          <w:b/>
          <w:bCs/>
          <w:color w:val="000000" w:themeColor="text1"/>
        </w:rPr>
      </w:pPr>
      <w:r w:rsidRPr="00BB55AC">
        <w:rPr>
          <w:rStyle w:val="Strong"/>
          <w:b w:val="0"/>
          <w:bCs w:val="0"/>
          <w:color w:val="000000" w:themeColor="text1"/>
        </w:rPr>
        <w:t xml:space="preserve">According to the </w:t>
      </w:r>
      <w:r w:rsidR="003D286F" w:rsidRPr="00BB55AC">
        <w:rPr>
          <w:rStyle w:val="Strong"/>
          <w:b w:val="0"/>
          <w:bCs w:val="0"/>
          <w:color w:val="000000" w:themeColor="text1"/>
        </w:rPr>
        <w:t xml:space="preserve">State Budget / Financial Statements / </w:t>
      </w:r>
      <w:r w:rsidR="003D286F" w:rsidRPr="00BB55AC">
        <w:rPr>
          <w:rStyle w:val="Strong"/>
          <w:b w:val="0"/>
          <w:bCs w:val="0"/>
        </w:rPr>
        <w:t>Self-budget</w:t>
      </w:r>
    </w:p>
    <w:p w:rsidR="00DB20A1" w:rsidRPr="00BB55AC" w:rsidRDefault="00831869" w:rsidP="00831869">
      <w:pPr>
        <w:pStyle w:val="NormalWeb"/>
        <w:rPr>
          <w:color w:val="000000" w:themeColor="text1"/>
        </w:rPr>
      </w:pPr>
      <w:r w:rsidRPr="00BB55AC">
        <w:rPr>
          <w:rStyle w:val="Strong"/>
          <w:b w:val="0"/>
          <w:bCs w:val="0"/>
          <w:color w:val="000000" w:themeColor="text1"/>
        </w:rPr>
        <w:t>Name of the Ministry:</w:t>
      </w:r>
      <w:r w:rsidRPr="00BB55AC">
        <w:rPr>
          <w:color w:val="000000" w:themeColor="text1"/>
        </w:rPr>
        <w:t xml:space="preserve"> Ministry of Women and Child Affairs</w:t>
      </w:r>
    </w:p>
    <w:tbl>
      <w:tblPr>
        <w:tblStyle w:val="TableGrid"/>
        <w:tblW w:w="9798" w:type="dxa"/>
        <w:tblLook w:val="04A0"/>
      </w:tblPr>
      <w:tblGrid>
        <w:gridCol w:w="4338"/>
        <w:gridCol w:w="2700"/>
        <w:gridCol w:w="2760"/>
      </w:tblGrid>
      <w:tr w:rsidR="00831869" w:rsidRPr="00BB55AC" w:rsidTr="00BB55AC">
        <w:trPr>
          <w:trHeight w:val="881"/>
        </w:trPr>
        <w:tc>
          <w:tcPr>
            <w:tcW w:w="4338" w:type="dxa"/>
          </w:tcPr>
          <w:p w:rsidR="00831869" w:rsidRPr="00BB55AC" w:rsidRDefault="00831869" w:rsidP="00BB55AC">
            <w:pPr>
              <w:pStyle w:val="Heading3"/>
              <w:outlineLvl w:val="2"/>
              <w:rPr>
                <w:rFonts w:ascii="Times New Roman" w:hAnsi="Times New Roman" w:cs="Times New Roman"/>
                <w:color w:val="000000" w:themeColor="text1"/>
                <w:sz w:val="24"/>
                <w:szCs w:val="24"/>
              </w:rPr>
            </w:pPr>
            <w:r w:rsidRPr="00BB55AC">
              <w:rPr>
                <w:rStyle w:val="Strong"/>
                <w:rFonts w:ascii="Times New Roman" w:hAnsi="Times New Roman" w:cs="Times New Roman"/>
                <w:b/>
                <w:bCs/>
                <w:color w:val="000000" w:themeColor="text1"/>
                <w:sz w:val="24"/>
                <w:szCs w:val="24"/>
              </w:rPr>
              <w:t>Expenditure Category</w:t>
            </w:r>
          </w:p>
        </w:tc>
        <w:tc>
          <w:tcPr>
            <w:tcW w:w="2700" w:type="dxa"/>
          </w:tcPr>
          <w:p w:rsidR="00831869" w:rsidRPr="00BB55AC" w:rsidRDefault="00831869" w:rsidP="00BB55AC">
            <w:pPr>
              <w:pStyle w:val="Heading3"/>
              <w:outlineLvl w:val="2"/>
              <w:rPr>
                <w:rFonts w:ascii="Times New Roman" w:hAnsi="Times New Roman" w:cs="Times New Roman"/>
                <w:color w:val="000000" w:themeColor="text1"/>
                <w:sz w:val="24"/>
                <w:szCs w:val="24"/>
              </w:rPr>
            </w:pPr>
            <w:r w:rsidRPr="00BB55AC">
              <w:rPr>
                <w:rStyle w:val="Strong"/>
                <w:rFonts w:ascii="Times New Roman" w:hAnsi="Times New Roman" w:cs="Times New Roman"/>
                <w:b/>
                <w:bCs/>
                <w:color w:val="000000" w:themeColor="text1"/>
                <w:sz w:val="24"/>
                <w:szCs w:val="24"/>
              </w:rPr>
              <w:t>Estimated Expenditure (Rs. Million)</w:t>
            </w:r>
          </w:p>
        </w:tc>
        <w:tc>
          <w:tcPr>
            <w:tcW w:w="2760" w:type="dxa"/>
          </w:tcPr>
          <w:p w:rsidR="00831869" w:rsidRPr="00BB55AC" w:rsidRDefault="00831869" w:rsidP="00BB55AC">
            <w:pPr>
              <w:pStyle w:val="Heading3"/>
              <w:outlineLvl w:val="2"/>
              <w:rPr>
                <w:rFonts w:ascii="Times New Roman" w:hAnsi="Times New Roman" w:cs="Times New Roman"/>
                <w:color w:val="000000" w:themeColor="text1"/>
                <w:sz w:val="24"/>
                <w:szCs w:val="24"/>
              </w:rPr>
            </w:pPr>
            <w:r w:rsidRPr="00BB55AC">
              <w:rPr>
                <w:rStyle w:val="Strong"/>
                <w:rFonts w:ascii="Times New Roman" w:hAnsi="Times New Roman" w:cs="Times New Roman"/>
                <w:b/>
                <w:bCs/>
                <w:color w:val="000000" w:themeColor="text1"/>
                <w:sz w:val="24"/>
                <w:szCs w:val="24"/>
              </w:rPr>
              <w:t>Actual Expenditure (Rs. Million)</w:t>
            </w:r>
          </w:p>
        </w:tc>
      </w:tr>
      <w:tr w:rsidR="009D0DC3" w:rsidRPr="00BB55AC" w:rsidTr="00C475A6">
        <w:trPr>
          <w:trHeight w:val="359"/>
        </w:trPr>
        <w:tc>
          <w:tcPr>
            <w:tcW w:w="4338" w:type="dxa"/>
            <w:vAlign w:val="center"/>
          </w:tcPr>
          <w:p w:rsidR="009D0DC3" w:rsidRPr="00BB55AC" w:rsidRDefault="00831869" w:rsidP="00A32EDC">
            <w:pPr>
              <w:spacing w:line="276" w:lineRule="auto"/>
              <w:rPr>
                <w:rFonts w:ascii="Times New Roman" w:hAnsi="Times New Roman" w:cs="Times New Roman"/>
                <w:sz w:val="24"/>
                <w:szCs w:val="24"/>
                <w:cs/>
                <w:lang w:bidi="si-LK"/>
              </w:rPr>
            </w:pPr>
            <w:r w:rsidRPr="00BB55AC">
              <w:rPr>
                <w:rFonts w:ascii="Times New Roman" w:hAnsi="Times New Roman" w:cs="Times New Roman"/>
                <w:sz w:val="24"/>
                <w:szCs w:val="24"/>
                <w:lang w:bidi="si-LK"/>
              </w:rPr>
              <w:t xml:space="preserve">Recurrent Expenditure </w:t>
            </w:r>
          </w:p>
        </w:tc>
        <w:tc>
          <w:tcPr>
            <w:tcW w:w="2700" w:type="dxa"/>
            <w:vAlign w:val="center"/>
          </w:tcPr>
          <w:p w:rsidR="009D0DC3" w:rsidRPr="00BB55AC" w:rsidRDefault="009D0DC3" w:rsidP="00A32EDC">
            <w:pPr>
              <w:spacing w:line="276" w:lineRule="auto"/>
              <w:jc w:val="center"/>
              <w:rPr>
                <w:rFonts w:ascii="Times New Roman" w:hAnsi="Times New Roman" w:cs="Times New Roman"/>
                <w:sz w:val="24"/>
                <w:szCs w:val="24"/>
                <w:lang w:bidi="si-LK"/>
              </w:rPr>
            </w:pPr>
            <w:r w:rsidRPr="00BB55AC">
              <w:rPr>
                <w:rFonts w:ascii="Times New Roman" w:hAnsi="Times New Roman" w:cs="Times New Roman"/>
                <w:sz w:val="24"/>
                <w:szCs w:val="24"/>
                <w:cs/>
                <w:lang w:bidi="si-LK"/>
              </w:rPr>
              <w:t>15,315.10</w:t>
            </w:r>
          </w:p>
        </w:tc>
        <w:tc>
          <w:tcPr>
            <w:tcW w:w="2760" w:type="dxa"/>
            <w:vAlign w:val="center"/>
          </w:tcPr>
          <w:p w:rsidR="009D0DC3" w:rsidRPr="00BB55AC" w:rsidRDefault="009D0DC3" w:rsidP="00A32EDC">
            <w:pPr>
              <w:spacing w:line="276" w:lineRule="auto"/>
              <w:jc w:val="center"/>
              <w:rPr>
                <w:rFonts w:ascii="Times New Roman" w:hAnsi="Times New Roman" w:cs="Times New Roman"/>
                <w:sz w:val="24"/>
                <w:szCs w:val="24"/>
                <w:lang w:bidi="si-LK"/>
              </w:rPr>
            </w:pPr>
            <w:r w:rsidRPr="00BB55AC">
              <w:rPr>
                <w:rFonts w:ascii="Times New Roman" w:hAnsi="Times New Roman" w:cs="Times New Roman"/>
                <w:sz w:val="24"/>
                <w:szCs w:val="24"/>
                <w:cs/>
                <w:lang w:bidi="si-LK"/>
              </w:rPr>
              <w:t>5,156.78</w:t>
            </w:r>
          </w:p>
        </w:tc>
      </w:tr>
      <w:tr w:rsidR="009D0DC3" w:rsidRPr="00BB55AC" w:rsidTr="00C475A6">
        <w:trPr>
          <w:trHeight w:val="350"/>
        </w:trPr>
        <w:tc>
          <w:tcPr>
            <w:tcW w:w="4338" w:type="dxa"/>
            <w:vAlign w:val="center"/>
          </w:tcPr>
          <w:p w:rsidR="009D0DC3" w:rsidRPr="00BB55AC" w:rsidRDefault="00831869" w:rsidP="00A32EDC">
            <w:pPr>
              <w:spacing w:line="276" w:lineRule="auto"/>
              <w:rPr>
                <w:rFonts w:ascii="Times New Roman" w:hAnsi="Times New Roman" w:cs="Times New Roman"/>
                <w:sz w:val="24"/>
                <w:szCs w:val="24"/>
              </w:rPr>
            </w:pPr>
            <w:r w:rsidRPr="00BB55AC">
              <w:rPr>
                <w:rFonts w:ascii="Times New Roman" w:hAnsi="Times New Roman" w:cs="Times New Roman"/>
                <w:sz w:val="24"/>
                <w:szCs w:val="24"/>
                <w:lang w:bidi="si-LK"/>
              </w:rPr>
              <w:t xml:space="preserve">Capital Expenditure </w:t>
            </w:r>
          </w:p>
        </w:tc>
        <w:tc>
          <w:tcPr>
            <w:tcW w:w="2700" w:type="dxa"/>
            <w:vAlign w:val="center"/>
          </w:tcPr>
          <w:p w:rsidR="009D0DC3" w:rsidRPr="00BB55AC" w:rsidRDefault="009D0DC3" w:rsidP="00A32EDC">
            <w:pPr>
              <w:spacing w:line="276" w:lineRule="auto"/>
              <w:jc w:val="center"/>
              <w:rPr>
                <w:rFonts w:ascii="Times New Roman" w:hAnsi="Times New Roman" w:cs="Times New Roman"/>
                <w:sz w:val="24"/>
                <w:szCs w:val="24"/>
                <w:lang w:bidi="si-LK"/>
              </w:rPr>
            </w:pPr>
            <w:r w:rsidRPr="00BB55AC">
              <w:rPr>
                <w:rFonts w:ascii="Times New Roman" w:hAnsi="Times New Roman" w:cs="Times New Roman"/>
                <w:sz w:val="24"/>
                <w:szCs w:val="24"/>
                <w:cs/>
                <w:lang w:bidi="si-LK"/>
              </w:rPr>
              <w:t>2,745.31</w:t>
            </w:r>
          </w:p>
        </w:tc>
        <w:tc>
          <w:tcPr>
            <w:tcW w:w="2760" w:type="dxa"/>
            <w:vAlign w:val="center"/>
          </w:tcPr>
          <w:p w:rsidR="009D0DC3" w:rsidRPr="00BB55AC" w:rsidRDefault="009D0DC3" w:rsidP="00A32EDC">
            <w:pPr>
              <w:spacing w:line="276" w:lineRule="auto"/>
              <w:jc w:val="center"/>
              <w:rPr>
                <w:rFonts w:ascii="Times New Roman" w:hAnsi="Times New Roman" w:cs="Times New Roman"/>
                <w:sz w:val="24"/>
                <w:szCs w:val="24"/>
                <w:lang w:bidi="si-LK"/>
              </w:rPr>
            </w:pPr>
            <w:r w:rsidRPr="00BB55AC">
              <w:rPr>
                <w:rFonts w:ascii="Times New Roman" w:hAnsi="Times New Roman" w:cs="Times New Roman"/>
                <w:sz w:val="24"/>
                <w:szCs w:val="24"/>
                <w:cs/>
                <w:lang w:bidi="si-LK"/>
              </w:rPr>
              <w:t>25.53</w:t>
            </w:r>
          </w:p>
        </w:tc>
      </w:tr>
    </w:tbl>
    <w:p w:rsidR="00590A00" w:rsidRPr="00BB55AC" w:rsidRDefault="00590A00" w:rsidP="00A32EDC">
      <w:pPr>
        <w:spacing w:after="0"/>
        <w:jc w:val="both"/>
        <w:rPr>
          <w:rFonts w:ascii="Times New Roman" w:hAnsi="Times New Roman" w:cs="Times New Roman"/>
          <w:sz w:val="24"/>
          <w:szCs w:val="24"/>
          <w:lang w:bidi="si-LK"/>
        </w:rPr>
      </w:pPr>
    </w:p>
    <w:p w:rsidR="004816A6" w:rsidRPr="00BB55AC" w:rsidRDefault="00831869" w:rsidP="00A32EDC">
      <w:pPr>
        <w:spacing w:after="0"/>
        <w:jc w:val="both"/>
        <w:rPr>
          <w:rFonts w:ascii="Times New Roman" w:hAnsi="Times New Roman" w:cs="Times New Roman"/>
          <w:sz w:val="24"/>
          <w:szCs w:val="24"/>
          <w:lang w:bidi="si-LK"/>
        </w:rPr>
      </w:pPr>
      <w:r w:rsidRPr="00BB55AC">
        <w:rPr>
          <w:rStyle w:val="Strong"/>
          <w:rFonts w:ascii="Times New Roman" w:hAnsi="Times New Roman" w:cs="Times New Roman"/>
          <w:b w:val="0"/>
          <w:bCs w:val="0"/>
          <w:sz w:val="24"/>
          <w:szCs w:val="24"/>
        </w:rPr>
        <w:t>Name of the Public Authority:</w:t>
      </w:r>
      <w:r w:rsidRPr="00BB55AC">
        <w:rPr>
          <w:rFonts w:ascii="Times New Roman" w:hAnsi="Times New Roman" w:cs="Times New Roman"/>
          <w:sz w:val="24"/>
          <w:szCs w:val="24"/>
        </w:rPr>
        <w:t xml:space="preserve"> National Child Protection Authority</w:t>
      </w:r>
    </w:p>
    <w:tbl>
      <w:tblPr>
        <w:tblStyle w:val="TableGrid"/>
        <w:tblW w:w="9798" w:type="dxa"/>
        <w:tblLook w:val="04A0"/>
      </w:tblPr>
      <w:tblGrid>
        <w:gridCol w:w="4338"/>
        <w:gridCol w:w="2790"/>
        <w:gridCol w:w="2670"/>
      </w:tblGrid>
      <w:tr w:rsidR="00FB6CC1" w:rsidRPr="00BB55AC" w:rsidTr="00BB55AC">
        <w:trPr>
          <w:trHeight w:val="737"/>
        </w:trPr>
        <w:tc>
          <w:tcPr>
            <w:tcW w:w="4338" w:type="dxa"/>
          </w:tcPr>
          <w:p w:rsidR="00FB6CC1" w:rsidRPr="00BB55AC" w:rsidRDefault="00FB6CC1" w:rsidP="00BB55AC">
            <w:pPr>
              <w:pStyle w:val="Heading3"/>
              <w:outlineLvl w:val="2"/>
              <w:rPr>
                <w:rFonts w:ascii="Times New Roman" w:hAnsi="Times New Roman" w:cs="Times New Roman"/>
                <w:color w:val="000000" w:themeColor="text1"/>
                <w:sz w:val="24"/>
                <w:szCs w:val="24"/>
              </w:rPr>
            </w:pPr>
            <w:r w:rsidRPr="00BB55AC">
              <w:rPr>
                <w:rStyle w:val="Strong"/>
                <w:rFonts w:ascii="Times New Roman" w:hAnsi="Times New Roman" w:cs="Times New Roman"/>
                <w:b/>
                <w:bCs/>
                <w:color w:val="000000" w:themeColor="text1"/>
                <w:sz w:val="24"/>
                <w:szCs w:val="24"/>
              </w:rPr>
              <w:t>Expenditure Category</w:t>
            </w:r>
          </w:p>
        </w:tc>
        <w:tc>
          <w:tcPr>
            <w:tcW w:w="2790" w:type="dxa"/>
          </w:tcPr>
          <w:p w:rsidR="00FB6CC1" w:rsidRPr="00BB55AC" w:rsidRDefault="00FB6CC1" w:rsidP="00BB55AC">
            <w:pPr>
              <w:pStyle w:val="Heading3"/>
              <w:outlineLvl w:val="2"/>
              <w:rPr>
                <w:rFonts w:ascii="Times New Roman" w:hAnsi="Times New Roman" w:cs="Times New Roman"/>
                <w:color w:val="000000" w:themeColor="text1"/>
                <w:sz w:val="24"/>
                <w:szCs w:val="24"/>
              </w:rPr>
            </w:pPr>
            <w:r w:rsidRPr="00BB55AC">
              <w:rPr>
                <w:rStyle w:val="Strong"/>
                <w:rFonts w:ascii="Times New Roman" w:hAnsi="Times New Roman" w:cs="Times New Roman"/>
                <w:b/>
                <w:bCs/>
                <w:color w:val="000000" w:themeColor="text1"/>
                <w:sz w:val="24"/>
                <w:szCs w:val="24"/>
              </w:rPr>
              <w:t>Estimated Expenditure (Rs. Million)</w:t>
            </w:r>
          </w:p>
        </w:tc>
        <w:tc>
          <w:tcPr>
            <w:tcW w:w="2670" w:type="dxa"/>
          </w:tcPr>
          <w:p w:rsidR="00FB6CC1" w:rsidRPr="00BB55AC" w:rsidRDefault="00FB6CC1" w:rsidP="00BB55AC">
            <w:pPr>
              <w:pStyle w:val="Heading3"/>
              <w:outlineLvl w:val="2"/>
              <w:rPr>
                <w:rFonts w:ascii="Times New Roman" w:hAnsi="Times New Roman" w:cs="Times New Roman"/>
                <w:color w:val="000000" w:themeColor="text1"/>
                <w:sz w:val="24"/>
                <w:szCs w:val="24"/>
              </w:rPr>
            </w:pPr>
            <w:r w:rsidRPr="00BB55AC">
              <w:rPr>
                <w:rStyle w:val="Strong"/>
                <w:rFonts w:ascii="Times New Roman" w:hAnsi="Times New Roman" w:cs="Times New Roman"/>
                <w:b/>
                <w:bCs/>
                <w:color w:val="000000" w:themeColor="text1"/>
                <w:sz w:val="24"/>
                <w:szCs w:val="24"/>
              </w:rPr>
              <w:t>Actual Expenditure (Rs. Million)</w:t>
            </w:r>
          </w:p>
        </w:tc>
      </w:tr>
      <w:tr w:rsidR="00FB6CC1" w:rsidRPr="00BB55AC" w:rsidTr="00C475A6">
        <w:trPr>
          <w:trHeight w:val="413"/>
        </w:trPr>
        <w:tc>
          <w:tcPr>
            <w:tcW w:w="4338" w:type="dxa"/>
            <w:vAlign w:val="center"/>
          </w:tcPr>
          <w:p w:rsidR="00FB6CC1" w:rsidRPr="00BB55AC" w:rsidRDefault="00FB6CC1" w:rsidP="00BB55AC">
            <w:pPr>
              <w:spacing w:line="276" w:lineRule="auto"/>
              <w:rPr>
                <w:rFonts w:ascii="Times New Roman" w:hAnsi="Times New Roman" w:cs="Times New Roman"/>
                <w:sz w:val="24"/>
                <w:szCs w:val="24"/>
                <w:cs/>
                <w:lang w:bidi="si-LK"/>
              </w:rPr>
            </w:pPr>
            <w:r w:rsidRPr="00BB55AC">
              <w:rPr>
                <w:rFonts w:ascii="Times New Roman" w:hAnsi="Times New Roman" w:cs="Times New Roman"/>
                <w:sz w:val="24"/>
                <w:szCs w:val="24"/>
                <w:lang w:bidi="si-LK"/>
              </w:rPr>
              <w:t xml:space="preserve">Recurrent Expenditure </w:t>
            </w:r>
          </w:p>
        </w:tc>
        <w:tc>
          <w:tcPr>
            <w:tcW w:w="2790" w:type="dxa"/>
            <w:vAlign w:val="center"/>
          </w:tcPr>
          <w:p w:rsidR="00FB6CC1" w:rsidRPr="00BB55AC" w:rsidRDefault="00FB6CC1" w:rsidP="00A32EDC">
            <w:pPr>
              <w:spacing w:line="276" w:lineRule="auto"/>
              <w:jc w:val="center"/>
              <w:rPr>
                <w:rFonts w:ascii="Times New Roman" w:hAnsi="Times New Roman" w:cs="Times New Roman"/>
                <w:sz w:val="24"/>
                <w:szCs w:val="24"/>
                <w:cs/>
                <w:lang w:bidi="si-LK"/>
              </w:rPr>
            </w:pPr>
            <w:r w:rsidRPr="00BB55AC">
              <w:rPr>
                <w:rFonts w:ascii="Times New Roman" w:hAnsi="Times New Roman" w:cs="Times New Roman"/>
                <w:sz w:val="24"/>
                <w:szCs w:val="24"/>
                <w:cs/>
                <w:lang w:bidi="si-LK"/>
              </w:rPr>
              <w:t>296.36</w:t>
            </w:r>
          </w:p>
        </w:tc>
        <w:tc>
          <w:tcPr>
            <w:tcW w:w="2670" w:type="dxa"/>
            <w:vAlign w:val="center"/>
          </w:tcPr>
          <w:p w:rsidR="00FB6CC1" w:rsidRPr="00BB55AC" w:rsidRDefault="00FB6CC1" w:rsidP="00A32EDC">
            <w:pPr>
              <w:spacing w:line="276" w:lineRule="auto"/>
              <w:jc w:val="center"/>
              <w:rPr>
                <w:rFonts w:ascii="Times New Roman" w:hAnsi="Times New Roman" w:cs="Times New Roman"/>
                <w:sz w:val="24"/>
                <w:szCs w:val="24"/>
                <w:cs/>
                <w:lang w:bidi="si-LK"/>
              </w:rPr>
            </w:pPr>
            <w:r w:rsidRPr="00BB55AC">
              <w:rPr>
                <w:rFonts w:ascii="Times New Roman" w:hAnsi="Times New Roman" w:cs="Times New Roman"/>
                <w:sz w:val="24"/>
                <w:szCs w:val="24"/>
                <w:cs/>
                <w:lang w:bidi="si-LK"/>
              </w:rPr>
              <w:t>222.67</w:t>
            </w:r>
          </w:p>
        </w:tc>
      </w:tr>
      <w:tr w:rsidR="00FB6CC1" w:rsidRPr="00BB55AC" w:rsidTr="00C475A6">
        <w:trPr>
          <w:trHeight w:val="359"/>
        </w:trPr>
        <w:tc>
          <w:tcPr>
            <w:tcW w:w="4338" w:type="dxa"/>
            <w:vAlign w:val="center"/>
          </w:tcPr>
          <w:p w:rsidR="00FB6CC1" w:rsidRPr="00BB55AC" w:rsidRDefault="00FB6CC1" w:rsidP="00BB55AC">
            <w:pPr>
              <w:spacing w:line="276" w:lineRule="auto"/>
              <w:rPr>
                <w:rFonts w:ascii="Times New Roman" w:hAnsi="Times New Roman" w:cs="Times New Roman"/>
                <w:sz w:val="24"/>
                <w:szCs w:val="24"/>
              </w:rPr>
            </w:pPr>
            <w:r w:rsidRPr="00BB55AC">
              <w:rPr>
                <w:rFonts w:ascii="Times New Roman" w:hAnsi="Times New Roman" w:cs="Times New Roman"/>
                <w:sz w:val="24"/>
                <w:szCs w:val="24"/>
                <w:lang w:bidi="si-LK"/>
              </w:rPr>
              <w:t xml:space="preserve">Capital Expenditure </w:t>
            </w:r>
          </w:p>
        </w:tc>
        <w:tc>
          <w:tcPr>
            <w:tcW w:w="2790" w:type="dxa"/>
            <w:vAlign w:val="center"/>
          </w:tcPr>
          <w:p w:rsidR="00FB6CC1" w:rsidRPr="00BB55AC" w:rsidRDefault="00FB6CC1" w:rsidP="00A32EDC">
            <w:pPr>
              <w:spacing w:line="276" w:lineRule="auto"/>
              <w:jc w:val="center"/>
              <w:rPr>
                <w:rFonts w:ascii="Times New Roman" w:hAnsi="Times New Roman" w:cs="Times New Roman"/>
                <w:sz w:val="24"/>
                <w:szCs w:val="24"/>
                <w:cs/>
                <w:lang w:bidi="si-LK"/>
              </w:rPr>
            </w:pPr>
            <w:r w:rsidRPr="00BB55AC">
              <w:rPr>
                <w:rFonts w:ascii="Times New Roman" w:hAnsi="Times New Roman" w:cs="Times New Roman"/>
                <w:sz w:val="24"/>
                <w:szCs w:val="24"/>
                <w:cs/>
                <w:lang w:bidi="si-LK"/>
              </w:rPr>
              <w:t>24</w:t>
            </w:r>
          </w:p>
        </w:tc>
        <w:tc>
          <w:tcPr>
            <w:tcW w:w="2670" w:type="dxa"/>
            <w:vAlign w:val="center"/>
          </w:tcPr>
          <w:p w:rsidR="00FB6CC1" w:rsidRPr="00BB55AC" w:rsidRDefault="00FB6CC1" w:rsidP="00A32EDC">
            <w:pPr>
              <w:spacing w:line="276" w:lineRule="auto"/>
              <w:jc w:val="center"/>
              <w:rPr>
                <w:rFonts w:ascii="Times New Roman" w:hAnsi="Times New Roman" w:cs="Times New Roman"/>
                <w:sz w:val="24"/>
                <w:szCs w:val="24"/>
                <w:cs/>
                <w:lang w:bidi="si-LK"/>
              </w:rPr>
            </w:pPr>
            <w:r w:rsidRPr="00BB55AC">
              <w:rPr>
                <w:rFonts w:ascii="Times New Roman" w:hAnsi="Times New Roman" w:cs="Times New Roman"/>
                <w:sz w:val="24"/>
                <w:szCs w:val="24"/>
                <w:cs/>
                <w:lang w:bidi="si-LK"/>
              </w:rPr>
              <w:t>0.956</w:t>
            </w:r>
          </w:p>
        </w:tc>
      </w:tr>
    </w:tbl>
    <w:p w:rsidR="003D126D" w:rsidRPr="00BB55AC" w:rsidRDefault="003D126D" w:rsidP="00A32EDC">
      <w:pPr>
        <w:spacing w:after="0"/>
        <w:jc w:val="both"/>
        <w:rPr>
          <w:rFonts w:ascii="Times New Roman" w:hAnsi="Times New Roman" w:cs="Times New Roman"/>
          <w:sz w:val="24"/>
          <w:szCs w:val="24"/>
          <w:lang w:bidi="si-LK"/>
        </w:rPr>
      </w:pPr>
    </w:p>
    <w:p w:rsidR="00E1649E" w:rsidRPr="00BB55AC" w:rsidRDefault="00E1649E" w:rsidP="00A32EDC">
      <w:pPr>
        <w:spacing w:after="0"/>
        <w:jc w:val="both"/>
        <w:rPr>
          <w:rStyle w:val="Strong"/>
          <w:rFonts w:ascii="Times New Roman" w:hAnsi="Times New Roman" w:cs="Times New Roman"/>
          <w:b w:val="0"/>
          <w:bCs w:val="0"/>
          <w:sz w:val="24"/>
          <w:szCs w:val="24"/>
        </w:rPr>
      </w:pPr>
    </w:p>
    <w:p w:rsidR="00C93B83" w:rsidRPr="00BB55AC" w:rsidRDefault="00FB6CC1" w:rsidP="00A32EDC">
      <w:pPr>
        <w:spacing w:after="0"/>
        <w:jc w:val="both"/>
        <w:rPr>
          <w:rFonts w:ascii="Times New Roman" w:hAnsi="Times New Roman" w:cs="Times New Roman"/>
          <w:sz w:val="24"/>
          <w:szCs w:val="24"/>
          <w:cs/>
          <w:lang w:bidi="si-LK"/>
        </w:rPr>
      </w:pPr>
      <w:r w:rsidRPr="00BB55AC">
        <w:rPr>
          <w:rStyle w:val="Strong"/>
          <w:rFonts w:ascii="Times New Roman" w:hAnsi="Times New Roman" w:cs="Times New Roman"/>
          <w:b w:val="0"/>
          <w:bCs w:val="0"/>
          <w:sz w:val="24"/>
          <w:szCs w:val="24"/>
        </w:rPr>
        <w:lastRenderedPageBreak/>
        <w:t>Name of the Public Authority:</w:t>
      </w:r>
      <w:r w:rsidRPr="00BB55AC">
        <w:rPr>
          <w:rFonts w:ascii="Times New Roman" w:hAnsi="Times New Roman" w:cs="Times New Roman"/>
          <w:sz w:val="24"/>
          <w:szCs w:val="24"/>
        </w:rPr>
        <w:t xml:space="preserve"> Department of Probation and Child Care Services</w:t>
      </w:r>
    </w:p>
    <w:tbl>
      <w:tblPr>
        <w:tblStyle w:val="TableGrid"/>
        <w:tblW w:w="9798" w:type="dxa"/>
        <w:tblLook w:val="04A0"/>
      </w:tblPr>
      <w:tblGrid>
        <w:gridCol w:w="4248"/>
        <w:gridCol w:w="2880"/>
        <w:gridCol w:w="2670"/>
      </w:tblGrid>
      <w:tr w:rsidR="00FB6CC1" w:rsidRPr="00BB55AC" w:rsidTr="00BB55AC">
        <w:trPr>
          <w:trHeight w:val="944"/>
        </w:trPr>
        <w:tc>
          <w:tcPr>
            <w:tcW w:w="4248" w:type="dxa"/>
          </w:tcPr>
          <w:p w:rsidR="00FB6CC1" w:rsidRPr="00BB55AC" w:rsidRDefault="00FB6CC1" w:rsidP="00BB55AC">
            <w:pPr>
              <w:pStyle w:val="Heading3"/>
              <w:outlineLvl w:val="2"/>
              <w:rPr>
                <w:rFonts w:ascii="Times New Roman" w:hAnsi="Times New Roman" w:cs="Times New Roman"/>
                <w:color w:val="000000" w:themeColor="text1"/>
                <w:sz w:val="24"/>
                <w:szCs w:val="24"/>
              </w:rPr>
            </w:pPr>
            <w:r w:rsidRPr="00BB55AC">
              <w:rPr>
                <w:rStyle w:val="Strong"/>
                <w:rFonts w:ascii="Times New Roman" w:hAnsi="Times New Roman" w:cs="Times New Roman"/>
                <w:b/>
                <w:bCs/>
                <w:color w:val="000000" w:themeColor="text1"/>
                <w:sz w:val="24"/>
                <w:szCs w:val="24"/>
              </w:rPr>
              <w:t>Expenditure Category</w:t>
            </w:r>
          </w:p>
        </w:tc>
        <w:tc>
          <w:tcPr>
            <w:tcW w:w="2880" w:type="dxa"/>
          </w:tcPr>
          <w:p w:rsidR="00FB6CC1" w:rsidRPr="00BB55AC" w:rsidRDefault="00FB6CC1" w:rsidP="00BB55AC">
            <w:pPr>
              <w:pStyle w:val="Heading3"/>
              <w:outlineLvl w:val="2"/>
              <w:rPr>
                <w:rFonts w:ascii="Times New Roman" w:hAnsi="Times New Roman" w:cs="Times New Roman"/>
                <w:color w:val="000000" w:themeColor="text1"/>
                <w:sz w:val="24"/>
                <w:szCs w:val="24"/>
              </w:rPr>
            </w:pPr>
            <w:r w:rsidRPr="00BB55AC">
              <w:rPr>
                <w:rStyle w:val="Strong"/>
                <w:rFonts w:ascii="Times New Roman" w:hAnsi="Times New Roman" w:cs="Times New Roman"/>
                <w:b/>
                <w:bCs/>
                <w:color w:val="000000" w:themeColor="text1"/>
                <w:sz w:val="24"/>
                <w:szCs w:val="24"/>
              </w:rPr>
              <w:t>Estimated Expenditure (Rs. Million)</w:t>
            </w:r>
          </w:p>
        </w:tc>
        <w:tc>
          <w:tcPr>
            <w:tcW w:w="2670" w:type="dxa"/>
          </w:tcPr>
          <w:p w:rsidR="00FB6CC1" w:rsidRPr="00BB55AC" w:rsidRDefault="00FB6CC1" w:rsidP="00BB55AC">
            <w:pPr>
              <w:pStyle w:val="Heading3"/>
              <w:outlineLvl w:val="2"/>
              <w:rPr>
                <w:rFonts w:ascii="Times New Roman" w:hAnsi="Times New Roman" w:cs="Times New Roman"/>
                <w:color w:val="000000" w:themeColor="text1"/>
                <w:sz w:val="24"/>
                <w:szCs w:val="24"/>
              </w:rPr>
            </w:pPr>
            <w:r w:rsidRPr="00BB55AC">
              <w:rPr>
                <w:rStyle w:val="Strong"/>
                <w:rFonts w:ascii="Times New Roman" w:hAnsi="Times New Roman" w:cs="Times New Roman"/>
                <w:b/>
                <w:bCs/>
                <w:color w:val="000000" w:themeColor="text1"/>
                <w:sz w:val="24"/>
                <w:szCs w:val="24"/>
              </w:rPr>
              <w:t>Actual Expenditure (Rs. Million)</w:t>
            </w:r>
          </w:p>
        </w:tc>
      </w:tr>
      <w:tr w:rsidR="00FB6CC1" w:rsidRPr="00BB55AC" w:rsidTr="00C475A6">
        <w:trPr>
          <w:trHeight w:val="305"/>
        </w:trPr>
        <w:tc>
          <w:tcPr>
            <w:tcW w:w="4248" w:type="dxa"/>
            <w:vAlign w:val="center"/>
          </w:tcPr>
          <w:p w:rsidR="00FB6CC1" w:rsidRPr="00BB55AC" w:rsidRDefault="00FB6CC1" w:rsidP="00BB55AC">
            <w:pPr>
              <w:spacing w:line="276" w:lineRule="auto"/>
              <w:rPr>
                <w:rFonts w:ascii="Times New Roman" w:hAnsi="Times New Roman" w:cs="Times New Roman"/>
                <w:sz w:val="24"/>
                <w:szCs w:val="24"/>
                <w:cs/>
                <w:lang w:bidi="si-LK"/>
              </w:rPr>
            </w:pPr>
            <w:r w:rsidRPr="00BB55AC">
              <w:rPr>
                <w:rFonts w:ascii="Times New Roman" w:hAnsi="Times New Roman" w:cs="Times New Roman"/>
                <w:sz w:val="24"/>
                <w:szCs w:val="24"/>
                <w:lang w:bidi="si-LK"/>
              </w:rPr>
              <w:t xml:space="preserve">Recurrent Expenditure </w:t>
            </w:r>
          </w:p>
        </w:tc>
        <w:tc>
          <w:tcPr>
            <w:tcW w:w="2880" w:type="dxa"/>
            <w:vAlign w:val="center"/>
          </w:tcPr>
          <w:p w:rsidR="00FB6CC1" w:rsidRPr="00BB55AC" w:rsidRDefault="00FB6CC1" w:rsidP="00A32EDC">
            <w:pPr>
              <w:spacing w:line="276" w:lineRule="auto"/>
              <w:jc w:val="center"/>
              <w:rPr>
                <w:rFonts w:ascii="Times New Roman" w:hAnsi="Times New Roman" w:cs="Times New Roman"/>
                <w:sz w:val="24"/>
                <w:szCs w:val="24"/>
                <w:lang w:bidi="si-LK"/>
              </w:rPr>
            </w:pPr>
            <w:r w:rsidRPr="00BB55AC">
              <w:rPr>
                <w:rFonts w:ascii="Times New Roman" w:hAnsi="Times New Roman" w:cs="Times New Roman"/>
                <w:sz w:val="24"/>
                <w:szCs w:val="24"/>
                <w:cs/>
                <w:lang w:bidi="si-LK"/>
              </w:rPr>
              <w:t>539.75</w:t>
            </w:r>
          </w:p>
        </w:tc>
        <w:tc>
          <w:tcPr>
            <w:tcW w:w="2670" w:type="dxa"/>
            <w:vAlign w:val="center"/>
          </w:tcPr>
          <w:p w:rsidR="00FB6CC1" w:rsidRPr="00BB55AC" w:rsidRDefault="00FB6CC1" w:rsidP="00A32EDC">
            <w:pPr>
              <w:spacing w:line="276" w:lineRule="auto"/>
              <w:jc w:val="center"/>
              <w:rPr>
                <w:rFonts w:ascii="Times New Roman" w:hAnsi="Times New Roman" w:cs="Times New Roman"/>
                <w:sz w:val="24"/>
                <w:szCs w:val="24"/>
                <w:lang w:bidi="si-LK"/>
              </w:rPr>
            </w:pPr>
            <w:r w:rsidRPr="00BB55AC">
              <w:rPr>
                <w:rFonts w:ascii="Times New Roman" w:hAnsi="Times New Roman" w:cs="Times New Roman"/>
                <w:sz w:val="24"/>
                <w:szCs w:val="24"/>
                <w:cs/>
                <w:lang w:bidi="si-LK"/>
              </w:rPr>
              <w:t>249.13</w:t>
            </w:r>
          </w:p>
        </w:tc>
      </w:tr>
      <w:tr w:rsidR="00FB6CC1" w:rsidRPr="00BB55AC" w:rsidTr="00C475A6">
        <w:trPr>
          <w:trHeight w:val="341"/>
        </w:trPr>
        <w:tc>
          <w:tcPr>
            <w:tcW w:w="4248" w:type="dxa"/>
            <w:vAlign w:val="center"/>
          </w:tcPr>
          <w:p w:rsidR="00FB6CC1" w:rsidRPr="00BB55AC" w:rsidRDefault="00FB6CC1" w:rsidP="00BB55AC">
            <w:pPr>
              <w:spacing w:line="276" w:lineRule="auto"/>
              <w:rPr>
                <w:rFonts w:ascii="Times New Roman" w:hAnsi="Times New Roman" w:cs="Times New Roman"/>
                <w:sz w:val="24"/>
                <w:szCs w:val="24"/>
              </w:rPr>
            </w:pPr>
            <w:r w:rsidRPr="00BB55AC">
              <w:rPr>
                <w:rFonts w:ascii="Times New Roman" w:hAnsi="Times New Roman" w:cs="Times New Roman"/>
                <w:sz w:val="24"/>
                <w:szCs w:val="24"/>
                <w:lang w:bidi="si-LK"/>
              </w:rPr>
              <w:t xml:space="preserve">Capital Expenditure </w:t>
            </w:r>
          </w:p>
        </w:tc>
        <w:tc>
          <w:tcPr>
            <w:tcW w:w="2880" w:type="dxa"/>
            <w:vAlign w:val="center"/>
          </w:tcPr>
          <w:p w:rsidR="00FB6CC1" w:rsidRPr="00BB55AC" w:rsidRDefault="00FB6CC1" w:rsidP="00A32EDC">
            <w:pPr>
              <w:spacing w:line="276" w:lineRule="auto"/>
              <w:jc w:val="center"/>
              <w:rPr>
                <w:rFonts w:ascii="Times New Roman" w:hAnsi="Times New Roman" w:cs="Times New Roman"/>
                <w:sz w:val="24"/>
                <w:szCs w:val="24"/>
                <w:lang w:bidi="si-LK"/>
              </w:rPr>
            </w:pPr>
            <w:r w:rsidRPr="00BB55AC">
              <w:rPr>
                <w:rFonts w:ascii="Times New Roman" w:hAnsi="Times New Roman" w:cs="Times New Roman"/>
                <w:sz w:val="24"/>
                <w:szCs w:val="24"/>
                <w:cs/>
                <w:lang w:bidi="si-LK"/>
              </w:rPr>
              <w:t>110.70</w:t>
            </w:r>
          </w:p>
        </w:tc>
        <w:tc>
          <w:tcPr>
            <w:tcW w:w="2670" w:type="dxa"/>
            <w:vAlign w:val="center"/>
          </w:tcPr>
          <w:p w:rsidR="00FB6CC1" w:rsidRPr="00BB55AC" w:rsidRDefault="00FB6CC1" w:rsidP="00A32EDC">
            <w:pPr>
              <w:spacing w:line="276" w:lineRule="auto"/>
              <w:jc w:val="center"/>
              <w:rPr>
                <w:rFonts w:ascii="Times New Roman" w:hAnsi="Times New Roman" w:cs="Times New Roman"/>
                <w:sz w:val="24"/>
                <w:szCs w:val="24"/>
                <w:lang w:bidi="si-LK"/>
              </w:rPr>
            </w:pPr>
            <w:r w:rsidRPr="00BB55AC">
              <w:rPr>
                <w:rFonts w:ascii="Times New Roman" w:hAnsi="Times New Roman" w:cs="Times New Roman"/>
                <w:sz w:val="24"/>
                <w:szCs w:val="24"/>
                <w:cs/>
                <w:lang w:bidi="si-LK"/>
              </w:rPr>
              <w:t>24.2</w:t>
            </w:r>
          </w:p>
        </w:tc>
      </w:tr>
    </w:tbl>
    <w:p w:rsidR="00EE4811" w:rsidRPr="00776394" w:rsidRDefault="00EE4811" w:rsidP="00A32EDC">
      <w:pPr>
        <w:spacing w:after="0"/>
        <w:jc w:val="both"/>
        <w:rPr>
          <w:rFonts w:ascii="Times New Roman" w:hAnsi="Times New Roman" w:cs="Times New Roman"/>
          <w:sz w:val="14"/>
          <w:szCs w:val="14"/>
          <w:lang w:bidi="si-LK"/>
        </w:rPr>
      </w:pPr>
    </w:p>
    <w:p w:rsidR="00C475A6" w:rsidRPr="00776394" w:rsidRDefault="00C475A6" w:rsidP="00A32EDC">
      <w:pPr>
        <w:spacing w:after="0"/>
        <w:jc w:val="both"/>
        <w:rPr>
          <w:rFonts w:ascii="Times New Roman" w:hAnsi="Times New Roman" w:cs="Times New Roman"/>
          <w:sz w:val="2"/>
          <w:szCs w:val="2"/>
          <w:lang w:bidi="si-LK"/>
        </w:rPr>
      </w:pPr>
    </w:p>
    <w:p w:rsidR="00CD1104" w:rsidRPr="00BB55AC" w:rsidRDefault="002F5B18" w:rsidP="00A32EDC">
      <w:pPr>
        <w:spacing w:after="0"/>
        <w:jc w:val="both"/>
        <w:rPr>
          <w:rFonts w:ascii="Times New Roman" w:hAnsi="Times New Roman" w:cs="Times New Roman"/>
          <w:sz w:val="24"/>
          <w:szCs w:val="24"/>
          <w:lang w:bidi="si-LK"/>
        </w:rPr>
      </w:pPr>
      <w:r w:rsidRPr="00BB55AC">
        <w:rPr>
          <w:rFonts w:ascii="Times New Roman" w:hAnsi="Times New Roman" w:cs="Times New Roman"/>
          <w:sz w:val="24"/>
          <w:szCs w:val="24"/>
          <w:cs/>
          <w:lang w:bidi="si-LK"/>
        </w:rPr>
        <w:t xml:space="preserve">8.3 </w:t>
      </w:r>
      <w:r w:rsidR="00A11872" w:rsidRPr="00BB55AC">
        <w:rPr>
          <w:rFonts w:ascii="Times New Roman" w:hAnsi="Times New Roman" w:cs="Times New Roman"/>
          <w:sz w:val="24"/>
          <w:szCs w:val="24"/>
        </w:rPr>
        <w:t xml:space="preserve">Office Address and Website where detailed information on </w:t>
      </w:r>
      <w:r w:rsidR="003D286F" w:rsidRPr="00BB55AC">
        <w:rPr>
          <w:rFonts w:ascii="Times New Roman" w:hAnsi="Times New Roman" w:cs="Times New Roman"/>
          <w:sz w:val="24"/>
          <w:szCs w:val="24"/>
        </w:rPr>
        <w:t xml:space="preserve">income </w:t>
      </w:r>
      <w:r w:rsidR="00A11872" w:rsidRPr="00BB55AC">
        <w:rPr>
          <w:rFonts w:ascii="Times New Roman" w:hAnsi="Times New Roman" w:cs="Times New Roman"/>
          <w:sz w:val="24"/>
          <w:szCs w:val="24"/>
        </w:rPr>
        <w:t xml:space="preserve">and expenditure can be obtained upon payment of </w:t>
      </w:r>
      <w:r w:rsidR="003D286F" w:rsidRPr="00BB55AC">
        <w:rPr>
          <w:rFonts w:ascii="Times New Roman" w:hAnsi="Times New Roman" w:cs="Times New Roman"/>
          <w:sz w:val="24"/>
          <w:szCs w:val="24"/>
        </w:rPr>
        <w:t>a</w:t>
      </w:r>
      <w:r w:rsidR="00A11872" w:rsidRPr="00BB55AC">
        <w:rPr>
          <w:rFonts w:ascii="Times New Roman" w:hAnsi="Times New Roman" w:cs="Times New Roman"/>
          <w:sz w:val="24"/>
          <w:szCs w:val="24"/>
        </w:rPr>
        <w:t xml:space="preserve"> fee</w:t>
      </w:r>
      <w:r w:rsidR="003D286F" w:rsidRPr="00BB55AC">
        <w:rPr>
          <w:rFonts w:ascii="Times New Roman" w:hAnsi="Times New Roman" w:cs="Times New Roman"/>
          <w:sz w:val="24"/>
          <w:szCs w:val="24"/>
        </w:rPr>
        <w:t>.</w:t>
      </w:r>
    </w:p>
    <w:p w:rsidR="003D126D" w:rsidRPr="00776394" w:rsidRDefault="003D126D" w:rsidP="00A32EDC">
      <w:pPr>
        <w:spacing w:after="0"/>
        <w:jc w:val="both"/>
        <w:rPr>
          <w:rFonts w:ascii="Times New Roman" w:hAnsi="Times New Roman" w:cs="Times New Roman"/>
          <w:sz w:val="6"/>
          <w:szCs w:val="6"/>
          <w:lang w:bidi="si-LK"/>
        </w:rPr>
      </w:pPr>
    </w:p>
    <w:p w:rsidR="00A11872" w:rsidRPr="00BB55AC" w:rsidRDefault="00A11872" w:rsidP="00776394">
      <w:pPr>
        <w:pStyle w:val="Heading3"/>
        <w:spacing w:before="0"/>
        <w:rPr>
          <w:rFonts w:ascii="Times New Roman" w:hAnsi="Times New Roman" w:cs="Times New Roman"/>
          <w:color w:val="000000" w:themeColor="text1"/>
          <w:sz w:val="24"/>
          <w:szCs w:val="24"/>
        </w:rPr>
      </w:pPr>
      <w:r w:rsidRPr="00BB55AC">
        <w:rPr>
          <w:rFonts w:ascii="Times New Roman" w:hAnsi="Times New Roman" w:cs="Times New Roman"/>
          <w:color w:val="000000" w:themeColor="text1"/>
          <w:sz w:val="24"/>
          <w:szCs w:val="24"/>
        </w:rPr>
        <w:t>Ministry of Women and Child Affairs</w:t>
      </w:r>
    </w:p>
    <w:p w:rsidR="00776394" w:rsidRPr="00776394" w:rsidRDefault="00A11872" w:rsidP="00776394">
      <w:pPr>
        <w:pStyle w:val="Heading3"/>
        <w:spacing w:before="0"/>
        <w:rPr>
          <w:rFonts w:ascii="Times New Roman" w:hAnsi="Times New Roman" w:cs="Times New Roman"/>
          <w:b w:val="0"/>
          <w:bCs w:val="0"/>
          <w:color w:val="000000" w:themeColor="text1"/>
          <w:sz w:val="16"/>
          <w:szCs w:val="16"/>
        </w:rPr>
      </w:pPr>
      <w:r w:rsidRPr="00BB55AC">
        <w:rPr>
          <w:rStyle w:val="Strong"/>
          <w:rFonts w:ascii="Times New Roman" w:hAnsi="Times New Roman" w:cs="Times New Roman"/>
          <w:color w:val="000000" w:themeColor="text1"/>
          <w:sz w:val="24"/>
          <w:szCs w:val="24"/>
        </w:rPr>
        <w:t>Office Address:</w:t>
      </w:r>
      <w:r w:rsidR="00776394">
        <w:rPr>
          <w:rStyle w:val="Strong"/>
          <w:rFonts w:ascii="Times New Roman" w:hAnsi="Times New Roman" w:cs="Times New Roman"/>
          <w:color w:val="000000" w:themeColor="text1"/>
          <w:sz w:val="24"/>
          <w:szCs w:val="24"/>
        </w:rPr>
        <w:t xml:space="preserve"> </w:t>
      </w:r>
      <w:r w:rsidR="00776394" w:rsidRPr="00BB55AC">
        <w:rPr>
          <w:rFonts w:ascii="Times New Roman" w:hAnsi="Times New Roman" w:cs="Times New Roman"/>
          <w:b w:val="0"/>
          <w:bCs w:val="0"/>
          <w:color w:val="000000" w:themeColor="text1"/>
          <w:sz w:val="24"/>
          <w:szCs w:val="24"/>
        </w:rPr>
        <w:t>5</w:t>
      </w:r>
      <w:r w:rsidR="00776394" w:rsidRPr="00BB55AC">
        <w:rPr>
          <w:rFonts w:ascii="Times New Roman" w:hAnsi="Times New Roman" w:cs="Times New Roman"/>
          <w:b w:val="0"/>
          <w:bCs w:val="0"/>
          <w:color w:val="000000" w:themeColor="text1"/>
          <w:sz w:val="24"/>
          <w:szCs w:val="24"/>
          <w:vertAlign w:val="superscript"/>
        </w:rPr>
        <w:t>th</w:t>
      </w:r>
      <w:r w:rsidR="00776394" w:rsidRPr="00BB55AC">
        <w:rPr>
          <w:rFonts w:ascii="Times New Roman" w:hAnsi="Times New Roman" w:cs="Times New Roman"/>
          <w:b w:val="0"/>
          <w:bCs w:val="0"/>
          <w:color w:val="000000" w:themeColor="text1"/>
          <w:sz w:val="24"/>
          <w:szCs w:val="24"/>
        </w:rPr>
        <w:t xml:space="preserve">  Floor, Stage II, Sethsiripaya, Battaramulla</w:t>
      </w:r>
      <w:r w:rsidRPr="00BB55AC">
        <w:rPr>
          <w:rFonts w:ascii="Times New Roman" w:hAnsi="Times New Roman" w:cs="Times New Roman"/>
          <w:color w:val="000000" w:themeColor="text1"/>
          <w:sz w:val="24"/>
          <w:szCs w:val="24"/>
        </w:rPr>
        <w:br/>
      </w:r>
      <w:r w:rsidRPr="00BB55AC">
        <w:rPr>
          <w:rStyle w:val="Strong"/>
          <w:rFonts w:ascii="Times New Roman" w:hAnsi="Times New Roman" w:cs="Times New Roman"/>
          <w:color w:val="000000" w:themeColor="text1"/>
          <w:sz w:val="24"/>
          <w:szCs w:val="24"/>
        </w:rPr>
        <w:t>Website:</w:t>
      </w:r>
      <w:r w:rsidR="00776394" w:rsidRPr="00776394">
        <w:rPr>
          <w:rFonts w:ascii="Times New Roman" w:hAnsi="Times New Roman" w:cs="Times New Roman"/>
          <w:sz w:val="24"/>
          <w:szCs w:val="24"/>
        </w:rPr>
        <w:t xml:space="preserve"> </w:t>
      </w:r>
      <w:hyperlink r:id="rId11" w:history="1">
        <w:r w:rsidR="00776394" w:rsidRPr="00BB55AC">
          <w:rPr>
            <w:rStyle w:val="Hyperlink"/>
            <w:rFonts w:ascii="Times New Roman" w:hAnsi="Times New Roman" w:cs="Times New Roman"/>
            <w:sz w:val="24"/>
            <w:szCs w:val="24"/>
          </w:rPr>
          <w:t>www.childwomenmin.gov.lk</w:t>
        </w:r>
      </w:hyperlink>
      <w:r w:rsidRPr="00BB55AC">
        <w:rPr>
          <w:rFonts w:ascii="Times New Roman" w:hAnsi="Times New Roman" w:cs="Times New Roman"/>
          <w:color w:val="000000" w:themeColor="text1"/>
          <w:sz w:val="24"/>
          <w:szCs w:val="24"/>
        </w:rPr>
        <w:br/>
      </w:r>
    </w:p>
    <w:p w:rsidR="00776394" w:rsidRDefault="00A11872" w:rsidP="00776394">
      <w:pPr>
        <w:pStyle w:val="Heading3"/>
        <w:spacing w:before="0" w:line="240" w:lineRule="auto"/>
        <w:rPr>
          <w:rFonts w:ascii="Times New Roman" w:hAnsi="Times New Roman" w:cs="Times New Roman"/>
          <w:color w:val="000000" w:themeColor="text1"/>
          <w:sz w:val="24"/>
          <w:szCs w:val="24"/>
        </w:rPr>
      </w:pPr>
      <w:r w:rsidRPr="00BB55AC">
        <w:rPr>
          <w:rFonts w:ascii="Times New Roman" w:hAnsi="Times New Roman" w:cs="Times New Roman"/>
          <w:color w:val="000000" w:themeColor="text1"/>
          <w:sz w:val="24"/>
          <w:szCs w:val="24"/>
        </w:rPr>
        <w:t>National Child Protection Authority</w:t>
      </w:r>
    </w:p>
    <w:p w:rsidR="00776394" w:rsidRPr="00776394" w:rsidRDefault="00A11872" w:rsidP="00776394">
      <w:pPr>
        <w:pStyle w:val="Heading3"/>
        <w:spacing w:before="0" w:line="240" w:lineRule="auto"/>
        <w:rPr>
          <w:rFonts w:ascii="Times New Roman" w:hAnsi="Times New Roman" w:cs="Times New Roman"/>
          <w:b w:val="0"/>
          <w:bCs w:val="0"/>
          <w:color w:val="000000" w:themeColor="text1"/>
          <w:sz w:val="24"/>
          <w:szCs w:val="24"/>
        </w:rPr>
      </w:pPr>
      <w:r w:rsidRPr="00776394">
        <w:rPr>
          <w:rStyle w:val="Strong"/>
          <w:rFonts w:ascii="Times New Roman" w:hAnsi="Times New Roman" w:cs="Times New Roman"/>
          <w:color w:val="000000" w:themeColor="text1"/>
          <w:sz w:val="24"/>
          <w:szCs w:val="24"/>
        </w:rPr>
        <w:t>Office Address:</w:t>
      </w:r>
      <w:r w:rsidR="00776394">
        <w:rPr>
          <w:rStyle w:val="Strong"/>
          <w:rFonts w:ascii="Times New Roman" w:hAnsi="Times New Roman" w:cs="Times New Roman"/>
          <w:color w:val="000000" w:themeColor="text1"/>
          <w:sz w:val="24"/>
          <w:szCs w:val="24"/>
        </w:rPr>
        <w:t xml:space="preserve"> </w:t>
      </w:r>
      <w:r w:rsidR="00776394" w:rsidRPr="00776394">
        <w:rPr>
          <w:rStyle w:val="Strong"/>
          <w:rFonts w:ascii="Times New Roman" w:hAnsi="Times New Roman" w:cs="Times New Roman"/>
          <w:color w:val="000000" w:themeColor="text1"/>
          <w:sz w:val="24"/>
          <w:szCs w:val="24"/>
        </w:rPr>
        <w:t>No. 330, Thalawathugoda Road, Madiwela, Sri Jayawardenepura</w:t>
      </w:r>
      <w:r w:rsidRPr="00776394">
        <w:rPr>
          <w:rStyle w:val="Strong"/>
          <w:rFonts w:ascii="Times New Roman" w:hAnsi="Times New Roman" w:cs="Times New Roman"/>
          <w:b/>
          <w:bCs/>
          <w:color w:val="000000" w:themeColor="text1"/>
          <w:sz w:val="24"/>
          <w:szCs w:val="24"/>
        </w:rPr>
        <w:br/>
      </w:r>
      <w:r w:rsidRPr="00776394">
        <w:rPr>
          <w:rStyle w:val="Strong"/>
          <w:b/>
          <w:bCs/>
          <w:color w:val="000000" w:themeColor="text1"/>
        </w:rPr>
        <w:t>Website</w:t>
      </w:r>
      <w:r w:rsidRPr="00BB55AC">
        <w:rPr>
          <w:rStyle w:val="Strong"/>
          <w:b/>
          <w:bCs/>
        </w:rPr>
        <w:t>:</w:t>
      </w:r>
      <w:r w:rsidR="00776394" w:rsidRPr="00776394">
        <w:t xml:space="preserve"> </w:t>
      </w:r>
      <w:hyperlink r:id="rId12" w:history="1">
        <w:r w:rsidR="0040165C" w:rsidRPr="00B23072">
          <w:rPr>
            <w:rStyle w:val="Hyperlink"/>
          </w:rPr>
          <w:t>www.childprotection.gov.lk</w:t>
        </w:r>
      </w:hyperlink>
    </w:p>
    <w:p w:rsidR="00A11872" w:rsidRPr="00776394" w:rsidRDefault="00A11872" w:rsidP="00776394">
      <w:pPr>
        <w:pStyle w:val="Heading3"/>
        <w:spacing w:before="0" w:line="240" w:lineRule="auto"/>
        <w:rPr>
          <w:b w:val="0"/>
          <w:bCs w:val="0"/>
          <w:sz w:val="8"/>
          <w:szCs w:val="8"/>
        </w:rPr>
      </w:pPr>
      <w:r w:rsidRPr="00BB55AC">
        <w:rPr>
          <w:b w:val="0"/>
          <w:bCs w:val="0"/>
        </w:rPr>
        <w:br/>
      </w:r>
    </w:p>
    <w:p w:rsidR="00A11872" w:rsidRPr="00BB55AC" w:rsidRDefault="00A11872" w:rsidP="00776394">
      <w:pPr>
        <w:pStyle w:val="Heading3"/>
        <w:spacing w:before="0"/>
        <w:rPr>
          <w:rFonts w:ascii="Times New Roman" w:hAnsi="Times New Roman" w:cs="Times New Roman"/>
          <w:color w:val="000000" w:themeColor="text1"/>
          <w:sz w:val="24"/>
          <w:szCs w:val="24"/>
        </w:rPr>
      </w:pPr>
      <w:r w:rsidRPr="00BB55AC">
        <w:rPr>
          <w:rFonts w:ascii="Times New Roman" w:hAnsi="Times New Roman" w:cs="Times New Roman"/>
          <w:color w:val="000000" w:themeColor="text1"/>
          <w:sz w:val="24"/>
          <w:szCs w:val="24"/>
        </w:rPr>
        <w:t>Department of Probation and Child Care Services</w:t>
      </w:r>
    </w:p>
    <w:p w:rsidR="005E5C2F" w:rsidRPr="00BB55AC" w:rsidRDefault="00A11872" w:rsidP="00776394">
      <w:pPr>
        <w:pStyle w:val="isselectedend"/>
        <w:spacing w:before="0" w:beforeAutospacing="0" w:after="0" w:afterAutospacing="0" w:line="276" w:lineRule="auto"/>
      </w:pPr>
      <w:r w:rsidRPr="00BB55AC">
        <w:rPr>
          <w:rStyle w:val="Strong"/>
          <w:b w:val="0"/>
          <w:bCs w:val="0"/>
        </w:rPr>
        <w:t>Office Address:</w:t>
      </w:r>
      <w:r w:rsidR="00776394">
        <w:rPr>
          <w:rStyle w:val="Strong"/>
          <w:b w:val="0"/>
          <w:bCs w:val="0"/>
        </w:rPr>
        <w:t xml:space="preserve"> </w:t>
      </w:r>
      <w:r w:rsidR="00776394" w:rsidRPr="00BB55AC">
        <w:t>3</w:t>
      </w:r>
      <w:r w:rsidR="00776394" w:rsidRPr="00BB55AC">
        <w:rPr>
          <w:vertAlign w:val="superscript"/>
        </w:rPr>
        <w:t>rd</w:t>
      </w:r>
      <w:r w:rsidR="00776394" w:rsidRPr="00BB55AC">
        <w:t xml:space="preserve">  Floor, Stage II, Sethsiripaya, Battaramulla</w:t>
      </w:r>
      <w:r w:rsidRPr="00BB55AC">
        <w:rPr>
          <w:b/>
          <w:bCs/>
        </w:rPr>
        <w:br/>
      </w:r>
      <w:r w:rsidRPr="00BB55AC">
        <w:rPr>
          <w:rStyle w:val="Strong"/>
          <w:b w:val="0"/>
          <w:bCs w:val="0"/>
        </w:rPr>
        <w:t>Website:</w:t>
      </w:r>
      <w:r w:rsidR="00776394" w:rsidRPr="00776394">
        <w:t xml:space="preserve"> </w:t>
      </w:r>
      <w:hyperlink r:id="rId13" w:history="1">
        <w:r w:rsidR="00776394" w:rsidRPr="00BB55AC">
          <w:rPr>
            <w:rStyle w:val="Hyperlink"/>
          </w:rPr>
          <w:t>www.probation.gov.lk</w:t>
        </w:r>
      </w:hyperlink>
    </w:p>
    <w:p w:rsidR="00CD1104" w:rsidRPr="00BB55AC" w:rsidRDefault="00836AF7" w:rsidP="00A32EDC">
      <w:pPr>
        <w:spacing w:after="0"/>
        <w:jc w:val="both"/>
        <w:rPr>
          <w:rFonts w:ascii="Times New Roman" w:hAnsi="Times New Roman" w:cs="Times New Roman"/>
          <w:b/>
          <w:sz w:val="24"/>
          <w:szCs w:val="24"/>
          <w:lang w:bidi="si-LK"/>
        </w:rPr>
      </w:pPr>
      <w:r w:rsidRPr="00BB55AC">
        <w:rPr>
          <w:rFonts w:ascii="Times New Roman" w:hAnsi="Times New Roman" w:cs="Times New Roman"/>
          <w:b/>
          <w:sz w:val="24"/>
          <w:szCs w:val="24"/>
        </w:rPr>
        <w:t xml:space="preserve">09. </w:t>
      </w:r>
      <w:r w:rsidR="000B18C4" w:rsidRPr="00BB55AC">
        <w:rPr>
          <w:rFonts w:ascii="Times New Roman" w:hAnsi="Times New Roman" w:cs="Times New Roman"/>
          <w:sz w:val="24"/>
          <w:szCs w:val="24"/>
        </w:rPr>
        <w:t xml:space="preserve">Facilities provided to citizens </w:t>
      </w:r>
      <w:r w:rsidR="003D286F" w:rsidRPr="00BB55AC">
        <w:rPr>
          <w:rFonts w:ascii="Times New Roman" w:hAnsi="Times New Roman" w:cs="Times New Roman"/>
          <w:sz w:val="24"/>
          <w:szCs w:val="24"/>
        </w:rPr>
        <w:t>to obtain</w:t>
      </w:r>
      <w:r w:rsidR="000B18C4" w:rsidRPr="00BB55AC">
        <w:rPr>
          <w:rFonts w:ascii="Times New Roman" w:hAnsi="Times New Roman" w:cs="Times New Roman"/>
          <w:sz w:val="24"/>
          <w:szCs w:val="24"/>
        </w:rPr>
        <w:t xml:space="preserve"> information from the Ministry and Public Authorities</w:t>
      </w:r>
    </w:p>
    <w:p w:rsidR="00A32EDC" w:rsidRPr="00776394" w:rsidRDefault="00A32EDC" w:rsidP="00A32EDC">
      <w:pPr>
        <w:spacing w:after="0"/>
        <w:jc w:val="both"/>
        <w:rPr>
          <w:rFonts w:ascii="Times New Roman" w:hAnsi="Times New Roman" w:cs="Times New Roman"/>
          <w:sz w:val="14"/>
          <w:szCs w:val="14"/>
          <w:lang w:bidi="si-LK"/>
        </w:rPr>
      </w:pPr>
    </w:p>
    <w:tbl>
      <w:tblPr>
        <w:tblStyle w:val="TableGrid"/>
        <w:tblW w:w="10098" w:type="dxa"/>
        <w:tblLayout w:type="fixed"/>
        <w:tblLook w:val="04A0"/>
      </w:tblPr>
      <w:tblGrid>
        <w:gridCol w:w="2448"/>
        <w:gridCol w:w="3240"/>
        <w:gridCol w:w="810"/>
        <w:gridCol w:w="1530"/>
        <w:gridCol w:w="2070"/>
      </w:tblGrid>
      <w:tr w:rsidR="008859DE" w:rsidRPr="00BB55AC" w:rsidTr="00776394">
        <w:trPr>
          <w:trHeight w:val="434"/>
        </w:trPr>
        <w:tc>
          <w:tcPr>
            <w:tcW w:w="2448" w:type="dxa"/>
            <w:vMerge w:val="restart"/>
            <w:vAlign w:val="center"/>
          </w:tcPr>
          <w:p w:rsidR="008859DE" w:rsidRPr="00BB55AC" w:rsidRDefault="003D286F" w:rsidP="00A32EDC">
            <w:pPr>
              <w:spacing w:line="276" w:lineRule="auto"/>
              <w:jc w:val="center"/>
              <w:rPr>
                <w:rFonts w:ascii="Times New Roman" w:hAnsi="Times New Roman" w:cs="Times New Roman"/>
                <w:b/>
                <w:bCs/>
                <w:sz w:val="24"/>
                <w:szCs w:val="24"/>
                <w:cs/>
                <w:lang w:bidi="si-LK"/>
              </w:rPr>
            </w:pPr>
            <w:r w:rsidRPr="00BB55AC">
              <w:rPr>
                <w:rFonts w:ascii="Times New Roman" w:hAnsi="Times New Roman" w:cs="Times New Roman"/>
                <w:sz w:val="24"/>
                <w:szCs w:val="24"/>
              </w:rPr>
              <w:t xml:space="preserve">Name of the </w:t>
            </w:r>
            <w:r w:rsidR="000B18C4" w:rsidRPr="00BB55AC">
              <w:rPr>
                <w:rFonts w:ascii="Times New Roman" w:hAnsi="Times New Roman" w:cs="Times New Roman"/>
                <w:sz w:val="24"/>
                <w:szCs w:val="24"/>
              </w:rPr>
              <w:t>Ministry / Public Authority</w:t>
            </w:r>
          </w:p>
        </w:tc>
        <w:tc>
          <w:tcPr>
            <w:tcW w:w="7650" w:type="dxa"/>
            <w:gridSpan w:val="4"/>
            <w:vAlign w:val="center"/>
          </w:tcPr>
          <w:p w:rsidR="008859DE" w:rsidRPr="00BB55AC" w:rsidRDefault="000B18C4" w:rsidP="003D286F">
            <w:pPr>
              <w:spacing w:line="276" w:lineRule="auto"/>
              <w:jc w:val="center"/>
              <w:rPr>
                <w:rFonts w:ascii="Times New Roman" w:hAnsi="Times New Roman" w:cs="Times New Roman"/>
                <w:b/>
                <w:bCs/>
                <w:sz w:val="24"/>
                <w:szCs w:val="24"/>
                <w:cs/>
                <w:lang w:bidi="si-LK"/>
              </w:rPr>
            </w:pPr>
            <w:r w:rsidRPr="00BB55AC">
              <w:rPr>
                <w:rFonts w:ascii="Times New Roman" w:hAnsi="Times New Roman" w:cs="Times New Roman"/>
                <w:sz w:val="24"/>
                <w:szCs w:val="24"/>
              </w:rPr>
              <w:t xml:space="preserve">Publications Issued </w:t>
            </w:r>
          </w:p>
        </w:tc>
      </w:tr>
      <w:tr w:rsidR="00776394" w:rsidRPr="00BB55AC" w:rsidTr="00776394">
        <w:trPr>
          <w:trHeight w:val="162"/>
        </w:trPr>
        <w:tc>
          <w:tcPr>
            <w:tcW w:w="2448" w:type="dxa"/>
            <w:vMerge/>
          </w:tcPr>
          <w:p w:rsidR="008859DE" w:rsidRPr="00BB55AC" w:rsidRDefault="008859DE" w:rsidP="00A32EDC">
            <w:pPr>
              <w:spacing w:line="276" w:lineRule="auto"/>
              <w:jc w:val="both"/>
              <w:rPr>
                <w:rFonts w:ascii="Times New Roman" w:hAnsi="Times New Roman" w:cs="Times New Roman"/>
                <w:sz w:val="24"/>
                <w:szCs w:val="24"/>
              </w:rPr>
            </w:pPr>
          </w:p>
        </w:tc>
        <w:tc>
          <w:tcPr>
            <w:tcW w:w="3240" w:type="dxa"/>
            <w:vAlign w:val="center"/>
          </w:tcPr>
          <w:p w:rsidR="008859DE" w:rsidRPr="00BB55AC" w:rsidRDefault="000B18C4" w:rsidP="00A32EDC">
            <w:pPr>
              <w:spacing w:line="276" w:lineRule="auto"/>
              <w:jc w:val="center"/>
              <w:rPr>
                <w:rFonts w:ascii="Times New Roman" w:hAnsi="Times New Roman" w:cs="Times New Roman"/>
                <w:sz w:val="24"/>
                <w:szCs w:val="24"/>
              </w:rPr>
            </w:pPr>
            <w:r w:rsidRPr="00BB55AC">
              <w:rPr>
                <w:rFonts w:ascii="Times New Roman" w:hAnsi="Times New Roman" w:cs="Times New Roman"/>
                <w:sz w:val="24"/>
                <w:szCs w:val="24"/>
                <w:lang w:bidi="si-LK"/>
              </w:rPr>
              <w:t xml:space="preserve">Report </w:t>
            </w:r>
          </w:p>
        </w:tc>
        <w:tc>
          <w:tcPr>
            <w:tcW w:w="810" w:type="dxa"/>
            <w:vAlign w:val="center"/>
          </w:tcPr>
          <w:p w:rsidR="008859DE" w:rsidRPr="00BB55AC" w:rsidRDefault="003D286F" w:rsidP="00A32EDC">
            <w:pPr>
              <w:spacing w:line="276" w:lineRule="auto"/>
              <w:jc w:val="center"/>
              <w:rPr>
                <w:rFonts w:ascii="Times New Roman" w:hAnsi="Times New Roman" w:cs="Times New Roman"/>
                <w:sz w:val="24"/>
                <w:szCs w:val="24"/>
              </w:rPr>
            </w:pPr>
            <w:r w:rsidRPr="00BB55AC">
              <w:rPr>
                <w:rFonts w:ascii="Times New Roman" w:hAnsi="Times New Roman" w:cs="Times New Roman"/>
                <w:sz w:val="24"/>
                <w:szCs w:val="24"/>
                <w:lang w:bidi="si-LK"/>
              </w:rPr>
              <w:t xml:space="preserve">Cost </w:t>
            </w:r>
            <w:r w:rsidR="000B18C4" w:rsidRPr="00BB55AC">
              <w:rPr>
                <w:rFonts w:ascii="Times New Roman" w:hAnsi="Times New Roman" w:cs="Times New Roman"/>
                <w:sz w:val="24"/>
                <w:szCs w:val="24"/>
                <w:lang w:bidi="si-LK"/>
              </w:rPr>
              <w:t xml:space="preserve"> </w:t>
            </w:r>
          </w:p>
        </w:tc>
        <w:tc>
          <w:tcPr>
            <w:tcW w:w="1530" w:type="dxa"/>
            <w:vAlign w:val="center"/>
          </w:tcPr>
          <w:p w:rsidR="008859DE" w:rsidRPr="00BB55AC" w:rsidRDefault="000B18C4" w:rsidP="00A32EDC">
            <w:pPr>
              <w:spacing w:line="276" w:lineRule="auto"/>
              <w:jc w:val="center"/>
              <w:rPr>
                <w:rFonts w:ascii="Times New Roman" w:hAnsi="Times New Roman" w:cs="Times New Roman"/>
                <w:sz w:val="24"/>
                <w:szCs w:val="24"/>
              </w:rPr>
            </w:pPr>
            <w:r w:rsidRPr="00BB55AC">
              <w:rPr>
                <w:rFonts w:ascii="Times New Roman" w:hAnsi="Times New Roman" w:cs="Times New Roman"/>
                <w:sz w:val="24"/>
                <w:szCs w:val="24"/>
              </w:rPr>
              <w:t>Available</w:t>
            </w:r>
            <w:r w:rsidR="003D286F" w:rsidRPr="00BB55AC">
              <w:rPr>
                <w:rFonts w:ascii="Times New Roman" w:hAnsi="Times New Roman" w:cs="Times New Roman"/>
                <w:sz w:val="24"/>
                <w:szCs w:val="24"/>
              </w:rPr>
              <w:t xml:space="preserve"> Office</w:t>
            </w:r>
          </w:p>
        </w:tc>
        <w:tc>
          <w:tcPr>
            <w:tcW w:w="2070" w:type="dxa"/>
            <w:vAlign w:val="center"/>
          </w:tcPr>
          <w:p w:rsidR="008859DE" w:rsidRPr="00BB55AC" w:rsidRDefault="000B18C4" w:rsidP="00A32EDC">
            <w:pPr>
              <w:spacing w:line="276" w:lineRule="auto"/>
              <w:jc w:val="center"/>
              <w:rPr>
                <w:rFonts w:ascii="Times New Roman" w:hAnsi="Times New Roman" w:cs="Times New Roman"/>
                <w:sz w:val="24"/>
                <w:szCs w:val="24"/>
              </w:rPr>
            </w:pPr>
            <w:r w:rsidRPr="00BB55AC">
              <w:rPr>
                <w:rStyle w:val="Strong"/>
                <w:rFonts w:ascii="Times New Roman" w:hAnsi="Times New Roman" w:cs="Times New Roman"/>
                <w:b w:val="0"/>
                <w:bCs w:val="0"/>
                <w:sz w:val="24"/>
                <w:szCs w:val="24"/>
              </w:rPr>
              <w:t>Website</w:t>
            </w:r>
          </w:p>
        </w:tc>
      </w:tr>
      <w:tr w:rsidR="00776394" w:rsidRPr="00BB55AC" w:rsidTr="00776394">
        <w:trPr>
          <w:trHeight w:val="453"/>
        </w:trPr>
        <w:tc>
          <w:tcPr>
            <w:tcW w:w="2448" w:type="dxa"/>
          </w:tcPr>
          <w:p w:rsidR="000B18C4" w:rsidRPr="00BB55AC" w:rsidRDefault="000B18C4" w:rsidP="00AB6C2C">
            <w:pPr>
              <w:pStyle w:val="Heading3"/>
              <w:outlineLvl w:val="2"/>
              <w:rPr>
                <w:rFonts w:ascii="Times New Roman" w:hAnsi="Times New Roman" w:cs="Times New Roman"/>
                <w:color w:val="000000" w:themeColor="text1"/>
                <w:sz w:val="24"/>
                <w:szCs w:val="24"/>
              </w:rPr>
            </w:pPr>
            <w:r w:rsidRPr="00BB55AC">
              <w:rPr>
                <w:rFonts w:ascii="Times New Roman" w:hAnsi="Times New Roman" w:cs="Times New Roman"/>
                <w:color w:val="000000" w:themeColor="text1"/>
                <w:sz w:val="24"/>
                <w:szCs w:val="24"/>
              </w:rPr>
              <w:t>National Child Protection Authority</w:t>
            </w:r>
          </w:p>
        </w:tc>
        <w:tc>
          <w:tcPr>
            <w:tcW w:w="3240" w:type="dxa"/>
          </w:tcPr>
          <w:p w:rsidR="00AB6C2C" w:rsidRPr="00BB55AC" w:rsidRDefault="00AB6C2C">
            <w:pPr>
              <w:rPr>
                <w:rFonts w:ascii="Times New Roman" w:hAnsi="Times New Roman" w:cs="Times New Roman"/>
                <w:sz w:val="24"/>
                <w:szCs w:val="24"/>
              </w:rPr>
            </w:pPr>
          </w:p>
          <w:tbl>
            <w:tblPr>
              <w:tblW w:w="0" w:type="auto"/>
              <w:tblCellSpacing w:w="15" w:type="dxa"/>
              <w:tblLayout w:type="fixed"/>
              <w:tblCellMar>
                <w:top w:w="15" w:type="dxa"/>
                <w:left w:w="15" w:type="dxa"/>
                <w:bottom w:w="15" w:type="dxa"/>
                <w:right w:w="15" w:type="dxa"/>
              </w:tblCellMar>
              <w:tblLook w:val="04A0"/>
            </w:tblPr>
            <w:tblGrid>
              <w:gridCol w:w="1724"/>
            </w:tblGrid>
            <w:tr w:rsidR="000B18C4" w:rsidRPr="00BB55AC" w:rsidTr="00BB55AC">
              <w:trPr>
                <w:tblCellSpacing w:w="15" w:type="dxa"/>
              </w:trPr>
              <w:tc>
                <w:tcPr>
                  <w:tcW w:w="1664" w:type="dxa"/>
                  <w:vAlign w:val="center"/>
                  <w:hideMark/>
                </w:tcPr>
                <w:p w:rsidR="000B18C4" w:rsidRPr="00BB55AC" w:rsidRDefault="000B18C4" w:rsidP="00BB55AC">
                  <w:pPr>
                    <w:jc w:val="center"/>
                    <w:rPr>
                      <w:rFonts w:ascii="Times New Roman" w:hAnsi="Times New Roman" w:cs="Times New Roman"/>
                      <w:sz w:val="24"/>
                      <w:szCs w:val="24"/>
                    </w:rPr>
                  </w:pPr>
                  <w:r w:rsidRPr="00BB55AC">
                    <w:rPr>
                      <w:rStyle w:val="Strong"/>
                      <w:rFonts w:ascii="Times New Roman" w:hAnsi="Times New Roman" w:cs="Times New Roman"/>
                      <w:b w:val="0"/>
                      <w:bCs w:val="0"/>
                      <w:sz w:val="24"/>
                      <w:szCs w:val="24"/>
                    </w:rPr>
                    <w:t>Annual Reports</w:t>
                  </w:r>
                </w:p>
              </w:tc>
            </w:tr>
          </w:tbl>
          <w:p w:rsidR="000B18C4" w:rsidRPr="00BB55AC" w:rsidRDefault="000B18C4" w:rsidP="00BB55AC">
            <w:pPr>
              <w:rPr>
                <w:rFonts w:ascii="Times New Roman" w:hAnsi="Times New Roman" w:cs="Times New Roman"/>
                <w:vanish/>
                <w:sz w:val="24"/>
                <w:szCs w:val="24"/>
              </w:rPr>
            </w:pPr>
          </w:p>
        </w:tc>
        <w:tc>
          <w:tcPr>
            <w:tcW w:w="810" w:type="dxa"/>
          </w:tcPr>
          <w:p w:rsidR="000B18C4" w:rsidRPr="00BB55AC" w:rsidRDefault="000B18C4" w:rsidP="00A32EDC">
            <w:pPr>
              <w:spacing w:line="276" w:lineRule="auto"/>
              <w:jc w:val="both"/>
              <w:rPr>
                <w:rFonts w:ascii="Times New Roman" w:hAnsi="Times New Roman" w:cs="Times New Roman"/>
                <w:sz w:val="24"/>
                <w:szCs w:val="24"/>
              </w:rPr>
            </w:pPr>
          </w:p>
        </w:tc>
        <w:tc>
          <w:tcPr>
            <w:tcW w:w="1530" w:type="dxa"/>
          </w:tcPr>
          <w:p w:rsidR="000B18C4" w:rsidRPr="00BB55AC" w:rsidRDefault="000B18C4" w:rsidP="00A32EDC">
            <w:pPr>
              <w:spacing w:line="276" w:lineRule="auto"/>
              <w:jc w:val="both"/>
              <w:rPr>
                <w:rFonts w:ascii="Times New Roman" w:hAnsi="Times New Roman" w:cs="Times New Roman"/>
                <w:sz w:val="24"/>
                <w:szCs w:val="24"/>
              </w:rPr>
            </w:pPr>
          </w:p>
        </w:tc>
        <w:tc>
          <w:tcPr>
            <w:tcW w:w="2070" w:type="dxa"/>
          </w:tcPr>
          <w:p w:rsidR="000B18C4" w:rsidRPr="00BB55AC" w:rsidRDefault="00975EDE" w:rsidP="00A32EDC">
            <w:pPr>
              <w:spacing w:line="276" w:lineRule="auto"/>
              <w:jc w:val="both"/>
              <w:rPr>
                <w:rFonts w:ascii="Times New Roman" w:hAnsi="Times New Roman" w:cs="Times New Roman"/>
                <w:sz w:val="24"/>
                <w:szCs w:val="24"/>
              </w:rPr>
            </w:pPr>
            <w:hyperlink r:id="rId14" w:history="1">
              <w:r w:rsidR="000B18C4" w:rsidRPr="00BB55AC">
                <w:rPr>
                  <w:rStyle w:val="Hyperlink"/>
                  <w:rFonts w:ascii="Times New Roman" w:hAnsi="Times New Roman" w:cs="Times New Roman"/>
                  <w:sz w:val="24"/>
                  <w:szCs w:val="24"/>
                </w:rPr>
                <w:t>www.childprotection.gov.lk</w:t>
              </w:r>
            </w:hyperlink>
          </w:p>
          <w:p w:rsidR="000B18C4" w:rsidRPr="00BB55AC" w:rsidRDefault="000B18C4" w:rsidP="00A32EDC">
            <w:pPr>
              <w:spacing w:line="276" w:lineRule="auto"/>
              <w:jc w:val="both"/>
              <w:rPr>
                <w:rFonts w:ascii="Times New Roman" w:hAnsi="Times New Roman" w:cs="Times New Roman"/>
                <w:sz w:val="24"/>
                <w:szCs w:val="24"/>
              </w:rPr>
            </w:pPr>
            <w:r w:rsidRPr="00BB55AC">
              <w:rPr>
                <w:rFonts w:ascii="Times New Roman" w:hAnsi="Times New Roman" w:cs="Times New Roman"/>
                <w:sz w:val="24"/>
                <w:szCs w:val="24"/>
              </w:rPr>
              <w:t>resource center</w:t>
            </w:r>
          </w:p>
        </w:tc>
      </w:tr>
      <w:tr w:rsidR="00776394" w:rsidRPr="00BB55AC" w:rsidTr="00776394">
        <w:trPr>
          <w:trHeight w:val="453"/>
        </w:trPr>
        <w:tc>
          <w:tcPr>
            <w:tcW w:w="2448" w:type="dxa"/>
          </w:tcPr>
          <w:p w:rsidR="000B18C4" w:rsidRPr="00BB55AC" w:rsidRDefault="000B18C4" w:rsidP="00A32EDC">
            <w:pPr>
              <w:spacing w:line="276" w:lineRule="auto"/>
              <w:jc w:val="both"/>
              <w:rPr>
                <w:rFonts w:ascii="Times New Roman" w:hAnsi="Times New Roman" w:cs="Times New Roman"/>
                <w:sz w:val="24"/>
                <w:szCs w:val="24"/>
              </w:rPr>
            </w:pPr>
          </w:p>
        </w:tc>
        <w:tc>
          <w:tcPr>
            <w:tcW w:w="3240" w:type="dxa"/>
          </w:tcPr>
          <w:p w:rsidR="000B18C4" w:rsidRPr="00BB55AC" w:rsidRDefault="000B18C4" w:rsidP="000B18C4">
            <w:pPr>
              <w:rPr>
                <w:rFonts w:ascii="Times New Roman" w:hAnsi="Times New Roman" w:cs="Times New Roman"/>
                <w:vanish/>
                <w:sz w:val="24"/>
                <w:szCs w:val="24"/>
              </w:rPr>
            </w:pPr>
            <w:r w:rsidRPr="00BB55AC">
              <w:rPr>
                <w:rStyle w:val="Strong"/>
                <w:rFonts w:ascii="Times New Roman" w:hAnsi="Times New Roman" w:cs="Times New Roman"/>
                <w:b w:val="0"/>
                <w:bCs w:val="0"/>
                <w:sz w:val="24"/>
                <w:szCs w:val="24"/>
              </w:rPr>
              <w:t>Acts Relevant to the scope</w:t>
            </w:r>
            <w:r w:rsidRPr="00BB55AC">
              <w:rPr>
                <w:rFonts w:ascii="Times New Roman" w:hAnsi="Times New Roman" w:cs="Times New Roman"/>
                <w:b/>
                <w:bCs/>
                <w:sz w:val="24"/>
                <w:szCs w:val="24"/>
              </w:rPr>
              <w:t xml:space="preserve"> –</w:t>
            </w:r>
            <w:r w:rsidRPr="00BB55AC">
              <w:rPr>
                <w:rFonts w:ascii="Times New Roman" w:hAnsi="Times New Roman" w:cs="Times New Roman"/>
                <w:sz w:val="24"/>
                <w:szCs w:val="24"/>
              </w:rPr>
              <w:t xml:space="preserve"> e.g., National Child Protection Authority Act, No. 50 of 1998</w:t>
            </w:r>
          </w:p>
        </w:tc>
        <w:tc>
          <w:tcPr>
            <w:tcW w:w="810" w:type="dxa"/>
          </w:tcPr>
          <w:p w:rsidR="000B18C4" w:rsidRPr="00BB55AC" w:rsidRDefault="000B18C4" w:rsidP="00A32EDC">
            <w:pPr>
              <w:spacing w:line="276" w:lineRule="auto"/>
              <w:jc w:val="both"/>
              <w:rPr>
                <w:rFonts w:ascii="Times New Roman" w:hAnsi="Times New Roman" w:cs="Times New Roman"/>
                <w:sz w:val="24"/>
                <w:szCs w:val="24"/>
              </w:rPr>
            </w:pPr>
          </w:p>
        </w:tc>
        <w:tc>
          <w:tcPr>
            <w:tcW w:w="1530" w:type="dxa"/>
          </w:tcPr>
          <w:p w:rsidR="000B18C4" w:rsidRPr="00BB55AC" w:rsidRDefault="000B18C4" w:rsidP="00A32EDC">
            <w:pPr>
              <w:spacing w:line="276" w:lineRule="auto"/>
              <w:jc w:val="both"/>
              <w:rPr>
                <w:rFonts w:ascii="Times New Roman" w:hAnsi="Times New Roman" w:cs="Times New Roman"/>
                <w:sz w:val="24"/>
                <w:szCs w:val="24"/>
              </w:rPr>
            </w:pPr>
          </w:p>
        </w:tc>
        <w:tc>
          <w:tcPr>
            <w:tcW w:w="2070" w:type="dxa"/>
          </w:tcPr>
          <w:p w:rsidR="000B18C4" w:rsidRPr="00BB55AC" w:rsidRDefault="00975EDE" w:rsidP="00A32EDC">
            <w:pPr>
              <w:spacing w:line="276" w:lineRule="auto"/>
              <w:jc w:val="both"/>
              <w:rPr>
                <w:rFonts w:ascii="Times New Roman" w:hAnsi="Times New Roman" w:cs="Times New Roman"/>
                <w:sz w:val="24"/>
                <w:szCs w:val="24"/>
              </w:rPr>
            </w:pPr>
            <w:hyperlink r:id="rId15" w:history="1">
              <w:r w:rsidR="000B18C4" w:rsidRPr="00BB55AC">
                <w:rPr>
                  <w:rStyle w:val="Hyperlink"/>
                  <w:rFonts w:ascii="Times New Roman" w:hAnsi="Times New Roman" w:cs="Times New Roman"/>
                  <w:sz w:val="24"/>
                  <w:szCs w:val="24"/>
                </w:rPr>
                <w:t>www.childprotection.gov.lk</w:t>
              </w:r>
            </w:hyperlink>
          </w:p>
          <w:p w:rsidR="000B18C4" w:rsidRPr="00BB55AC" w:rsidRDefault="000B18C4" w:rsidP="00A32EDC">
            <w:pPr>
              <w:spacing w:line="276" w:lineRule="auto"/>
              <w:jc w:val="both"/>
              <w:rPr>
                <w:rFonts w:ascii="Times New Roman" w:hAnsi="Times New Roman" w:cs="Times New Roman"/>
                <w:sz w:val="24"/>
                <w:szCs w:val="24"/>
              </w:rPr>
            </w:pPr>
            <w:r w:rsidRPr="00BB55AC">
              <w:rPr>
                <w:rFonts w:ascii="Times New Roman" w:hAnsi="Times New Roman" w:cs="Times New Roman"/>
                <w:sz w:val="24"/>
                <w:szCs w:val="24"/>
              </w:rPr>
              <w:t>resource center</w:t>
            </w:r>
          </w:p>
        </w:tc>
      </w:tr>
      <w:tr w:rsidR="00776394" w:rsidRPr="00BB55AC" w:rsidTr="00776394">
        <w:trPr>
          <w:trHeight w:val="453"/>
        </w:trPr>
        <w:tc>
          <w:tcPr>
            <w:tcW w:w="2448" w:type="dxa"/>
          </w:tcPr>
          <w:p w:rsidR="000B18C4" w:rsidRPr="00BB55AC" w:rsidRDefault="000B18C4" w:rsidP="00A32EDC">
            <w:pPr>
              <w:spacing w:line="276" w:lineRule="auto"/>
              <w:jc w:val="both"/>
              <w:rPr>
                <w:rFonts w:ascii="Times New Roman" w:hAnsi="Times New Roman" w:cs="Times New Roman"/>
                <w:sz w:val="24"/>
                <w:szCs w:val="24"/>
              </w:rPr>
            </w:pPr>
          </w:p>
        </w:tc>
        <w:tc>
          <w:tcPr>
            <w:tcW w:w="3240" w:type="dxa"/>
          </w:tcPr>
          <w:p w:rsidR="000B18C4" w:rsidRPr="00BB55AC" w:rsidRDefault="000B18C4" w:rsidP="00BB55AC">
            <w:pPr>
              <w:rPr>
                <w:rFonts w:ascii="Times New Roman" w:hAnsi="Times New Roman" w:cs="Times New Roman"/>
                <w:vanish/>
                <w:sz w:val="24"/>
                <w:szCs w:val="24"/>
              </w:rPr>
            </w:pPr>
            <w:r w:rsidRPr="00BB55AC">
              <w:rPr>
                <w:rFonts w:ascii="Times New Roman" w:hAnsi="Times New Roman" w:cs="Times New Roman"/>
                <w:sz w:val="24"/>
                <w:szCs w:val="24"/>
              </w:rPr>
              <w:t>Laws and Policies relevant to the scope</w:t>
            </w:r>
          </w:p>
        </w:tc>
        <w:tc>
          <w:tcPr>
            <w:tcW w:w="810" w:type="dxa"/>
          </w:tcPr>
          <w:p w:rsidR="000B18C4" w:rsidRPr="00BB55AC" w:rsidRDefault="000B18C4" w:rsidP="00A32EDC">
            <w:pPr>
              <w:spacing w:line="276" w:lineRule="auto"/>
              <w:jc w:val="both"/>
              <w:rPr>
                <w:rFonts w:ascii="Times New Roman" w:hAnsi="Times New Roman" w:cs="Times New Roman"/>
                <w:sz w:val="24"/>
                <w:szCs w:val="24"/>
              </w:rPr>
            </w:pPr>
          </w:p>
        </w:tc>
        <w:tc>
          <w:tcPr>
            <w:tcW w:w="1530" w:type="dxa"/>
          </w:tcPr>
          <w:p w:rsidR="000B18C4" w:rsidRPr="00BB55AC" w:rsidRDefault="000B18C4" w:rsidP="00A32EDC">
            <w:pPr>
              <w:spacing w:line="276" w:lineRule="auto"/>
              <w:jc w:val="both"/>
              <w:rPr>
                <w:rFonts w:ascii="Times New Roman" w:hAnsi="Times New Roman" w:cs="Times New Roman"/>
                <w:sz w:val="24"/>
                <w:szCs w:val="24"/>
              </w:rPr>
            </w:pPr>
          </w:p>
        </w:tc>
        <w:tc>
          <w:tcPr>
            <w:tcW w:w="2070" w:type="dxa"/>
          </w:tcPr>
          <w:p w:rsidR="000B18C4" w:rsidRPr="00BB55AC" w:rsidRDefault="00975EDE" w:rsidP="00A32EDC">
            <w:pPr>
              <w:spacing w:line="276" w:lineRule="auto"/>
              <w:jc w:val="both"/>
              <w:rPr>
                <w:rFonts w:ascii="Times New Roman" w:hAnsi="Times New Roman" w:cs="Times New Roman"/>
                <w:sz w:val="24"/>
                <w:szCs w:val="24"/>
              </w:rPr>
            </w:pPr>
            <w:hyperlink r:id="rId16" w:history="1">
              <w:r w:rsidR="000B18C4" w:rsidRPr="00BB55AC">
                <w:rPr>
                  <w:rStyle w:val="Hyperlink"/>
                  <w:rFonts w:ascii="Times New Roman" w:hAnsi="Times New Roman" w:cs="Times New Roman"/>
                  <w:sz w:val="24"/>
                  <w:szCs w:val="24"/>
                </w:rPr>
                <w:t>www.childprotection.gov.lk</w:t>
              </w:r>
            </w:hyperlink>
          </w:p>
          <w:p w:rsidR="000B18C4" w:rsidRPr="00BB55AC" w:rsidRDefault="000B18C4" w:rsidP="00A32EDC">
            <w:pPr>
              <w:spacing w:line="276" w:lineRule="auto"/>
              <w:jc w:val="both"/>
              <w:rPr>
                <w:rFonts w:ascii="Times New Roman" w:hAnsi="Times New Roman" w:cs="Times New Roman"/>
                <w:sz w:val="24"/>
                <w:szCs w:val="24"/>
              </w:rPr>
            </w:pPr>
            <w:r w:rsidRPr="00BB55AC">
              <w:rPr>
                <w:rFonts w:ascii="Times New Roman" w:hAnsi="Times New Roman" w:cs="Times New Roman"/>
                <w:sz w:val="24"/>
                <w:szCs w:val="24"/>
              </w:rPr>
              <w:t>resource center</w:t>
            </w:r>
          </w:p>
        </w:tc>
      </w:tr>
      <w:tr w:rsidR="00776394" w:rsidRPr="00BB55AC" w:rsidTr="00776394">
        <w:trPr>
          <w:trHeight w:val="453"/>
        </w:trPr>
        <w:tc>
          <w:tcPr>
            <w:tcW w:w="2448" w:type="dxa"/>
          </w:tcPr>
          <w:p w:rsidR="000B18C4" w:rsidRPr="00BB55AC" w:rsidRDefault="000B18C4" w:rsidP="00A32EDC">
            <w:pPr>
              <w:spacing w:line="276" w:lineRule="auto"/>
              <w:jc w:val="both"/>
              <w:rPr>
                <w:rFonts w:ascii="Times New Roman" w:hAnsi="Times New Roman" w:cs="Times New Roman"/>
                <w:sz w:val="24"/>
                <w:szCs w:val="24"/>
              </w:rPr>
            </w:pPr>
          </w:p>
        </w:tc>
        <w:tc>
          <w:tcPr>
            <w:tcW w:w="3240" w:type="dxa"/>
          </w:tcPr>
          <w:p w:rsidR="000B18C4" w:rsidRPr="00BB55AC" w:rsidRDefault="007A5614">
            <w:pPr>
              <w:rPr>
                <w:rFonts w:ascii="Times New Roman" w:hAnsi="Times New Roman" w:cs="Times New Roman"/>
                <w:sz w:val="24"/>
                <w:szCs w:val="24"/>
              </w:rPr>
            </w:pPr>
            <w:r w:rsidRPr="00BB55AC">
              <w:rPr>
                <w:rFonts w:ascii="Times New Roman" w:hAnsi="Times New Roman" w:cs="Times New Roman"/>
                <w:sz w:val="24"/>
                <w:szCs w:val="24"/>
              </w:rPr>
              <w:t>Other publications r</w:t>
            </w:r>
            <w:r w:rsidR="000B18C4" w:rsidRPr="00BB55AC">
              <w:rPr>
                <w:rFonts w:ascii="Times New Roman" w:hAnsi="Times New Roman" w:cs="Times New Roman"/>
                <w:sz w:val="24"/>
                <w:szCs w:val="24"/>
              </w:rPr>
              <w:t>elevant to the scope</w:t>
            </w:r>
          </w:p>
        </w:tc>
        <w:tc>
          <w:tcPr>
            <w:tcW w:w="810" w:type="dxa"/>
          </w:tcPr>
          <w:p w:rsidR="000B18C4" w:rsidRPr="00BB55AC" w:rsidRDefault="000B18C4" w:rsidP="00A32EDC">
            <w:pPr>
              <w:spacing w:line="276" w:lineRule="auto"/>
              <w:jc w:val="both"/>
              <w:rPr>
                <w:rFonts w:ascii="Times New Roman" w:hAnsi="Times New Roman" w:cs="Times New Roman"/>
                <w:sz w:val="24"/>
                <w:szCs w:val="24"/>
              </w:rPr>
            </w:pPr>
          </w:p>
        </w:tc>
        <w:tc>
          <w:tcPr>
            <w:tcW w:w="1530" w:type="dxa"/>
          </w:tcPr>
          <w:p w:rsidR="000B18C4" w:rsidRPr="00BB55AC" w:rsidRDefault="000B18C4" w:rsidP="00A32EDC">
            <w:pPr>
              <w:spacing w:line="276" w:lineRule="auto"/>
              <w:jc w:val="both"/>
              <w:rPr>
                <w:rFonts w:ascii="Times New Roman" w:hAnsi="Times New Roman" w:cs="Times New Roman"/>
                <w:sz w:val="24"/>
                <w:szCs w:val="24"/>
              </w:rPr>
            </w:pPr>
          </w:p>
        </w:tc>
        <w:tc>
          <w:tcPr>
            <w:tcW w:w="2070" w:type="dxa"/>
          </w:tcPr>
          <w:p w:rsidR="000B18C4" w:rsidRPr="00BB55AC" w:rsidRDefault="00975EDE" w:rsidP="00A32EDC">
            <w:pPr>
              <w:spacing w:line="276" w:lineRule="auto"/>
              <w:jc w:val="both"/>
              <w:rPr>
                <w:rFonts w:ascii="Times New Roman" w:hAnsi="Times New Roman" w:cs="Times New Roman"/>
                <w:sz w:val="24"/>
                <w:szCs w:val="24"/>
              </w:rPr>
            </w:pPr>
            <w:hyperlink r:id="rId17" w:history="1">
              <w:r w:rsidR="000B18C4" w:rsidRPr="00BB55AC">
                <w:rPr>
                  <w:rStyle w:val="Hyperlink"/>
                  <w:rFonts w:ascii="Times New Roman" w:hAnsi="Times New Roman" w:cs="Times New Roman"/>
                  <w:sz w:val="24"/>
                  <w:szCs w:val="24"/>
                </w:rPr>
                <w:t>www.childprotection.gov.lk</w:t>
              </w:r>
            </w:hyperlink>
          </w:p>
          <w:p w:rsidR="000B18C4" w:rsidRPr="00BB55AC" w:rsidRDefault="000B18C4" w:rsidP="00A32EDC">
            <w:pPr>
              <w:spacing w:line="276" w:lineRule="auto"/>
              <w:jc w:val="both"/>
              <w:rPr>
                <w:rFonts w:ascii="Times New Roman" w:hAnsi="Times New Roman" w:cs="Times New Roman"/>
                <w:sz w:val="24"/>
                <w:szCs w:val="24"/>
              </w:rPr>
            </w:pPr>
            <w:r w:rsidRPr="00BB55AC">
              <w:rPr>
                <w:rFonts w:ascii="Times New Roman" w:hAnsi="Times New Roman" w:cs="Times New Roman"/>
                <w:sz w:val="24"/>
                <w:szCs w:val="24"/>
              </w:rPr>
              <w:t>resource center</w:t>
            </w:r>
          </w:p>
        </w:tc>
      </w:tr>
    </w:tbl>
    <w:p w:rsidR="003D126D" w:rsidRPr="00BB55AC" w:rsidRDefault="003D126D" w:rsidP="00A32EDC">
      <w:pPr>
        <w:spacing w:after="0"/>
        <w:jc w:val="both"/>
        <w:rPr>
          <w:rFonts w:ascii="Times New Roman" w:hAnsi="Times New Roman" w:cs="Times New Roman"/>
          <w:sz w:val="24"/>
          <w:szCs w:val="24"/>
          <w:lang w:bidi="si-LK"/>
        </w:rPr>
      </w:pPr>
    </w:p>
    <w:p w:rsidR="00A32EDC" w:rsidRPr="00BB55AC" w:rsidRDefault="00836AF7" w:rsidP="00A32EDC">
      <w:pPr>
        <w:spacing w:after="0"/>
        <w:jc w:val="both"/>
        <w:rPr>
          <w:rFonts w:ascii="Times New Roman" w:hAnsi="Times New Roman" w:cs="Times New Roman"/>
          <w:b/>
          <w:sz w:val="24"/>
          <w:szCs w:val="24"/>
          <w:lang w:bidi="si-LK"/>
        </w:rPr>
      </w:pPr>
      <w:r w:rsidRPr="00BB55AC">
        <w:rPr>
          <w:rFonts w:ascii="Times New Roman" w:hAnsi="Times New Roman" w:cs="Times New Roman"/>
          <w:b/>
          <w:sz w:val="24"/>
          <w:szCs w:val="24"/>
        </w:rPr>
        <w:t xml:space="preserve">10. </w:t>
      </w:r>
      <w:r w:rsidR="00F20B4D" w:rsidRPr="00BB55AC">
        <w:rPr>
          <w:rFonts w:ascii="Times New Roman" w:hAnsi="Times New Roman" w:cs="Times New Roman"/>
          <w:sz w:val="24"/>
          <w:szCs w:val="24"/>
        </w:rPr>
        <w:t xml:space="preserve">Websites </w:t>
      </w:r>
      <w:r w:rsidR="00A40ACF" w:rsidRPr="00BB55AC">
        <w:rPr>
          <w:rFonts w:ascii="Times New Roman" w:hAnsi="Times New Roman" w:cs="Times New Roman"/>
          <w:sz w:val="24"/>
          <w:szCs w:val="24"/>
        </w:rPr>
        <w:t xml:space="preserve">where details of Information Officers can be obtained </w:t>
      </w:r>
      <w:r w:rsidR="00F20B4D" w:rsidRPr="00BB55AC">
        <w:rPr>
          <w:rFonts w:ascii="Times New Roman" w:hAnsi="Times New Roman" w:cs="Times New Roman"/>
          <w:sz w:val="24"/>
          <w:szCs w:val="24"/>
        </w:rPr>
        <w:t xml:space="preserve">and </w:t>
      </w:r>
      <w:r w:rsidR="00A40ACF" w:rsidRPr="00BB55AC">
        <w:rPr>
          <w:rFonts w:ascii="Times New Roman" w:hAnsi="Times New Roman" w:cs="Times New Roman"/>
          <w:sz w:val="24"/>
          <w:szCs w:val="24"/>
        </w:rPr>
        <w:t xml:space="preserve">details of </w:t>
      </w:r>
      <w:r w:rsidR="00F20B4D" w:rsidRPr="00BB55AC">
        <w:rPr>
          <w:rFonts w:ascii="Times New Roman" w:hAnsi="Times New Roman" w:cs="Times New Roman"/>
          <w:sz w:val="24"/>
          <w:szCs w:val="24"/>
        </w:rPr>
        <w:t>other special facilities</w:t>
      </w:r>
      <w:r w:rsidR="0097260A" w:rsidRPr="00BB55AC">
        <w:rPr>
          <w:rFonts w:ascii="Times New Roman" w:hAnsi="Times New Roman" w:cs="Times New Roman"/>
          <w:sz w:val="24"/>
          <w:szCs w:val="24"/>
        </w:rPr>
        <w:t>.</w:t>
      </w:r>
      <w:r w:rsidR="00F20B4D" w:rsidRPr="00BB55AC">
        <w:rPr>
          <w:rFonts w:ascii="Times New Roman" w:hAnsi="Times New Roman" w:cs="Times New Roman"/>
          <w:sz w:val="24"/>
          <w:szCs w:val="24"/>
        </w:rPr>
        <w:t xml:space="preserve"> </w:t>
      </w:r>
    </w:p>
    <w:p w:rsidR="00776394" w:rsidRDefault="00F20B4D" w:rsidP="00E90311">
      <w:pPr>
        <w:spacing w:after="0"/>
        <w:ind w:left="720" w:firstLine="720"/>
        <w:jc w:val="both"/>
        <w:rPr>
          <w:rFonts w:ascii="Times New Roman" w:hAnsi="Times New Roman" w:cs="Times New Roman"/>
          <w:b/>
          <w:sz w:val="24"/>
          <w:szCs w:val="24"/>
          <w:lang w:bidi="si-LK"/>
        </w:rPr>
      </w:pPr>
      <w:r w:rsidRPr="00BB55AC">
        <w:rPr>
          <w:rFonts w:ascii="Times New Roman" w:hAnsi="Times New Roman" w:cs="Times New Roman"/>
          <w:sz w:val="24"/>
          <w:szCs w:val="24"/>
        </w:rPr>
        <w:t>The above-mentioned websites may be accessed.</w:t>
      </w:r>
    </w:p>
    <w:p w:rsidR="00776394" w:rsidRDefault="00776394" w:rsidP="00B7475C">
      <w:pPr>
        <w:spacing w:after="0"/>
        <w:jc w:val="both"/>
        <w:rPr>
          <w:rFonts w:ascii="Times New Roman" w:hAnsi="Times New Roman" w:cs="Times New Roman"/>
          <w:b/>
          <w:sz w:val="24"/>
          <w:szCs w:val="24"/>
          <w:lang w:bidi="si-LK"/>
        </w:rPr>
      </w:pPr>
    </w:p>
    <w:p w:rsidR="00776394" w:rsidRDefault="00776394" w:rsidP="00B7475C">
      <w:pPr>
        <w:spacing w:after="0"/>
        <w:jc w:val="both"/>
        <w:rPr>
          <w:rFonts w:ascii="Times New Roman" w:hAnsi="Times New Roman" w:cs="Times New Roman"/>
          <w:b/>
          <w:sz w:val="24"/>
          <w:szCs w:val="24"/>
          <w:lang w:bidi="si-LK"/>
        </w:rPr>
      </w:pPr>
    </w:p>
    <w:p w:rsidR="00776394" w:rsidRDefault="00776394" w:rsidP="00B7475C">
      <w:pPr>
        <w:spacing w:after="0"/>
        <w:jc w:val="both"/>
        <w:rPr>
          <w:rFonts w:ascii="Times New Roman" w:hAnsi="Times New Roman" w:cs="Times New Roman"/>
          <w:b/>
          <w:sz w:val="24"/>
          <w:szCs w:val="24"/>
          <w:lang w:bidi="si-LK"/>
        </w:rPr>
      </w:pPr>
    </w:p>
    <w:p w:rsidR="00776394" w:rsidRDefault="00776394" w:rsidP="00B7475C">
      <w:pPr>
        <w:spacing w:after="0"/>
        <w:jc w:val="both"/>
        <w:rPr>
          <w:rFonts w:ascii="Times New Roman" w:hAnsi="Times New Roman" w:cs="Times New Roman"/>
          <w:b/>
          <w:sz w:val="24"/>
          <w:szCs w:val="24"/>
          <w:lang w:bidi="si-LK"/>
        </w:rPr>
      </w:pPr>
    </w:p>
    <w:p w:rsidR="00776394" w:rsidRPr="00BB55AC" w:rsidRDefault="00776394" w:rsidP="00B7475C">
      <w:pPr>
        <w:spacing w:after="0"/>
        <w:jc w:val="both"/>
        <w:rPr>
          <w:rFonts w:ascii="Times New Roman" w:hAnsi="Times New Roman" w:cs="Times New Roman"/>
          <w:b/>
          <w:sz w:val="24"/>
          <w:szCs w:val="24"/>
          <w:lang w:bidi="si-LK"/>
        </w:rPr>
      </w:pPr>
    </w:p>
    <w:p w:rsidR="00356D10" w:rsidRPr="00BB55AC" w:rsidRDefault="00356D10" w:rsidP="00A32EDC">
      <w:pPr>
        <w:spacing w:after="0"/>
        <w:ind w:left="720" w:firstLine="720"/>
        <w:jc w:val="both"/>
        <w:rPr>
          <w:rFonts w:ascii="Times New Roman" w:hAnsi="Times New Roman" w:cs="Times New Roman"/>
          <w:b/>
          <w:sz w:val="24"/>
          <w:szCs w:val="24"/>
          <w:lang w:bidi="si-LK"/>
        </w:rPr>
      </w:pPr>
    </w:p>
    <w:sectPr w:rsidR="00356D10" w:rsidRPr="00BB55AC" w:rsidSect="0003461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5905" w:rsidRPr="00776394" w:rsidRDefault="00495905" w:rsidP="00776394">
      <w:pPr>
        <w:pStyle w:val="NormalWeb"/>
        <w:spacing w:before="0" w:after="0"/>
        <w:rPr>
          <w:rFonts w:ascii="Iskoola Pota" w:eastAsiaTheme="minorEastAsia" w:hAnsi="Iskoola Pota" w:cstheme="minorBidi"/>
          <w:sz w:val="22"/>
          <w:szCs w:val="22"/>
          <w:lang w:bidi="ar-SA"/>
        </w:rPr>
      </w:pPr>
      <w:r>
        <w:separator/>
      </w:r>
    </w:p>
  </w:endnote>
  <w:endnote w:type="continuationSeparator" w:id="1">
    <w:p w:rsidR="00495905" w:rsidRPr="00776394" w:rsidRDefault="00495905" w:rsidP="00776394">
      <w:pPr>
        <w:pStyle w:val="NormalWeb"/>
        <w:spacing w:before="0" w:after="0"/>
        <w:rPr>
          <w:rFonts w:ascii="Iskoola Pota" w:eastAsiaTheme="minorEastAsia" w:hAnsi="Iskoola Pota" w:cstheme="minorBidi"/>
          <w:sz w:val="22"/>
          <w:szCs w:val="22"/>
          <w:lang w:bidi="ar-SA"/>
        </w:rPr>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Iskoola Pota">
    <w:panose1 w:val="020B0502040204020203"/>
    <w:charset w:val="00"/>
    <w:family w:val="auto"/>
    <w:pitch w:val="variable"/>
    <w:sig w:usb0="00000003" w:usb1="00000000" w:usb2="00000200" w:usb3="00000000" w:csb0="00000001"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5905" w:rsidRPr="00776394" w:rsidRDefault="00495905" w:rsidP="00776394">
      <w:pPr>
        <w:pStyle w:val="NormalWeb"/>
        <w:spacing w:before="0" w:after="0"/>
        <w:rPr>
          <w:rFonts w:ascii="Iskoola Pota" w:eastAsiaTheme="minorEastAsia" w:hAnsi="Iskoola Pota" w:cstheme="minorBidi"/>
          <w:sz w:val="22"/>
          <w:szCs w:val="22"/>
          <w:lang w:bidi="ar-SA"/>
        </w:rPr>
      </w:pPr>
      <w:r>
        <w:separator/>
      </w:r>
    </w:p>
  </w:footnote>
  <w:footnote w:type="continuationSeparator" w:id="1">
    <w:p w:rsidR="00495905" w:rsidRPr="00776394" w:rsidRDefault="00495905" w:rsidP="00776394">
      <w:pPr>
        <w:pStyle w:val="NormalWeb"/>
        <w:spacing w:before="0" w:after="0"/>
        <w:rPr>
          <w:rFonts w:ascii="Iskoola Pota" w:eastAsiaTheme="minorEastAsia" w:hAnsi="Iskoola Pota" w:cstheme="minorBidi"/>
          <w:sz w:val="22"/>
          <w:szCs w:val="22"/>
          <w:lang w:bidi="ar-SA"/>
        </w:rPr>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005207B1"/>
    <w:multiLevelType w:val="multilevel"/>
    <w:tmpl w:val="8BA84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020D5874"/>
    <w:multiLevelType w:val="hybridMultilevel"/>
    <w:tmpl w:val="4536AE48"/>
    <w:lvl w:ilvl="0" w:tplc="04090013">
      <w:start w:val="1"/>
      <w:numFmt w:val="upp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B5907CD"/>
    <w:multiLevelType w:val="multilevel"/>
    <w:tmpl w:val="CF94E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0DB50080"/>
    <w:multiLevelType w:val="hybridMultilevel"/>
    <w:tmpl w:val="B080B1F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82D2981"/>
    <w:multiLevelType w:val="multilevel"/>
    <w:tmpl w:val="C6CE8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EAB44E5"/>
    <w:multiLevelType w:val="hybridMultilevel"/>
    <w:tmpl w:val="7DAE1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F6D5B7E"/>
    <w:multiLevelType w:val="hybridMultilevel"/>
    <w:tmpl w:val="58D0A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317520B"/>
    <w:multiLevelType w:val="hybridMultilevel"/>
    <w:tmpl w:val="934E84C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9321839"/>
    <w:multiLevelType w:val="hybridMultilevel"/>
    <w:tmpl w:val="EFFAE9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2A924EBD"/>
    <w:multiLevelType w:val="multilevel"/>
    <w:tmpl w:val="F0B619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2B215CE7"/>
    <w:multiLevelType w:val="hybridMultilevel"/>
    <w:tmpl w:val="CE38D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E110643"/>
    <w:multiLevelType w:val="hybridMultilevel"/>
    <w:tmpl w:val="F6CEF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74A5C33"/>
    <w:multiLevelType w:val="hybridMultilevel"/>
    <w:tmpl w:val="D79C1F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1A758FF"/>
    <w:multiLevelType w:val="hybridMultilevel"/>
    <w:tmpl w:val="15106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A86460D"/>
    <w:multiLevelType w:val="hybridMultilevel"/>
    <w:tmpl w:val="77FEE4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B5A7D45"/>
    <w:multiLevelType w:val="multilevel"/>
    <w:tmpl w:val="04126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BB102F1"/>
    <w:multiLevelType w:val="hybridMultilevel"/>
    <w:tmpl w:val="4536AE48"/>
    <w:lvl w:ilvl="0" w:tplc="04090013">
      <w:start w:val="1"/>
      <w:numFmt w:val="upp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D976559"/>
    <w:multiLevelType w:val="hybridMultilevel"/>
    <w:tmpl w:val="AC70B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F0C472C"/>
    <w:multiLevelType w:val="hybridMultilevel"/>
    <w:tmpl w:val="4536AE48"/>
    <w:lvl w:ilvl="0" w:tplc="04090013">
      <w:start w:val="1"/>
      <w:numFmt w:val="upp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6414376"/>
    <w:multiLevelType w:val="hybridMultilevel"/>
    <w:tmpl w:val="B4A0E6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EC61E3C"/>
    <w:multiLevelType w:val="multilevel"/>
    <w:tmpl w:val="50D20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F797AB7"/>
    <w:multiLevelType w:val="hybridMultilevel"/>
    <w:tmpl w:val="0E3699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2133975"/>
    <w:multiLevelType w:val="hybridMultilevel"/>
    <w:tmpl w:val="1D1290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23A182A"/>
    <w:multiLevelType w:val="multilevel"/>
    <w:tmpl w:val="68867E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628F473E"/>
    <w:multiLevelType w:val="hybridMultilevel"/>
    <w:tmpl w:val="B2002D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64D6F56"/>
    <w:multiLevelType w:val="multilevel"/>
    <w:tmpl w:val="29A40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0110C3F"/>
    <w:multiLevelType w:val="hybridMultilevel"/>
    <w:tmpl w:val="D21028A8"/>
    <w:lvl w:ilvl="0" w:tplc="FA6A47E6">
      <w:start w:val="1"/>
      <w:numFmt w:val="upperRoman"/>
      <w:lvlText w:val="%1."/>
      <w:lvlJc w:val="righ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28A6F59"/>
    <w:multiLevelType w:val="multilevel"/>
    <w:tmpl w:val="05E0A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7302F89"/>
    <w:multiLevelType w:val="hybridMultilevel"/>
    <w:tmpl w:val="23F24A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7"/>
  </w:num>
  <w:num w:numId="11">
    <w:abstractNumId w:val="30"/>
  </w:num>
  <w:num w:numId="12">
    <w:abstractNumId w:val="27"/>
  </w:num>
  <w:num w:numId="13">
    <w:abstractNumId w:val="22"/>
  </w:num>
  <w:num w:numId="14">
    <w:abstractNumId w:val="15"/>
  </w:num>
  <w:num w:numId="15">
    <w:abstractNumId w:val="10"/>
  </w:num>
  <w:num w:numId="16">
    <w:abstractNumId w:val="25"/>
  </w:num>
  <w:num w:numId="17">
    <w:abstractNumId w:val="37"/>
  </w:num>
  <w:num w:numId="18">
    <w:abstractNumId w:val="23"/>
  </w:num>
  <w:num w:numId="19">
    <w:abstractNumId w:val="12"/>
  </w:num>
  <w:num w:numId="20">
    <w:abstractNumId w:val="24"/>
  </w:num>
  <w:num w:numId="21">
    <w:abstractNumId w:val="9"/>
  </w:num>
  <w:num w:numId="22">
    <w:abstractNumId w:val="36"/>
  </w:num>
  <w:num w:numId="23">
    <w:abstractNumId w:val="13"/>
  </w:num>
  <w:num w:numId="24">
    <w:abstractNumId w:val="29"/>
  </w:num>
  <w:num w:numId="25">
    <w:abstractNumId w:val="34"/>
  </w:num>
  <w:num w:numId="26">
    <w:abstractNumId w:val="11"/>
  </w:num>
  <w:num w:numId="27">
    <w:abstractNumId w:val="32"/>
  </w:num>
  <w:num w:numId="28">
    <w:abstractNumId w:val="18"/>
  </w:num>
  <w:num w:numId="29">
    <w:abstractNumId w:val="28"/>
  </w:num>
  <w:num w:numId="30">
    <w:abstractNumId w:val="35"/>
  </w:num>
  <w:num w:numId="31">
    <w:abstractNumId w:val="33"/>
  </w:num>
  <w:num w:numId="32">
    <w:abstractNumId w:val="16"/>
  </w:num>
  <w:num w:numId="33">
    <w:abstractNumId w:val="31"/>
  </w:num>
  <w:num w:numId="34">
    <w:abstractNumId w:val="19"/>
  </w:num>
  <w:num w:numId="35">
    <w:abstractNumId w:val="26"/>
  </w:num>
  <w:num w:numId="36">
    <w:abstractNumId w:val="20"/>
  </w:num>
  <w:num w:numId="37">
    <w:abstractNumId w:val="21"/>
  </w:num>
  <w:num w:numId="38">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docVars>
    <w:docVar w:name="__Grammarly_42____i" w:val="H4sIAAAAAAAEAKtWckksSQxILCpxzi/NK1GyMqwFAAEhoTITAAAA"/>
    <w:docVar w:name="__Grammarly_42___1" w:val="H4sIAAAAAAAEAKtWcslP9kxRslIyNDYxNjI0sDS0sDCxNDC1MDVT0lEKTi0uzszPAymwqAUAPI/nISwAAAA="/>
  </w:docVars>
  <w:rsids>
    <w:rsidRoot w:val="00B47730"/>
    <w:rsid w:val="0000206A"/>
    <w:rsid w:val="00005862"/>
    <w:rsid w:val="000133B6"/>
    <w:rsid w:val="00020266"/>
    <w:rsid w:val="00022297"/>
    <w:rsid w:val="00025761"/>
    <w:rsid w:val="00034616"/>
    <w:rsid w:val="000471D1"/>
    <w:rsid w:val="00057E32"/>
    <w:rsid w:val="0006063C"/>
    <w:rsid w:val="00086C6D"/>
    <w:rsid w:val="00093DD3"/>
    <w:rsid w:val="000942B0"/>
    <w:rsid w:val="0009595E"/>
    <w:rsid w:val="00097617"/>
    <w:rsid w:val="000A7563"/>
    <w:rsid w:val="000B18C4"/>
    <w:rsid w:val="000B5ACD"/>
    <w:rsid w:val="000C37CA"/>
    <w:rsid w:val="000E6FD9"/>
    <w:rsid w:val="0010664E"/>
    <w:rsid w:val="00120A68"/>
    <w:rsid w:val="00130D00"/>
    <w:rsid w:val="00131389"/>
    <w:rsid w:val="00144382"/>
    <w:rsid w:val="001461BB"/>
    <w:rsid w:val="001461E4"/>
    <w:rsid w:val="0015074B"/>
    <w:rsid w:val="00150B98"/>
    <w:rsid w:val="001568EA"/>
    <w:rsid w:val="001578CD"/>
    <w:rsid w:val="00162147"/>
    <w:rsid w:val="00170AB6"/>
    <w:rsid w:val="001742A7"/>
    <w:rsid w:val="00180C3A"/>
    <w:rsid w:val="0018143E"/>
    <w:rsid w:val="00183F81"/>
    <w:rsid w:val="00191DBC"/>
    <w:rsid w:val="001A6035"/>
    <w:rsid w:val="001B3C96"/>
    <w:rsid w:val="001B6FD6"/>
    <w:rsid w:val="001C58DE"/>
    <w:rsid w:val="001D365C"/>
    <w:rsid w:val="001D3F76"/>
    <w:rsid w:val="001D4FA9"/>
    <w:rsid w:val="001D6C8C"/>
    <w:rsid w:val="001E6A5D"/>
    <w:rsid w:val="001F58C7"/>
    <w:rsid w:val="00200F1C"/>
    <w:rsid w:val="0021375F"/>
    <w:rsid w:val="00215742"/>
    <w:rsid w:val="0021618B"/>
    <w:rsid w:val="00216C8C"/>
    <w:rsid w:val="00224FB4"/>
    <w:rsid w:val="00226CC9"/>
    <w:rsid w:val="00245EE9"/>
    <w:rsid w:val="002502A4"/>
    <w:rsid w:val="00250DD6"/>
    <w:rsid w:val="002761B1"/>
    <w:rsid w:val="0029639D"/>
    <w:rsid w:val="00296EAC"/>
    <w:rsid w:val="0029767B"/>
    <w:rsid w:val="002A2D56"/>
    <w:rsid w:val="002A335B"/>
    <w:rsid w:val="002A3E8B"/>
    <w:rsid w:val="002C5A1E"/>
    <w:rsid w:val="002C75DE"/>
    <w:rsid w:val="002D2348"/>
    <w:rsid w:val="002E0860"/>
    <w:rsid w:val="002E2032"/>
    <w:rsid w:val="002F5B18"/>
    <w:rsid w:val="002F7A81"/>
    <w:rsid w:val="002F7FE9"/>
    <w:rsid w:val="00307B16"/>
    <w:rsid w:val="00313324"/>
    <w:rsid w:val="0031726A"/>
    <w:rsid w:val="00324023"/>
    <w:rsid w:val="00326F90"/>
    <w:rsid w:val="0032767C"/>
    <w:rsid w:val="00351BF9"/>
    <w:rsid w:val="0035476A"/>
    <w:rsid w:val="00356D10"/>
    <w:rsid w:val="003621CA"/>
    <w:rsid w:val="00377730"/>
    <w:rsid w:val="003846A0"/>
    <w:rsid w:val="00394F6E"/>
    <w:rsid w:val="003A0348"/>
    <w:rsid w:val="003B5F25"/>
    <w:rsid w:val="003C5832"/>
    <w:rsid w:val="003D0BA9"/>
    <w:rsid w:val="003D126D"/>
    <w:rsid w:val="003D286F"/>
    <w:rsid w:val="003F6946"/>
    <w:rsid w:val="0040165C"/>
    <w:rsid w:val="00403542"/>
    <w:rsid w:val="0041422B"/>
    <w:rsid w:val="004279EB"/>
    <w:rsid w:val="004375CF"/>
    <w:rsid w:val="00453B39"/>
    <w:rsid w:val="0046071A"/>
    <w:rsid w:val="004678B2"/>
    <w:rsid w:val="00480388"/>
    <w:rsid w:val="004816A6"/>
    <w:rsid w:val="0048386F"/>
    <w:rsid w:val="00483E35"/>
    <w:rsid w:val="00490E05"/>
    <w:rsid w:val="004930B5"/>
    <w:rsid w:val="00495905"/>
    <w:rsid w:val="0049676D"/>
    <w:rsid w:val="004A5C66"/>
    <w:rsid w:val="004B12F4"/>
    <w:rsid w:val="004B2777"/>
    <w:rsid w:val="004B3141"/>
    <w:rsid w:val="004C649D"/>
    <w:rsid w:val="004D4BCD"/>
    <w:rsid w:val="004E1AD6"/>
    <w:rsid w:val="004E50FF"/>
    <w:rsid w:val="004F159C"/>
    <w:rsid w:val="00502319"/>
    <w:rsid w:val="00503E25"/>
    <w:rsid w:val="00506C89"/>
    <w:rsid w:val="0051747D"/>
    <w:rsid w:val="005202A8"/>
    <w:rsid w:val="00521178"/>
    <w:rsid w:val="00522993"/>
    <w:rsid w:val="00523BC4"/>
    <w:rsid w:val="00523E28"/>
    <w:rsid w:val="00532ED5"/>
    <w:rsid w:val="00534A1F"/>
    <w:rsid w:val="005702A2"/>
    <w:rsid w:val="00570EFC"/>
    <w:rsid w:val="00572264"/>
    <w:rsid w:val="00574178"/>
    <w:rsid w:val="00575626"/>
    <w:rsid w:val="00577008"/>
    <w:rsid w:val="005775C3"/>
    <w:rsid w:val="00577A8F"/>
    <w:rsid w:val="0058598D"/>
    <w:rsid w:val="00590A00"/>
    <w:rsid w:val="005A3C42"/>
    <w:rsid w:val="005C0270"/>
    <w:rsid w:val="005C70BF"/>
    <w:rsid w:val="005D0D37"/>
    <w:rsid w:val="005E12D9"/>
    <w:rsid w:val="005E302F"/>
    <w:rsid w:val="005E5C2F"/>
    <w:rsid w:val="005F6AAF"/>
    <w:rsid w:val="005F6F00"/>
    <w:rsid w:val="00600C19"/>
    <w:rsid w:val="0061556E"/>
    <w:rsid w:val="00615D7B"/>
    <w:rsid w:val="00636D4E"/>
    <w:rsid w:val="00655159"/>
    <w:rsid w:val="00657C9C"/>
    <w:rsid w:val="0067247F"/>
    <w:rsid w:val="00672B15"/>
    <w:rsid w:val="006813EE"/>
    <w:rsid w:val="006903C4"/>
    <w:rsid w:val="00691134"/>
    <w:rsid w:val="006955CF"/>
    <w:rsid w:val="006F2437"/>
    <w:rsid w:val="006F266B"/>
    <w:rsid w:val="00714A04"/>
    <w:rsid w:val="007319E2"/>
    <w:rsid w:val="00761687"/>
    <w:rsid w:val="007621D1"/>
    <w:rsid w:val="00762F3C"/>
    <w:rsid w:val="007656CA"/>
    <w:rsid w:val="00776394"/>
    <w:rsid w:val="007830A6"/>
    <w:rsid w:val="00785FC0"/>
    <w:rsid w:val="007A1B38"/>
    <w:rsid w:val="007A5614"/>
    <w:rsid w:val="007B0C39"/>
    <w:rsid w:val="007C40E6"/>
    <w:rsid w:val="007D004F"/>
    <w:rsid w:val="007D0831"/>
    <w:rsid w:val="007D4BAF"/>
    <w:rsid w:val="007E3768"/>
    <w:rsid w:val="007E521C"/>
    <w:rsid w:val="007F1542"/>
    <w:rsid w:val="0081371C"/>
    <w:rsid w:val="0082137A"/>
    <w:rsid w:val="00822E89"/>
    <w:rsid w:val="0082360C"/>
    <w:rsid w:val="00831007"/>
    <w:rsid w:val="00831869"/>
    <w:rsid w:val="00836AF7"/>
    <w:rsid w:val="0084779E"/>
    <w:rsid w:val="00847821"/>
    <w:rsid w:val="00854AEF"/>
    <w:rsid w:val="00857BEB"/>
    <w:rsid w:val="00863E99"/>
    <w:rsid w:val="00870C37"/>
    <w:rsid w:val="00883A47"/>
    <w:rsid w:val="008859DE"/>
    <w:rsid w:val="00886EC7"/>
    <w:rsid w:val="00894EB1"/>
    <w:rsid w:val="00897345"/>
    <w:rsid w:val="008B7766"/>
    <w:rsid w:val="008B7C3D"/>
    <w:rsid w:val="008D2E68"/>
    <w:rsid w:val="008E0574"/>
    <w:rsid w:val="008E6F3E"/>
    <w:rsid w:val="008F2EF9"/>
    <w:rsid w:val="00901C3D"/>
    <w:rsid w:val="00901E5B"/>
    <w:rsid w:val="00902987"/>
    <w:rsid w:val="00903A43"/>
    <w:rsid w:val="0090495E"/>
    <w:rsid w:val="00907AD6"/>
    <w:rsid w:val="00910DC6"/>
    <w:rsid w:val="00922EDD"/>
    <w:rsid w:val="00932396"/>
    <w:rsid w:val="0093274C"/>
    <w:rsid w:val="00942959"/>
    <w:rsid w:val="009463F9"/>
    <w:rsid w:val="009546BB"/>
    <w:rsid w:val="00954AD8"/>
    <w:rsid w:val="00961908"/>
    <w:rsid w:val="0097260A"/>
    <w:rsid w:val="00975113"/>
    <w:rsid w:val="00975EDE"/>
    <w:rsid w:val="00977BA1"/>
    <w:rsid w:val="00987C31"/>
    <w:rsid w:val="00990509"/>
    <w:rsid w:val="00990A32"/>
    <w:rsid w:val="009910AF"/>
    <w:rsid w:val="009B0DBB"/>
    <w:rsid w:val="009C192C"/>
    <w:rsid w:val="009C7203"/>
    <w:rsid w:val="009D0DC3"/>
    <w:rsid w:val="009D4B49"/>
    <w:rsid w:val="009E7D76"/>
    <w:rsid w:val="009F02BA"/>
    <w:rsid w:val="00A0186D"/>
    <w:rsid w:val="00A028E5"/>
    <w:rsid w:val="00A05451"/>
    <w:rsid w:val="00A11872"/>
    <w:rsid w:val="00A14928"/>
    <w:rsid w:val="00A25995"/>
    <w:rsid w:val="00A32EDC"/>
    <w:rsid w:val="00A34E1E"/>
    <w:rsid w:val="00A40963"/>
    <w:rsid w:val="00A40ACF"/>
    <w:rsid w:val="00A4797F"/>
    <w:rsid w:val="00A508B0"/>
    <w:rsid w:val="00A523FB"/>
    <w:rsid w:val="00A55BFB"/>
    <w:rsid w:val="00A6075C"/>
    <w:rsid w:val="00A631B3"/>
    <w:rsid w:val="00A642E2"/>
    <w:rsid w:val="00A84258"/>
    <w:rsid w:val="00AA1D8D"/>
    <w:rsid w:val="00AA1F86"/>
    <w:rsid w:val="00AA56DA"/>
    <w:rsid w:val="00AA57B3"/>
    <w:rsid w:val="00AB287F"/>
    <w:rsid w:val="00AB6027"/>
    <w:rsid w:val="00AB643B"/>
    <w:rsid w:val="00AB6C2C"/>
    <w:rsid w:val="00AB7CED"/>
    <w:rsid w:val="00AC4958"/>
    <w:rsid w:val="00AC5683"/>
    <w:rsid w:val="00AD0B95"/>
    <w:rsid w:val="00AD3B86"/>
    <w:rsid w:val="00AD611B"/>
    <w:rsid w:val="00AE400F"/>
    <w:rsid w:val="00AF089A"/>
    <w:rsid w:val="00AF6D2C"/>
    <w:rsid w:val="00B00544"/>
    <w:rsid w:val="00B47730"/>
    <w:rsid w:val="00B532EE"/>
    <w:rsid w:val="00B57065"/>
    <w:rsid w:val="00B623AC"/>
    <w:rsid w:val="00B70FA1"/>
    <w:rsid w:val="00B74661"/>
    <w:rsid w:val="00B7475C"/>
    <w:rsid w:val="00B81574"/>
    <w:rsid w:val="00B85562"/>
    <w:rsid w:val="00B9668F"/>
    <w:rsid w:val="00B97365"/>
    <w:rsid w:val="00BA0CB2"/>
    <w:rsid w:val="00BA269D"/>
    <w:rsid w:val="00BA496A"/>
    <w:rsid w:val="00BA4EB9"/>
    <w:rsid w:val="00BB09C7"/>
    <w:rsid w:val="00BB55AC"/>
    <w:rsid w:val="00BC4C1F"/>
    <w:rsid w:val="00BC6D81"/>
    <w:rsid w:val="00BE0A4A"/>
    <w:rsid w:val="00BE36C8"/>
    <w:rsid w:val="00BF1A03"/>
    <w:rsid w:val="00BF2C52"/>
    <w:rsid w:val="00C00902"/>
    <w:rsid w:val="00C05DBF"/>
    <w:rsid w:val="00C41C7D"/>
    <w:rsid w:val="00C475A6"/>
    <w:rsid w:val="00C50D3C"/>
    <w:rsid w:val="00C51277"/>
    <w:rsid w:val="00C52346"/>
    <w:rsid w:val="00C52E28"/>
    <w:rsid w:val="00C570D1"/>
    <w:rsid w:val="00C5790E"/>
    <w:rsid w:val="00C57AA3"/>
    <w:rsid w:val="00C638DC"/>
    <w:rsid w:val="00C646B1"/>
    <w:rsid w:val="00C657B2"/>
    <w:rsid w:val="00C74298"/>
    <w:rsid w:val="00C776F0"/>
    <w:rsid w:val="00C813F1"/>
    <w:rsid w:val="00C86B85"/>
    <w:rsid w:val="00C86BE6"/>
    <w:rsid w:val="00C91992"/>
    <w:rsid w:val="00C930D0"/>
    <w:rsid w:val="00C93B83"/>
    <w:rsid w:val="00CA0A72"/>
    <w:rsid w:val="00CB0664"/>
    <w:rsid w:val="00CB168C"/>
    <w:rsid w:val="00CB4541"/>
    <w:rsid w:val="00CB5BFE"/>
    <w:rsid w:val="00CD1104"/>
    <w:rsid w:val="00CD68A0"/>
    <w:rsid w:val="00D0296B"/>
    <w:rsid w:val="00D02EE5"/>
    <w:rsid w:val="00D066E2"/>
    <w:rsid w:val="00D27C6A"/>
    <w:rsid w:val="00D42317"/>
    <w:rsid w:val="00D54CE8"/>
    <w:rsid w:val="00D55790"/>
    <w:rsid w:val="00D55A9D"/>
    <w:rsid w:val="00D56EC3"/>
    <w:rsid w:val="00D6776E"/>
    <w:rsid w:val="00D7539E"/>
    <w:rsid w:val="00D807A6"/>
    <w:rsid w:val="00D95533"/>
    <w:rsid w:val="00D95717"/>
    <w:rsid w:val="00DB20A1"/>
    <w:rsid w:val="00DC6373"/>
    <w:rsid w:val="00DD483E"/>
    <w:rsid w:val="00DD6992"/>
    <w:rsid w:val="00E1649E"/>
    <w:rsid w:val="00E17B15"/>
    <w:rsid w:val="00E25C75"/>
    <w:rsid w:val="00E304DC"/>
    <w:rsid w:val="00E30800"/>
    <w:rsid w:val="00E33029"/>
    <w:rsid w:val="00E47CA3"/>
    <w:rsid w:val="00E543A6"/>
    <w:rsid w:val="00E57AD6"/>
    <w:rsid w:val="00E6098E"/>
    <w:rsid w:val="00E61261"/>
    <w:rsid w:val="00E72498"/>
    <w:rsid w:val="00E7727A"/>
    <w:rsid w:val="00E90311"/>
    <w:rsid w:val="00E927CA"/>
    <w:rsid w:val="00E92A0B"/>
    <w:rsid w:val="00E97022"/>
    <w:rsid w:val="00EA037E"/>
    <w:rsid w:val="00EA6266"/>
    <w:rsid w:val="00EB4E44"/>
    <w:rsid w:val="00ED18BB"/>
    <w:rsid w:val="00ED3043"/>
    <w:rsid w:val="00ED4464"/>
    <w:rsid w:val="00ED5930"/>
    <w:rsid w:val="00EE065A"/>
    <w:rsid w:val="00EE4811"/>
    <w:rsid w:val="00EE4D91"/>
    <w:rsid w:val="00EE5856"/>
    <w:rsid w:val="00EE7B13"/>
    <w:rsid w:val="00F1279E"/>
    <w:rsid w:val="00F17CC1"/>
    <w:rsid w:val="00F20B4D"/>
    <w:rsid w:val="00F240CA"/>
    <w:rsid w:val="00F27407"/>
    <w:rsid w:val="00F669F2"/>
    <w:rsid w:val="00F77EFA"/>
    <w:rsid w:val="00F813EE"/>
    <w:rsid w:val="00F853F4"/>
    <w:rsid w:val="00F85589"/>
    <w:rsid w:val="00F92795"/>
    <w:rsid w:val="00F97333"/>
    <w:rsid w:val="00FB6CC1"/>
    <w:rsid w:val="00FC693F"/>
    <w:rsid w:val="00FC7CCB"/>
    <w:rsid w:val="00FD3D3A"/>
    <w:rsid w:val="00FD4DCA"/>
    <w:rsid w:val="00FD6BF9"/>
    <w:rsid w:val="00FD7287"/>
  </w:rsids>
  <m:mathPr>
    <m:mathFont m:val="Cambria Math"/>
    <m:brkBin m:val="before"/>
    <m:brkBinSub m:val="--"/>
    <m:smallFrac/>
    <m:dispDef/>
    <m:lMargin m:val="0"/>
    <m:rMargin m:val="0"/>
    <m:defJc m:val="centerGroup"/>
    <m:wrapIndent m:val="1440"/>
    <m:intLim m:val="subSup"/>
    <m:naryLim m:val="undOvr"/>
  </m:mathPr>
  <w:themeFontLang w:val="en-US" w:bidi="si-LK"/>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skoola Pota" w:hAnsi="Iskoola Pota"/>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
    <w:name w:val="Light Shading1"/>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LightList1">
    <w:name w:val="Light List1"/>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1">
    <w:name w:val="Light Grid1"/>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1">
    <w:name w:val="Medium Shading 1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1">
    <w:name w:val="Medium List 1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1">
    <w:name w:val="Medium List 2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1">
    <w:name w:val="Medium Grid 1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1">
    <w:name w:val="Medium Grid 2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1">
    <w:name w:val="Dark List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1">
    <w:name w:val="Colorful Shading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1">
    <w:name w:val="Colorful List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1">
    <w:name w:val="Colorful Grid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fault">
    <w:name w:val="Default"/>
    <w:rsid w:val="00B9668F"/>
    <w:pPr>
      <w:autoSpaceDE w:val="0"/>
      <w:autoSpaceDN w:val="0"/>
      <w:adjustRightInd w:val="0"/>
      <w:spacing w:after="0" w:line="240" w:lineRule="auto"/>
    </w:pPr>
    <w:rPr>
      <w:rFonts w:ascii="Iskoola Pota" w:hAnsi="Iskoola Pota" w:cs="Iskoola Pota"/>
      <w:color w:val="000000"/>
      <w:sz w:val="24"/>
      <w:szCs w:val="24"/>
      <w:lang w:bidi="si-LK"/>
    </w:rPr>
  </w:style>
  <w:style w:type="character" w:styleId="Hyperlink">
    <w:name w:val="Hyperlink"/>
    <w:basedOn w:val="DefaultParagraphFont"/>
    <w:uiPriority w:val="99"/>
    <w:unhideWhenUsed/>
    <w:rsid w:val="00903A43"/>
    <w:rPr>
      <w:color w:val="0000FF" w:themeColor="hyperlink"/>
      <w:u w:val="single"/>
    </w:rPr>
  </w:style>
  <w:style w:type="paragraph" w:customStyle="1" w:styleId="pdq2pgselectionanchorcontainer">
    <w:name w:val="pdq2pg_selectionanchorcontainer"/>
    <w:basedOn w:val="Normal"/>
    <w:rsid w:val="00655159"/>
    <w:pPr>
      <w:spacing w:before="100" w:beforeAutospacing="1" w:after="100" w:afterAutospacing="1" w:line="240" w:lineRule="auto"/>
    </w:pPr>
    <w:rPr>
      <w:rFonts w:ascii="Times New Roman" w:eastAsia="Times New Roman" w:hAnsi="Times New Roman" w:cs="Times New Roman"/>
      <w:sz w:val="24"/>
      <w:szCs w:val="24"/>
      <w:lang w:bidi="si-LK"/>
    </w:rPr>
  </w:style>
  <w:style w:type="paragraph" w:styleId="NormalWeb">
    <w:name w:val="Normal (Web)"/>
    <w:basedOn w:val="Normal"/>
    <w:uiPriority w:val="99"/>
    <w:unhideWhenUsed/>
    <w:rsid w:val="00655159"/>
    <w:pPr>
      <w:spacing w:before="100" w:beforeAutospacing="1" w:after="100" w:afterAutospacing="1" w:line="240" w:lineRule="auto"/>
    </w:pPr>
    <w:rPr>
      <w:rFonts w:ascii="Times New Roman" w:eastAsia="Times New Roman" w:hAnsi="Times New Roman" w:cs="Times New Roman"/>
      <w:sz w:val="24"/>
      <w:szCs w:val="24"/>
      <w:lang w:bidi="si-LK"/>
    </w:rPr>
  </w:style>
  <w:style w:type="paragraph" w:customStyle="1" w:styleId="isselectedend">
    <w:name w:val="isselectedend"/>
    <w:basedOn w:val="Normal"/>
    <w:rsid w:val="00907AD6"/>
    <w:pPr>
      <w:spacing w:before="100" w:beforeAutospacing="1" w:after="100" w:afterAutospacing="1" w:line="240" w:lineRule="auto"/>
    </w:pPr>
    <w:rPr>
      <w:rFonts w:ascii="Times New Roman" w:eastAsia="Times New Roman" w:hAnsi="Times New Roman" w:cs="Times New Roman"/>
      <w:sz w:val="24"/>
      <w:szCs w:val="24"/>
      <w:lang w:bidi="si-LK"/>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divs>
    <w:div w:id="65305283">
      <w:bodyDiv w:val="1"/>
      <w:marLeft w:val="0"/>
      <w:marRight w:val="0"/>
      <w:marTop w:val="0"/>
      <w:marBottom w:val="0"/>
      <w:divBdr>
        <w:top w:val="none" w:sz="0" w:space="0" w:color="auto"/>
        <w:left w:val="none" w:sz="0" w:space="0" w:color="auto"/>
        <w:bottom w:val="none" w:sz="0" w:space="0" w:color="auto"/>
        <w:right w:val="none" w:sz="0" w:space="0" w:color="auto"/>
      </w:divBdr>
    </w:div>
    <w:div w:id="210073729">
      <w:bodyDiv w:val="1"/>
      <w:marLeft w:val="0"/>
      <w:marRight w:val="0"/>
      <w:marTop w:val="0"/>
      <w:marBottom w:val="0"/>
      <w:divBdr>
        <w:top w:val="none" w:sz="0" w:space="0" w:color="auto"/>
        <w:left w:val="none" w:sz="0" w:space="0" w:color="auto"/>
        <w:bottom w:val="none" w:sz="0" w:space="0" w:color="auto"/>
        <w:right w:val="none" w:sz="0" w:space="0" w:color="auto"/>
      </w:divBdr>
    </w:div>
    <w:div w:id="263610017">
      <w:bodyDiv w:val="1"/>
      <w:marLeft w:val="0"/>
      <w:marRight w:val="0"/>
      <w:marTop w:val="0"/>
      <w:marBottom w:val="0"/>
      <w:divBdr>
        <w:top w:val="none" w:sz="0" w:space="0" w:color="auto"/>
        <w:left w:val="none" w:sz="0" w:space="0" w:color="auto"/>
        <w:bottom w:val="none" w:sz="0" w:space="0" w:color="auto"/>
        <w:right w:val="none" w:sz="0" w:space="0" w:color="auto"/>
      </w:divBdr>
    </w:div>
    <w:div w:id="276373357">
      <w:bodyDiv w:val="1"/>
      <w:marLeft w:val="0"/>
      <w:marRight w:val="0"/>
      <w:marTop w:val="0"/>
      <w:marBottom w:val="0"/>
      <w:divBdr>
        <w:top w:val="none" w:sz="0" w:space="0" w:color="auto"/>
        <w:left w:val="none" w:sz="0" w:space="0" w:color="auto"/>
        <w:bottom w:val="none" w:sz="0" w:space="0" w:color="auto"/>
        <w:right w:val="none" w:sz="0" w:space="0" w:color="auto"/>
      </w:divBdr>
    </w:div>
    <w:div w:id="379204804">
      <w:bodyDiv w:val="1"/>
      <w:marLeft w:val="0"/>
      <w:marRight w:val="0"/>
      <w:marTop w:val="0"/>
      <w:marBottom w:val="0"/>
      <w:divBdr>
        <w:top w:val="none" w:sz="0" w:space="0" w:color="auto"/>
        <w:left w:val="none" w:sz="0" w:space="0" w:color="auto"/>
        <w:bottom w:val="none" w:sz="0" w:space="0" w:color="auto"/>
        <w:right w:val="none" w:sz="0" w:space="0" w:color="auto"/>
      </w:divBdr>
      <w:divsChild>
        <w:div w:id="1421751140">
          <w:marLeft w:val="0"/>
          <w:marRight w:val="0"/>
          <w:marTop w:val="0"/>
          <w:marBottom w:val="0"/>
          <w:divBdr>
            <w:top w:val="none" w:sz="0" w:space="0" w:color="auto"/>
            <w:left w:val="none" w:sz="0" w:space="0" w:color="auto"/>
            <w:bottom w:val="none" w:sz="0" w:space="0" w:color="auto"/>
            <w:right w:val="none" w:sz="0" w:space="0" w:color="auto"/>
          </w:divBdr>
          <w:divsChild>
            <w:div w:id="137308368">
              <w:marLeft w:val="0"/>
              <w:marRight w:val="0"/>
              <w:marTop w:val="0"/>
              <w:marBottom w:val="0"/>
              <w:divBdr>
                <w:top w:val="none" w:sz="0" w:space="0" w:color="auto"/>
                <w:left w:val="none" w:sz="0" w:space="0" w:color="auto"/>
                <w:bottom w:val="none" w:sz="0" w:space="0" w:color="auto"/>
                <w:right w:val="none" w:sz="0" w:space="0" w:color="auto"/>
              </w:divBdr>
              <w:divsChild>
                <w:div w:id="2086293006">
                  <w:marLeft w:val="0"/>
                  <w:marRight w:val="0"/>
                  <w:marTop w:val="0"/>
                  <w:marBottom w:val="0"/>
                  <w:divBdr>
                    <w:top w:val="none" w:sz="0" w:space="0" w:color="auto"/>
                    <w:left w:val="none" w:sz="0" w:space="0" w:color="auto"/>
                    <w:bottom w:val="none" w:sz="0" w:space="0" w:color="auto"/>
                    <w:right w:val="none" w:sz="0" w:space="0" w:color="auto"/>
                  </w:divBdr>
                  <w:divsChild>
                    <w:div w:id="878860711">
                      <w:marLeft w:val="0"/>
                      <w:marRight w:val="0"/>
                      <w:marTop w:val="0"/>
                      <w:marBottom w:val="0"/>
                      <w:divBdr>
                        <w:top w:val="none" w:sz="0" w:space="0" w:color="auto"/>
                        <w:left w:val="none" w:sz="0" w:space="0" w:color="auto"/>
                        <w:bottom w:val="none" w:sz="0" w:space="0" w:color="auto"/>
                        <w:right w:val="none" w:sz="0" w:space="0" w:color="auto"/>
                      </w:divBdr>
                      <w:divsChild>
                        <w:div w:id="1206601180">
                          <w:marLeft w:val="0"/>
                          <w:marRight w:val="0"/>
                          <w:marTop w:val="0"/>
                          <w:marBottom w:val="0"/>
                          <w:divBdr>
                            <w:top w:val="none" w:sz="0" w:space="0" w:color="auto"/>
                            <w:left w:val="none" w:sz="0" w:space="0" w:color="auto"/>
                            <w:bottom w:val="none" w:sz="0" w:space="0" w:color="auto"/>
                            <w:right w:val="none" w:sz="0" w:space="0" w:color="auto"/>
                          </w:divBdr>
                          <w:divsChild>
                            <w:div w:id="842620896">
                              <w:marLeft w:val="0"/>
                              <w:marRight w:val="0"/>
                              <w:marTop w:val="0"/>
                              <w:marBottom w:val="0"/>
                              <w:divBdr>
                                <w:top w:val="none" w:sz="0" w:space="0" w:color="auto"/>
                                <w:left w:val="none" w:sz="0" w:space="0" w:color="auto"/>
                                <w:bottom w:val="none" w:sz="0" w:space="0" w:color="auto"/>
                                <w:right w:val="none" w:sz="0" w:space="0" w:color="auto"/>
                              </w:divBdr>
                              <w:divsChild>
                                <w:div w:id="454716325">
                                  <w:marLeft w:val="0"/>
                                  <w:marRight w:val="0"/>
                                  <w:marTop w:val="0"/>
                                  <w:marBottom w:val="0"/>
                                  <w:divBdr>
                                    <w:top w:val="none" w:sz="0" w:space="0" w:color="auto"/>
                                    <w:left w:val="none" w:sz="0" w:space="0" w:color="auto"/>
                                    <w:bottom w:val="none" w:sz="0" w:space="0" w:color="auto"/>
                                    <w:right w:val="none" w:sz="0" w:space="0" w:color="auto"/>
                                  </w:divBdr>
                                  <w:divsChild>
                                    <w:div w:id="123681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7922080">
      <w:bodyDiv w:val="1"/>
      <w:marLeft w:val="0"/>
      <w:marRight w:val="0"/>
      <w:marTop w:val="0"/>
      <w:marBottom w:val="0"/>
      <w:divBdr>
        <w:top w:val="none" w:sz="0" w:space="0" w:color="auto"/>
        <w:left w:val="none" w:sz="0" w:space="0" w:color="auto"/>
        <w:bottom w:val="none" w:sz="0" w:space="0" w:color="auto"/>
        <w:right w:val="none" w:sz="0" w:space="0" w:color="auto"/>
      </w:divBdr>
    </w:div>
    <w:div w:id="420882902">
      <w:bodyDiv w:val="1"/>
      <w:marLeft w:val="0"/>
      <w:marRight w:val="0"/>
      <w:marTop w:val="0"/>
      <w:marBottom w:val="0"/>
      <w:divBdr>
        <w:top w:val="none" w:sz="0" w:space="0" w:color="auto"/>
        <w:left w:val="none" w:sz="0" w:space="0" w:color="auto"/>
        <w:bottom w:val="none" w:sz="0" w:space="0" w:color="auto"/>
        <w:right w:val="none" w:sz="0" w:space="0" w:color="auto"/>
      </w:divBdr>
      <w:divsChild>
        <w:div w:id="1881086391">
          <w:marLeft w:val="0"/>
          <w:marRight w:val="0"/>
          <w:marTop w:val="0"/>
          <w:marBottom w:val="0"/>
          <w:divBdr>
            <w:top w:val="none" w:sz="0" w:space="0" w:color="auto"/>
            <w:left w:val="none" w:sz="0" w:space="0" w:color="auto"/>
            <w:bottom w:val="none" w:sz="0" w:space="0" w:color="auto"/>
            <w:right w:val="none" w:sz="0" w:space="0" w:color="auto"/>
          </w:divBdr>
          <w:divsChild>
            <w:div w:id="1087269458">
              <w:marLeft w:val="0"/>
              <w:marRight w:val="0"/>
              <w:marTop w:val="0"/>
              <w:marBottom w:val="0"/>
              <w:divBdr>
                <w:top w:val="none" w:sz="0" w:space="0" w:color="auto"/>
                <w:left w:val="none" w:sz="0" w:space="0" w:color="auto"/>
                <w:bottom w:val="none" w:sz="0" w:space="0" w:color="auto"/>
                <w:right w:val="none" w:sz="0" w:space="0" w:color="auto"/>
              </w:divBdr>
              <w:divsChild>
                <w:div w:id="1690598470">
                  <w:marLeft w:val="0"/>
                  <w:marRight w:val="0"/>
                  <w:marTop w:val="0"/>
                  <w:marBottom w:val="0"/>
                  <w:divBdr>
                    <w:top w:val="none" w:sz="0" w:space="0" w:color="auto"/>
                    <w:left w:val="none" w:sz="0" w:space="0" w:color="auto"/>
                    <w:bottom w:val="none" w:sz="0" w:space="0" w:color="auto"/>
                    <w:right w:val="none" w:sz="0" w:space="0" w:color="auto"/>
                  </w:divBdr>
                  <w:divsChild>
                    <w:div w:id="629477096">
                      <w:marLeft w:val="0"/>
                      <w:marRight w:val="0"/>
                      <w:marTop w:val="0"/>
                      <w:marBottom w:val="0"/>
                      <w:divBdr>
                        <w:top w:val="none" w:sz="0" w:space="0" w:color="auto"/>
                        <w:left w:val="none" w:sz="0" w:space="0" w:color="auto"/>
                        <w:bottom w:val="none" w:sz="0" w:space="0" w:color="auto"/>
                        <w:right w:val="none" w:sz="0" w:space="0" w:color="auto"/>
                      </w:divBdr>
                      <w:divsChild>
                        <w:div w:id="1936329449">
                          <w:marLeft w:val="0"/>
                          <w:marRight w:val="0"/>
                          <w:marTop w:val="0"/>
                          <w:marBottom w:val="0"/>
                          <w:divBdr>
                            <w:top w:val="none" w:sz="0" w:space="0" w:color="auto"/>
                            <w:left w:val="none" w:sz="0" w:space="0" w:color="auto"/>
                            <w:bottom w:val="none" w:sz="0" w:space="0" w:color="auto"/>
                            <w:right w:val="none" w:sz="0" w:space="0" w:color="auto"/>
                          </w:divBdr>
                          <w:divsChild>
                            <w:div w:id="425658308">
                              <w:marLeft w:val="0"/>
                              <w:marRight w:val="0"/>
                              <w:marTop w:val="0"/>
                              <w:marBottom w:val="0"/>
                              <w:divBdr>
                                <w:top w:val="none" w:sz="0" w:space="0" w:color="auto"/>
                                <w:left w:val="none" w:sz="0" w:space="0" w:color="auto"/>
                                <w:bottom w:val="none" w:sz="0" w:space="0" w:color="auto"/>
                                <w:right w:val="none" w:sz="0" w:space="0" w:color="auto"/>
                              </w:divBdr>
                              <w:divsChild>
                                <w:div w:id="27031084">
                                  <w:marLeft w:val="0"/>
                                  <w:marRight w:val="0"/>
                                  <w:marTop w:val="0"/>
                                  <w:marBottom w:val="0"/>
                                  <w:divBdr>
                                    <w:top w:val="none" w:sz="0" w:space="0" w:color="auto"/>
                                    <w:left w:val="none" w:sz="0" w:space="0" w:color="auto"/>
                                    <w:bottom w:val="none" w:sz="0" w:space="0" w:color="auto"/>
                                    <w:right w:val="none" w:sz="0" w:space="0" w:color="auto"/>
                                  </w:divBdr>
                                  <w:divsChild>
                                    <w:div w:id="398138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4900408">
      <w:bodyDiv w:val="1"/>
      <w:marLeft w:val="0"/>
      <w:marRight w:val="0"/>
      <w:marTop w:val="0"/>
      <w:marBottom w:val="0"/>
      <w:divBdr>
        <w:top w:val="none" w:sz="0" w:space="0" w:color="auto"/>
        <w:left w:val="none" w:sz="0" w:space="0" w:color="auto"/>
        <w:bottom w:val="none" w:sz="0" w:space="0" w:color="auto"/>
        <w:right w:val="none" w:sz="0" w:space="0" w:color="auto"/>
      </w:divBdr>
    </w:div>
    <w:div w:id="582684161">
      <w:bodyDiv w:val="1"/>
      <w:marLeft w:val="0"/>
      <w:marRight w:val="0"/>
      <w:marTop w:val="0"/>
      <w:marBottom w:val="0"/>
      <w:divBdr>
        <w:top w:val="none" w:sz="0" w:space="0" w:color="auto"/>
        <w:left w:val="none" w:sz="0" w:space="0" w:color="auto"/>
        <w:bottom w:val="none" w:sz="0" w:space="0" w:color="auto"/>
        <w:right w:val="none" w:sz="0" w:space="0" w:color="auto"/>
      </w:divBdr>
    </w:div>
    <w:div w:id="594093765">
      <w:bodyDiv w:val="1"/>
      <w:marLeft w:val="0"/>
      <w:marRight w:val="0"/>
      <w:marTop w:val="0"/>
      <w:marBottom w:val="0"/>
      <w:divBdr>
        <w:top w:val="none" w:sz="0" w:space="0" w:color="auto"/>
        <w:left w:val="none" w:sz="0" w:space="0" w:color="auto"/>
        <w:bottom w:val="none" w:sz="0" w:space="0" w:color="auto"/>
        <w:right w:val="none" w:sz="0" w:space="0" w:color="auto"/>
      </w:divBdr>
    </w:div>
    <w:div w:id="600769818">
      <w:bodyDiv w:val="1"/>
      <w:marLeft w:val="0"/>
      <w:marRight w:val="0"/>
      <w:marTop w:val="0"/>
      <w:marBottom w:val="0"/>
      <w:divBdr>
        <w:top w:val="none" w:sz="0" w:space="0" w:color="auto"/>
        <w:left w:val="none" w:sz="0" w:space="0" w:color="auto"/>
        <w:bottom w:val="none" w:sz="0" w:space="0" w:color="auto"/>
        <w:right w:val="none" w:sz="0" w:space="0" w:color="auto"/>
      </w:divBdr>
    </w:div>
    <w:div w:id="616834662">
      <w:bodyDiv w:val="1"/>
      <w:marLeft w:val="0"/>
      <w:marRight w:val="0"/>
      <w:marTop w:val="0"/>
      <w:marBottom w:val="0"/>
      <w:divBdr>
        <w:top w:val="none" w:sz="0" w:space="0" w:color="auto"/>
        <w:left w:val="none" w:sz="0" w:space="0" w:color="auto"/>
        <w:bottom w:val="none" w:sz="0" w:space="0" w:color="auto"/>
        <w:right w:val="none" w:sz="0" w:space="0" w:color="auto"/>
      </w:divBdr>
    </w:div>
    <w:div w:id="645672635">
      <w:bodyDiv w:val="1"/>
      <w:marLeft w:val="0"/>
      <w:marRight w:val="0"/>
      <w:marTop w:val="0"/>
      <w:marBottom w:val="0"/>
      <w:divBdr>
        <w:top w:val="none" w:sz="0" w:space="0" w:color="auto"/>
        <w:left w:val="none" w:sz="0" w:space="0" w:color="auto"/>
        <w:bottom w:val="none" w:sz="0" w:space="0" w:color="auto"/>
        <w:right w:val="none" w:sz="0" w:space="0" w:color="auto"/>
      </w:divBdr>
    </w:div>
    <w:div w:id="805394647">
      <w:bodyDiv w:val="1"/>
      <w:marLeft w:val="0"/>
      <w:marRight w:val="0"/>
      <w:marTop w:val="0"/>
      <w:marBottom w:val="0"/>
      <w:divBdr>
        <w:top w:val="none" w:sz="0" w:space="0" w:color="auto"/>
        <w:left w:val="none" w:sz="0" w:space="0" w:color="auto"/>
        <w:bottom w:val="none" w:sz="0" w:space="0" w:color="auto"/>
        <w:right w:val="none" w:sz="0" w:space="0" w:color="auto"/>
      </w:divBdr>
    </w:div>
    <w:div w:id="872424402">
      <w:bodyDiv w:val="1"/>
      <w:marLeft w:val="0"/>
      <w:marRight w:val="0"/>
      <w:marTop w:val="0"/>
      <w:marBottom w:val="0"/>
      <w:divBdr>
        <w:top w:val="none" w:sz="0" w:space="0" w:color="auto"/>
        <w:left w:val="none" w:sz="0" w:space="0" w:color="auto"/>
        <w:bottom w:val="none" w:sz="0" w:space="0" w:color="auto"/>
        <w:right w:val="none" w:sz="0" w:space="0" w:color="auto"/>
      </w:divBdr>
    </w:div>
    <w:div w:id="1295064752">
      <w:bodyDiv w:val="1"/>
      <w:marLeft w:val="0"/>
      <w:marRight w:val="0"/>
      <w:marTop w:val="0"/>
      <w:marBottom w:val="0"/>
      <w:divBdr>
        <w:top w:val="none" w:sz="0" w:space="0" w:color="auto"/>
        <w:left w:val="none" w:sz="0" w:space="0" w:color="auto"/>
        <w:bottom w:val="none" w:sz="0" w:space="0" w:color="auto"/>
        <w:right w:val="none" w:sz="0" w:space="0" w:color="auto"/>
      </w:divBdr>
    </w:div>
    <w:div w:id="1307390538">
      <w:bodyDiv w:val="1"/>
      <w:marLeft w:val="0"/>
      <w:marRight w:val="0"/>
      <w:marTop w:val="0"/>
      <w:marBottom w:val="0"/>
      <w:divBdr>
        <w:top w:val="none" w:sz="0" w:space="0" w:color="auto"/>
        <w:left w:val="none" w:sz="0" w:space="0" w:color="auto"/>
        <w:bottom w:val="none" w:sz="0" w:space="0" w:color="auto"/>
        <w:right w:val="none" w:sz="0" w:space="0" w:color="auto"/>
      </w:divBdr>
    </w:div>
    <w:div w:id="1319454490">
      <w:bodyDiv w:val="1"/>
      <w:marLeft w:val="0"/>
      <w:marRight w:val="0"/>
      <w:marTop w:val="0"/>
      <w:marBottom w:val="0"/>
      <w:divBdr>
        <w:top w:val="none" w:sz="0" w:space="0" w:color="auto"/>
        <w:left w:val="none" w:sz="0" w:space="0" w:color="auto"/>
        <w:bottom w:val="none" w:sz="0" w:space="0" w:color="auto"/>
        <w:right w:val="none" w:sz="0" w:space="0" w:color="auto"/>
      </w:divBdr>
    </w:div>
    <w:div w:id="1353873383">
      <w:bodyDiv w:val="1"/>
      <w:marLeft w:val="0"/>
      <w:marRight w:val="0"/>
      <w:marTop w:val="0"/>
      <w:marBottom w:val="0"/>
      <w:divBdr>
        <w:top w:val="none" w:sz="0" w:space="0" w:color="auto"/>
        <w:left w:val="none" w:sz="0" w:space="0" w:color="auto"/>
        <w:bottom w:val="none" w:sz="0" w:space="0" w:color="auto"/>
        <w:right w:val="none" w:sz="0" w:space="0" w:color="auto"/>
      </w:divBdr>
    </w:div>
    <w:div w:id="1354264299">
      <w:bodyDiv w:val="1"/>
      <w:marLeft w:val="0"/>
      <w:marRight w:val="0"/>
      <w:marTop w:val="0"/>
      <w:marBottom w:val="0"/>
      <w:divBdr>
        <w:top w:val="none" w:sz="0" w:space="0" w:color="auto"/>
        <w:left w:val="none" w:sz="0" w:space="0" w:color="auto"/>
        <w:bottom w:val="none" w:sz="0" w:space="0" w:color="auto"/>
        <w:right w:val="none" w:sz="0" w:space="0" w:color="auto"/>
      </w:divBdr>
    </w:div>
    <w:div w:id="1357807033">
      <w:bodyDiv w:val="1"/>
      <w:marLeft w:val="0"/>
      <w:marRight w:val="0"/>
      <w:marTop w:val="0"/>
      <w:marBottom w:val="0"/>
      <w:divBdr>
        <w:top w:val="none" w:sz="0" w:space="0" w:color="auto"/>
        <w:left w:val="none" w:sz="0" w:space="0" w:color="auto"/>
        <w:bottom w:val="none" w:sz="0" w:space="0" w:color="auto"/>
        <w:right w:val="none" w:sz="0" w:space="0" w:color="auto"/>
      </w:divBdr>
    </w:div>
    <w:div w:id="1394157743">
      <w:bodyDiv w:val="1"/>
      <w:marLeft w:val="0"/>
      <w:marRight w:val="0"/>
      <w:marTop w:val="0"/>
      <w:marBottom w:val="0"/>
      <w:divBdr>
        <w:top w:val="none" w:sz="0" w:space="0" w:color="auto"/>
        <w:left w:val="none" w:sz="0" w:space="0" w:color="auto"/>
        <w:bottom w:val="none" w:sz="0" w:space="0" w:color="auto"/>
        <w:right w:val="none" w:sz="0" w:space="0" w:color="auto"/>
      </w:divBdr>
    </w:div>
    <w:div w:id="1421413579">
      <w:bodyDiv w:val="1"/>
      <w:marLeft w:val="0"/>
      <w:marRight w:val="0"/>
      <w:marTop w:val="0"/>
      <w:marBottom w:val="0"/>
      <w:divBdr>
        <w:top w:val="none" w:sz="0" w:space="0" w:color="auto"/>
        <w:left w:val="none" w:sz="0" w:space="0" w:color="auto"/>
        <w:bottom w:val="none" w:sz="0" w:space="0" w:color="auto"/>
        <w:right w:val="none" w:sz="0" w:space="0" w:color="auto"/>
      </w:divBdr>
    </w:div>
    <w:div w:id="1708023259">
      <w:bodyDiv w:val="1"/>
      <w:marLeft w:val="0"/>
      <w:marRight w:val="0"/>
      <w:marTop w:val="0"/>
      <w:marBottom w:val="0"/>
      <w:divBdr>
        <w:top w:val="none" w:sz="0" w:space="0" w:color="auto"/>
        <w:left w:val="none" w:sz="0" w:space="0" w:color="auto"/>
        <w:bottom w:val="none" w:sz="0" w:space="0" w:color="auto"/>
        <w:right w:val="none" w:sz="0" w:space="0" w:color="auto"/>
      </w:divBdr>
      <w:divsChild>
        <w:div w:id="650600164">
          <w:marLeft w:val="0"/>
          <w:marRight w:val="0"/>
          <w:marTop w:val="0"/>
          <w:marBottom w:val="0"/>
          <w:divBdr>
            <w:top w:val="none" w:sz="0" w:space="0" w:color="auto"/>
            <w:left w:val="none" w:sz="0" w:space="0" w:color="auto"/>
            <w:bottom w:val="none" w:sz="0" w:space="0" w:color="auto"/>
            <w:right w:val="none" w:sz="0" w:space="0" w:color="auto"/>
          </w:divBdr>
          <w:divsChild>
            <w:div w:id="1047142069">
              <w:marLeft w:val="0"/>
              <w:marRight w:val="0"/>
              <w:marTop w:val="0"/>
              <w:marBottom w:val="0"/>
              <w:divBdr>
                <w:top w:val="none" w:sz="0" w:space="0" w:color="auto"/>
                <w:left w:val="none" w:sz="0" w:space="0" w:color="auto"/>
                <w:bottom w:val="none" w:sz="0" w:space="0" w:color="auto"/>
                <w:right w:val="none" w:sz="0" w:space="0" w:color="auto"/>
              </w:divBdr>
              <w:divsChild>
                <w:div w:id="1257405350">
                  <w:marLeft w:val="0"/>
                  <w:marRight w:val="0"/>
                  <w:marTop w:val="0"/>
                  <w:marBottom w:val="0"/>
                  <w:divBdr>
                    <w:top w:val="none" w:sz="0" w:space="0" w:color="auto"/>
                    <w:left w:val="none" w:sz="0" w:space="0" w:color="auto"/>
                    <w:bottom w:val="none" w:sz="0" w:space="0" w:color="auto"/>
                    <w:right w:val="none" w:sz="0" w:space="0" w:color="auto"/>
                  </w:divBdr>
                  <w:divsChild>
                    <w:div w:id="540216196">
                      <w:marLeft w:val="0"/>
                      <w:marRight w:val="0"/>
                      <w:marTop w:val="0"/>
                      <w:marBottom w:val="0"/>
                      <w:divBdr>
                        <w:top w:val="none" w:sz="0" w:space="0" w:color="auto"/>
                        <w:left w:val="none" w:sz="0" w:space="0" w:color="auto"/>
                        <w:bottom w:val="none" w:sz="0" w:space="0" w:color="auto"/>
                        <w:right w:val="none" w:sz="0" w:space="0" w:color="auto"/>
                      </w:divBdr>
                      <w:divsChild>
                        <w:div w:id="1981571687">
                          <w:marLeft w:val="0"/>
                          <w:marRight w:val="0"/>
                          <w:marTop w:val="0"/>
                          <w:marBottom w:val="0"/>
                          <w:divBdr>
                            <w:top w:val="none" w:sz="0" w:space="0" w:color="auto"/>
                            <w:left w:val="none" w:sz="0" w:space="0" w:color="auto"/>
                            <w:bottom w:val="none" w:sz="0" w:space="0" w:color="auto"/>
                            <w:right w:val="none" w:sz="0" w:space="0" w:color="auto"/>
                          </w:divBdr>
                          <w:divsChild>
                            <w:div w:id="396585824">
                              <w:marLeft w:val="0"/>
                              <w:marRight w:val="0"/>
                              <w:marTop w:val="0"/>
                              <w:marBottom w:val="0"/>
                              <w:divBdr>
                                <w:top w:val="none" w:sz="0" w:space="0" w:color="auto"/>
                                <w:left w:val="none" w:sz="0" w:space="0" w:color="auto"/>
                                <w:bottom w:val="none" w:sz="0" w:space="0" w:color="auto"/>
                                <w:right w:val="none" w:sz="0" w:space="0" w:color="auto"/>
                              </w:divBdr>
                              <w:divsChild>
                                <w:div w:id="1170096797">
                                  <w:marLeft w:val="0"/>
                                  <w:marRight w:val="0"/>
                                  <w:marTop w:val="0"/>
                                  <w:marBottom w:val="0"/>
                                  <w:divBdr>
                                    <w:top w:val="none" w:sz="0" w:space="0" w:color="auto"/>
                                    <w:left w:val="none" w:sz="0" w:space="0" w:color="auto"/>
                                    <w:bottom w:val="none" w:sz="0" w:space="0" w:color="auto"/>
                                    <w:right w:val="none" w:sz="0" w:space="0" w:color="auto"/>
                                  </w:divBdr>
                                  <w:divsChild>
                                    <w:div w:id="1819615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4940097">
      <w:bodyDiv w:val="1"/>
      <w:marLeft w:val="0"/>
      <w:marRight w:val="0"/>
      <w:marTop w:val="0"/>
      <w:marBottom w:val="0"/>
      <w:divBdr>
        <w:top w:val="none" w:sz="0" w:space="0" w:color="auto"/>
        <w:left w:val="none" w:sz="0" w:space="0" w:color="auto"/>
        <w:bottom w:val="none" w:sz="0" w:space="0" w:color="auto"/>
        <w:right w:val="none" w:sz="0" w:space="0" w:color="auto"/>
      </w:divBdr>
    </w:div>
    <w:div w:id="1807120107">
      <w:bodyDiv w:val="1"/>
      <w:marLeft w:val="0"/>
      <w:marRight w:val="0"/>
      <w:marTop w:val="0"/>
      <w:marBottom w:val="0"/>
      <w:divBdr>
        <w:top w:val="none" w:sz="0" w:space="0" w:color="auto"/>
        <w:left w:val="none" w:sz="0" w:space="0" w:color="auto"/>
        <w:bottom w:val="none" w:sz="0" w:space="0" w:color="auto"/>
        <w:right w:val="none" w:sz="0" w:space="0" w:color="auto"/>
      </w:divBdr>
    </w:div>
    <w:div w:id="19886264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cretary@childwomenmin.gov.lk" TargetMode="External"/><Relationship Id="rId13" Type="http://schemas.openxmlformats.org/officeDocument/2006/relationships/hyperlink" Target="http://www.probation.gov.lk"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hildprotection.gov.lk" TargetMode="External"/><Relationship Id="rId17" Type="http://schemas.openxmlformats.org/officeDocument/2006/relationships/hyperlink" Target="http://www.childprotection.gov.lk" TargetMode="External"/><Relationship Id="rId2" Type="http://schemas.openxmlformats.org/officeDocument/2006/relationships/numbering" Target="numbering.xml"/><Relationship Id="rId16" Type="http://schemas.openxmlformats.org/officeDocument/2006/relationships/hyperlink" Target="http://www.childprotection.gov.lk" TargetMode="Externa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hildwomenmin.gov.lk" TargetMode="External"/><Relationship Id="rId5" Type="http://schemas.openxmlformats.org/officeDocument/2006/relationships/webSettings" Target="webSettings.xml"/><Relationship Id="rId15" Type="http://schemas.openxmlformats.org/officeDocument/2006/relationships/hyperlink" Target="http://www.childprotection.gov.lk" TargetMode="External"/><Relationship Id="rId10" Type="http://schemas.openxmlformats.org/officeDocument/2006/relationships/hyperlink" Target="http://www.childwomenmin.gov.l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childwomenmin.gov.lk" TargetMode="External"/><Relationship Id="rId14" Type="http://schemas.openxmlformats.org/officeDocument/2006/relationships/hyperlink" Target="http://www.childprotection.gov.l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6C42C0-CC47-42D9-95CD-47B84CDBAA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1218</TotalTime>
  <Pages>19</Pages>
  <Words>4980</Words>
  <Characters>28391</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33305</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Admin_lakshika</cp:lastModifiedBy>
  <cp:revision>157</cp:revision>
  <cp:lastPrinted>2026-09-29T05:09:00Z</cp:lastPrinted>
  <dcterms:created xsi:type="dcterms:W3CDTF">2026-08-25T05:28:00Z</dcterms:created>
  <dcterms:modified xsi:type="dcterms:W3CDTF">2026-09-29T05:12:00Z</dcterms:modified>
</cp:coreProperties>
</file>