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0B6" w:rsidRPr="00CF20B6" w:rsidRDefault="00CF20B6" w:rsidP="00CF20B6">
      <w:pPr>
        <w:spacing w:after="0"/>
        <w:ind w:left="7200"/>
        <w:rPr>
          <w:rFonts w:cs="Iskoola Pota"/>
          <w:sz w:val="24"/>
          <w:szCs w:val="24"/>
        </w:rPr>
      </w:pPr>
      <w:r w:rsidRPr="007319E2">
        <w:rPr>
          <w:rFonts w:cs="Iskoola Pota"/>
          <w:b/>
          <w:bCs/>
          <w:sz w:val="24"/>
          <w:szCs w:val="24"/>
          <w:cs/>
          <w:lang w:bidi="si-LK"/>
        </w:rPr>
        <w:t>ආදර්ශ</w:t>
      </w:r>
      <w:r w:rsidRPr="007319E2">
        <w:rPr>
          <w:rFonts w:cs="Iskoola Pota"/>
          <w:b/>
          <w:sz w:val="24"/>
          <w:szCs w:val="24"/>
        </w:rPr>
        <w:t xml:space="preserve"> </w:t>
      </w:r>
      <w:r w:rsidRPr="007319E2">
        <w:rPr>
          <w:rFonts w:cs="Iskoola Pota"/>
          <w:b/>
          <w:bCs/>
          <w:sz w:val="24"/>
          <w:szCs w:val="24"/>
          <w:cs/>
          <w:lang w:bidi="si-LK"/>
        </w:rPr>
        <w:t>ආකෘතිය</w:t>
      </w:r>
    </w:p>
    <w:p w:rsidR="00672B15" w:rsidRPr="007319E2" w:rsidRDefault="00836AF7" w:rsidP="007319E2">
      <w:pPr>
        <w:spacing w:before="240" w:after="120"/>
        <w:jc w:val="center"/>
        <w:rPr>
          <w:rFonts w:cs="Iskoola Pota"/>
          <w:sz w:val="24"/>
          <w:szCs w:val="24"/>
          <w:cs/>
          <w:lang w:bidi="si-LK"/>
        </w:rPr>
      </w:pPr>
      <w:r w:rsidRPr="007D0831">
        <w:rPr>
          <w:rFonts w:cs="Iskoola Pota"/>
          <w:b/>
          <w:sz w:val="24"/>
          <w:szCs w:val="24"/>
        </w:rPr>
        <w:t xml:space="preserve">2016 </w:t>
      </w:r>
      <w:r w:rsidRPr="007D0831">
        <w:rPr>
          <w:rFonts w:cs="Iskoola Pota"/>
          <w:b/>
          <w:bCs/>
          <w:sz w:val="24"/>
          <w:szCs w:val="24"/>
          <w:cs/>
          <w:lang w:bidi="si-LK"/>
        </w:rPr>
        <w:t>අංක</w:t>
      </w:r>
      <w:r w:rsidRPr="007D0831">
        <w:rPr>
          <w:rFonts w:cs="Iskoola Pota"/>
          <w:b/>
          <w:sz w:val="24"/>
          <w:szCs w:val="24"/>
        </w:rPr>
        <w:t xml:space="preserve"> 12 </w:t>
      </w:r>
      <w:r w:rsidRPr="007D0831">
        <w:rPr>
          <w:rFonts w:cs="Iskoola Pota"/>
          <w:b/>
          <w:bCs/>
          <w:sz w:val="24"/>
          <w:szCs w:val="24"/>
          <w:cs/>
          <w:lang w:bidi="si-LK"/>
        </w:rPr>
        <w:t>දරණ</w:t>
      </w:r>
      <w:r w:rsidRPr="007D0831">
        <w:rPr>
          <w:rFonts w:cs="Iskoola Pota"/>
          <w:b/>
          <w:sz w:val="24"/>
          <w:szCs w:val="24"/>
        </w:rPr>
        <w:t xml:space="preserve"> </w:t>
      </w:r>
      <w:r w:rsidRPr="007D0831">
        <w:rPr>
          <w:rFonts w:cs="Iskoola Pota"/>
          <w:b/>
          <w:bCs/>
          <w:sz w:val="24"/>
          <w:szCs w:val="24"/>
          <w:cs/>
          <w:lang w:bidi="si-LK"/>
        </w:rPr>
        <w:t>තොරතුරු</w:t>
      </w:r>
      <w:r w:rsidRPr="007D0831">
        <w:rPr>
          <w:rFonts w:cs="Iskoola Pota"/>
          <w:b/>
          <w:sz w:val="24"/>
          <w:szCs w:val="24"/>
        </w:rPr>
        <w:t xml:space="preserve"> </w:t>
      </w:r>
      <w:r w:rsidRPr="007D0831">
        <w:rPr>
          <w:rFonts w:cs="Iskoola Pota"/>
          <w:b/>
          <w:bCs/>
          <w:sz w:val="24"/>
          <w:szCs w:val="24"/>
          <w:cs/>
          <w:lang w:bidi="si-LK"/>
        </w:rPr>
        <w:t>දැනගැනීමේ</w:t>
      </w:r>
      <w:r w:rsidRPr="007D0831">
        <w:rPr>
          <w:rFonts w:cs="Iskoola Pota"/>
          <w:b/>
          <w:sz w:val="24"/>
          <w:szCs w:val="24"/>
        </w:rPr>
        <w:t xml:space="preserve"> </w:t>
      </w:r>
      <w:r w:rsidRPr="007D0831">
        <w:rPr>
          <w:rFonts w:cs="Iskoola Pota"/>
          <w:b/>
          <w:bCs/>
          <w:sz w:val="24"/>
          <w:szCs w:val="24"/>
          <w:cs/>
          <w:lang w:bidi="si-LK"/>
        </w:rPr>
        <w:t>අයිතිවාසිකම්</w:t>
      </w:r>
      <w:r w:rsidRPr="007D0831">
        <w:rPr>
          <w:rFonts w:cs="Iskoola Pota"/>
          <w:b/>
          <w:sz w:val="24"/>
          <w:szCs w:val="24"/>
        </w:rPr>
        <w:t xml:space="preserve"> </w:t>
      </w:r>
      <w:r w:rsidRPr="007D0831">
        <w:rPr>
          <w:rFonts w:cs="Iskoola Pota"/>
          <w:b/>
          <w:bCs/>
          <w:sz w:val="24"/>
          <w:szCs w:val="24"/>
          <w:cs/>
          <w:lang w:bidi="si-LK"/>
        </w:rPr>
        <w:t>පිළිබඳ</w:t>
      </w:r>
      <w:r w:rsidRPr="007D0831">
        <w:rPr>
          <w:rFonts w:cs="Iskoola Pota"/>
          <w:b/>
          <w:sz w:val="24"/>
          <w:szCs w:val="24"/>
        </w:rPr>
        <w:t xml:space="preserve"> </w:t>
      </w:r>
      <w:r w:rsidRPr="007D0831">
        <w:rPr>
          <w:rFonts w:cs="Iskoola Pota"/>
          <w:b/>
          <w:bCs/>
          <w:sz w:val="24"/>
          <w:szCs w:val="24"/>
          <w:cs/>
          <w:lang w:bidi="si-LK"/>
        </w:rPr>
        <w:t>පනත</w:t>
      </w:r>
    </w:p>
    <w:p w:rsidR="00836AF7" w:rsidRPr="007319E2" w:rsidRDefault="00836AF7" w:rsidP="007319E2">
      <w:pPr>
        <w:spacing w:before="240" w:after="80"/>
        <w:jc w:val="center"/>
        <w:rPr>
          <w:rFonts w:cs="Iskoola Pota"/>
          <w:b/>
          <w:bCs/>
          <w:sz w:val="24"/>
          <w:szCs w:val="24"/>
          <w:lang w:bidi="si-LK"/>
        </w:rPr>
      </w:pPr>
      <w:r w:rsidRPr="007D0831">
        <w:rPr>
          <w:rFonts w:cs="Iskoola Pota"/>
          <w:b/>
          <w:sz w:val="24"/>
          <w:szCs w:val="24"/>
        </w:rPr>
        <w:t xml:space="preserve">8 </w:t>
      </w:r>
      <w:r w:rsidRPr="007D0831">
        <w:rPr>
          <w:rFonts w:cs="Iskoola Pota"/>
          <w:b/>
          <w:bCs/>
          <w:sz w:val="24"/>
          <w:szCs w:val="24"/>
          <w:cs/>
          <w:lang w:bidi="si-LK"/>
        </w:rPr>
        <w:t>වන</w:t>
      </w:r>
      <w:r w:rsidRPr="007D0831">
        <w:rPr>
          <w:rFonts w:cs="Iskoola Pota"/>
          <w:b/>
          <w:sz w:val="24"/>
          <w:szCs w:val="24"/>
        </w:rPr>
        <w:t xml:space="preserve"> </w:t>
      </w:r>
      <w:r w:rsidRPr="007D0831">
        <w:rPr>
          <w:rFonts w:cs="Iskoola Pota"/>
          <w:b/>
          <w:bCs/>
          <w:sz w:val="24"/>
          <w:szCs w:val="24"/>
          <w:cs/>
          <w:lang w:bidi="si-LK"/>
        </w:rPr>
        <w:t>වගන්තිය</w:t>
      </w:r>
      <w:r w:rsidRPr="007D0831">
        <w:rPr>
          <w:rFonts w:cs="Iskoola Pota"/>
          <w:b/>
          <w:sz w:val="24"/>
          <w:szCs w:val="24"/>
        </w:rPr>
        <w:t xml:space="preserve"> - </w:t>
      </w:r>
      <w:r w:rsidRPr="007D0831">
        <w:rPr>
          <w:rFonts w:cs="Iskoola Pota"/>
          <w:b/>
          <w:bCs/>
          <w:sz w:val="24"/>
          <w:szCs w:val="24"/>
          <w:cs/>
          <w:lang w:bidi="si-LK"/>
        </w:rPr>
        <w:t>අර්ධ</w:t>
      </w:r>
      <w:r w:rsidRPr="007D0831">
        <w:rPr>
          <w:rFonts w:cs="Iskoola Pota"/>
          <w:b/>
          <w:sz w:val="24"/>
          <w:szCs w:val="24"/>
        </w:rPr>
        <w:t xml:space="preserve"> </w:t>
      </w:r>
      <w:r w:rsidRPr="007D0831">
        <w:rPr>
          <w:rFonts w:cs="Iskoola Pota"/>
          <w:b/>
          <w:bCs/>
          <w:sz w:val="24"/>
          <w:szCs w:val="24"/>
          <w:cs/>
          <w:lang w:bidi="si-LK"/>
        </w:rPr>
        <w:t>වාර්ෂික</w:t>
      </w:r>
      <w:r w:rsidRPr="007D0831">
        <w:rPr>
          <w:rFonts w:cs="Iskoola Pota"/>
          <w:b/>
          <w:sz w:val="24"/>
          <w:szCs w:val="24"/>
        </w:rPr>
        <w:t xml:space="preserve"> </w:t>
      </w:r>
      <w:r w:rsidRPr="007D0831">
        <w:rPr>
          <w:rFonts w:cs="Iskoola Pota"/>
          <w:b/>
          <w:bCs/>
          <w:sz w:val="24"/>
          <w:szCs w:val="24"/>
          <w:cs/>
          <w:lang w:bidi="si-LK"/>
        </w:rPr>
        <w:t>වාර්තාව</w:t>
      </w:r>
    </w:p>
    <w:p w:rsidR="00CD1104" w:rsidRPr="007319E2" w:rsidRDefault="00836AF7" w:rsidP="00A32EDC">
      <w:pPr>
        <w:spacing w:before="240" w:after="0"/>
        <w:jc w:val="both"/>
        <w:rPr>
          <w:rFonts w:cs="Iskoola Pota"/>
          <w:sz w:val="24"/>
          <w:szCs w:val="24"/>
        </w:rPr>
      </w:pPr>
      <w:r w:rsidRPr="007319E2">
        <w:rPr>
          <w:rFonts w:cs="Iskoola Pota"/>
          <w:b/>
          <w:bCs/>
          <w:sz w:val="24"/>
          <w:szCs w:val="24"/>
          <w:cs/>
          <w:lang w:bidi="si-LK"/>
        </w:rPr>
        <w:t>පළමු</w:t>
      </w:r>
      <w:r w:rsidRPr="007319E2">
        <w:rPr>
          <w:rFonts w:cs="Iskoola Pota"/>
          <w:b/>
          <w:sz w:val="24"/>
          <w:szCs w:val="24"/>
        </w:rPr>
        <w:t xml:space="preserve"> </w:t>
      </w:r>
      <w:r w:rsidRPr="007319E2">
        <w:rPr>
          <w:rFonts w:cs="Iskoola Pota"/>
          <w:b/>
          <w:bCs/>
          <w:sz w:val="24"/>
          <w:szCs w:val="24"/>
          <w:cs/>
          <w:lang w:bidi="si-LK"/>
        </w:rPr>
        <w:t>කොටස</w:t>
      </w:r>
    </w:p>
    <w:p w:rsidR="00672B15" w:rsidRDefault="00836AF7" w:rsidP="00A32EDC">
      <w:pPr>
        <w:spacing w:after="0"/>
        <w:jc w:val="both"/>
        <w:rPr>
          <w:rFonts w:cs="Iskoola Pota"/>
          <w:sz w:val="24"/>
          <w:szCs w:val="24"/>
          <w:lang w:bidi="si-LK"/>
        </w:rPr>
      </w:pPr>
      <w:r w:rsidRPr="007319E2">
        <w:rPr>
          <w:rFonts w:cs="Iskoola Pota"/>
          <w:sz w:val="24"/>
          <w:szCs w:val="24"/>
          <w:cs/>
          <w:lang w:bidi="si-LK"/>
        </w:rPr>
        <w:t>වර්ෂය</w:t>
      </w:r>
      <w:r w:rsidRPr="007319E2">
        <w:rPr>
          <w:rFonts w:cs="Iskoola Pota"/>
          <w:sz w:val="24"/>
          <w:szCs w:val="24"/>
        </w:rPr>
        <w:t xml:space="preserve"> </w:t>
      </w:r>
      <w:r w:rsidR="00313324" w:rsidRPr="007319E2">
        <w:rPr>
          <w:rFonts w:cs="Iskoola Pota"/>
          <w:sz w:val="24"/>
          <w:szCs w:val="24"/>
        </w:rPr>
        <w:t xml:space="preserve">2026 </w:t>
      </w:r>
      <w:r w:rsidRPr="007319E2">
        <w:rPr>
          <w:rFonts w:cs="Iskoola Pota"/>
          <w:sz w:val="24"/>
          <w:szCs w:val="24"/>
          <w:cs/>
          <w:lang w:bidi="si-LK"/>
        </w:rPr>
        <w:t>වාර්තාව</w:t>
      </w:r>
      <w:r w:rsidRPr="007319E2">
        <w:rPr>
          <w:rFonts w:cs="Iskoola Pota"/>
          <w:sz w:val="24"/>
          <w:szCs w:val="24"/>
        </w:rPr>
        <w:t xml:space="preserve"> </w:t>
      </w:r>
      <w:r w:rsidRPr="007319E2">
        <w:rPr>
          <w:rFonts w:cs="Iskoola Pota"/>
          <w:sz w:val="24"/>
          <w:szCs w:val="24"/>
          <w:cs/>
          <w:lang w:bidi="si-LK"/>
        </w:rPr>
        <w:t>අදාළ</w:t>
      </w:r>
      <w:r w:rsidRPr="007319E2">
        <w:rPr>
          <w:rFonts w:cs="Iskoola Pota"/>
          <w:sz w:val="24"/>
          <w:szCs w:val="24"/>
        </w:rPr>
        <w:t xml:space="preserve"> </w:t>
      </w:r>
      <w:r w:rsidRPr="007319E2">
        <w:rPr>
          <w:rFonts w:cs="Iskoola Pota"/>
          <w:sz w:val="24"/>
          <w:szCs w:val="24"/>
          <w:cs/>
          <w:lang w:bidi="si-LK"/>
        </w:rPr>
        <w:t>කාලය</w:t>
      </w:r>
      <w:r w:rsidRPr="007319E2">
        <w:rPr>
          <w:rFonts w:cs="Iskoola Pota"/>
          <w:sz w:val="24"/>
          <w:szCs w:val="24"/>
        </w:rPr>
        <w:t xml:space="preserve"> </w:t>
      </w:r>
      <w:r w:rsidRPr="007319E2">
        <w:rPr>
          <w:rFonts w:cs="Iskoola Pota"/>
          <w:sz w:val="24"/>
          <w:szCs w:val="24"/>
          <w:cs/>
          <w:lang w:bidi="si-LK"/>
        </w:rPr>
        <w:t>ජනවාරි</w:t>
      </w:r>
      <w:r w:rsidRPr="007319E2">
        <w:rPr>
          <w:rFonts w:cs="Iskoola Pota"/>
          <w:sz w:val="24"/>
          <w:szCs w:val="24"/>
        </w:rPr>
        <w:t xml:space="preserve"> 01 </w:t>
      </w:r>
      <w:r w:rsidRPr="007319E2">
        <w:rPr>
          <w:rFonts w:cs="Iskoola Pota"/>
          <w:sz w:val="24"/>
          <w:szCs w:val="24"/>
          <w:cs/>
          <w:lang w:bidi="si-LK"/>
        </w:rPr>
        <w:t>දින</w:t>
      </w:r>
      <w:r w:rsidRPr="007319E2">
        <w:rPr>
          <w:rFonts w:cs="Iskoola Pota"/>
          <w:sz w:val="24"/>
          <w:szCs w:val="24"/>
        </w:rPr>
        <w:t xml:space="preserve"> </w:t>
      </w:r>
      <w:r w:rsidRPr="007319E2">
        <w:rPr>
          <w:rFonts w:cs="Iskoola Pota"/>
          <w:sz w:val="24"/>
          <w:szCs w:val="24"/>
          <w:cs/>
          <w:lang w:bidi="si-LK"/>
        </w:rPr>
        <w:t>සිට</w:t>
      </w:r>
      <w:r w:rsidRPr="007319E2">
        <w:rPr>
          <w:rFonts w:cs="Iskoola Pota"/>
          <w:sz w:val="24"/>
          <w:szCs w:val="24"/>
        </w:rPr>
        <w:t xml:space="preserve"> </w:t>
      </w:r>
      <w:r w:rsidRPr="007319E2">
        <w:rPr>
          <w:rFonts w:cs="Iskoola Pota"/>
          <w:sz w:val="24"/>
          <w:szCs w:val="24"/>
          <w:cs/>
          <w:lang w:bidi="si-LK"/>
        </w:rPr>
        <w:t>ජුනි</w:t>
      </w:r>
      <w:r w:rsidRPr="007319E2">
        <w:rPr>
          <w:rFonts w:cs="Iskoola Pota"/>
          <w:sz w:val="24"/>
          <w:szCs w:val="24"/>
        </w:rPr>
        <w:t xml:space="preserve"> 30 </w:t>
      </w:r>
      <w:r w:rsidRPr="007319E2">
        <w:rPr>
          <w:rFonts w:cs="Iskoola Pota"/>
          <w:sz w:val="24"/>
          <w:szCs w:val="24"/>
          <w:cs/>
          <w:lang w:bidi="si-LK"/>
        </w:rPr>
        <w:t>දින</w:t>
      </w:r>
      <w:r w:rsidRPr="007319E2">
        <w:rPr>
          <w:rFonts w:cs="Iskoola Pota"/>
          <w:sz w:val="24"/>
          <w:szCs w:val="24"/>
        </w:rPr>
        <w:t xml:space="preserve"> </w:t>
      </w:r>
      <w:r w:rsidRPr="007319E2">
        <w:rPr>
          <w:rFonts w:cs="Iskoola Pota"/>
          <w:sz w:val="24"/>
          <w:szCs w:val="24"/>
          <w:cs/>
          <w:lang w:bidi="si-LK"/>
        </w:rPr>
        <w:t>දක්වා</w:t>
      </w:r>
    </w:p>
    <w:p w:rsidR="00A32EDC" w:rsidRPr="00A32EDC" w:rsidRDefault="00A32EDC" w:rsidP="00A32EDC">
      <w:pPr>
        <w:spacing w:after="0"/>
        <w:jc w:val="both"/>
        <w:rPr>
          <w:rFonts w:cs="Iskoola Pota"/>
          <w:sz w:val="14"/>
          <w:szCs w:val="14"/>
          <w:lang w:bidi="si-LK"/>
        </w:rPr>
      </w:pPr>
    </w:p>
    <w:p w:rsidR="00CD1104" w:rsidRPr="007319E2" w:rsidRDefault="00836AF7" w:rsidP="00A32EDC">
      <w:pPr>
        <w:spacing w:after="0"/>
        <w:jc w:val="both"/>
        <w:rPr>
          <w:rFonts w:cs="Iskoola Pota"/>
          <w:sz w:val="24"/>
          <w:szCs w:val="24"/>
        </w:rPr>
      </w:pPr>
      <w:r w:rsidRPr="007319E2">
        <w:rPr>
          <w:rFonts w:cs="Iskoola Pota"/>
          <w:b/>
          <w:sz w:val="24"/>
          <w:szCs w:val="24"/>
        </w:rPr>
        <w:t xml:space="preserve">01. </w:t>
      </w:r>
      <w:r w:rsidRPr="007319E2">
        <w:rPr>
          <w:rFonts w:cs="Iskoola Pota"/>
          <w:b/>
          <w:bCs/>
          <w:sz w:val="24"/>
          <w:szCs w:val="24"/>
          <w:cs/>
          <w:lang w:bidi="si-LK"/>
        </w:rPr>
        <w:t>අමාත</w:t>
      </w:r>
      <w:r w:rsidR="00307B16" w:rsidRPr="007319E2">
        <w:rPr>
          <w:rFonts w:cs="Iskoola Pota"/>
          <w:b/>
          <w:bCs/>
          <w:sz w:val="24"/>
          <w:szCs w:val="24"/>
          <w:cs/>
          <w:lang w:bidi="si-LK"/>
        </w:rPr>
        <w:t>්‍යාංශ</w:t>
      </w:r>
      <w:r w:rsidRPr="007319E2">
        <w:rPr>
          <w:rFonts w:cs="Iskoola Pota"/>
          <w:b/>
          <w:sz w:val="24"/>
          <w:szCs w:val="24"/>
        </w:rPr>
        <w:t xml:space="preserve"> </w:t>
      </w:r>
      <w:r w:rsidRPr="007319E2">
        <w:rPr>
          <w:rFonts w:cs="Iskoola Pota"/>
          <w:b/>
          <w:bCs/>
          <w:sz w:val="24"/>
          <w:szCs w:val="24"/>
          <w:cs/>
          <w:lang w:bidi="si-LK"/>
        </w:rPr>
        <w:t>තොරතුරු</w:t>
      </w:r>
    </w:p>
    <w:p w:rsidR="00CD1104" w:rsidRPr="007319E2" w:rsidRDefault="00836AF7" w:rsidP="00A32EDC">
      <w:pPr>
        <w:spacing w:after="0"/>
        <w:ind w:left="288"/>
        <w:jc w:val="both"/>
        <w:rPr>
          <w:rFonts w:cs="Iskoola Pota"/>
          <w:sz w:val="24"/>
          <w:szCs w:val="24"/>
          <w:cs/>
          <w:lang w:bidi="si-LK"/>
        </w:rPr>
      </w:pPr>
      <w:r w:rsidRPr="007319E2">
        <w:rPr>
          <w:rFonts w:cs="Iskoola Pota"/>
          <w:sz w:val="24"/>
          <w:szCs w:val="24"/>
        </w:rPr>
        <w:t xml:space="preserve">I. </w:t>
      </w:r>
      <w:r w:rsidRPr="007319E2">
        <w:rPr>
          <w:rFonts w:cs="Iskoola Pota"/>
          <w:sz w:val="24"/>
          <w:szCs w:val="24"/>
          <w:cs/>
          <w:lang w:bidi="si-LK"/>
        </w:rPr>
        <w:t>අමාත</w:t>
      </w:r>
      <w:r w:rsidR="00131389" w:rsidRPr="007319E2">
        <w:rPr>
          <w:rFonts w:cs="Iskoola Pota"/>
          <w:sz w:val="24"/>
          <w:szCs w:val="24"/>
          <w:cs/>
          <w:lang w:bidi="si-LK"/>
        </w:rPr>
        <w:t>්‍යතු</w:t>
      </w:r>
      <w:r w:rsidR="00313324" w:rsidRPr="007319E2">
        <w:rPr>
          <w:rFonts w:cs="Iskoola Pota"/>
          <w:sz w:val="24"/>
          <w:szCs w:val="24"/>
          <w:cs/>
          <w:lang w:bidi="si-LK"/>
        </w:rPr>
        <w:t>මිය</w:t>
      </w:r>
      <w:r w:rsidRPr="007319E2">
        <w:rPr>
          <w:rFonts w:cs="Iskoola Pota"/>
          <w:sz w:val="24"/>
          <w:szCs w:val="24"/>
          <w:cs/>
          <w:lang w:bidi="si-LK"/>
        </w:rPr>
        <w:t>ගේ</w:t>
      </w:r>
      <w:r w:rsidR="00313324" w:rsidRPr="007319E2">
        <w:rPr>
          <w:rFonts w:cs="Iskoola Pota"/>
          <w:sz w:val="24"/>
          <w:szCs w:val="24"/>
          <w:cs/>
          <w:lang w:bidi="si-LK"/>
        </w:rPr>
        <w:t xml:space="preserve"> නම</w:t>
      </w:r>
      <w:r w:rsidR="00131389" w:rsidRPr="007319E2">
        <w:rPr>
          <w:rFonts w:cs="Iskoola Pota"/>
          <w:sz w:val="24"/>
          <w:szCs w:val="24"/>
          <w:cs/>
          <w:lang w:bidi="si-LK"/>
        </w:rPr>
        <w:tab/>
      </w:r>
      <w:r w:rsidRPr="007319E2">
        <w:rPr>
          <w:rFonts w:cs="Iskoola Pota"/>
          <w:sz w:val="24"/>
          <w:szCs w:val="24"/>
        </w:rPr>
        <w:t>:-</w:t>
      </w:r>
      <w:r w:rsidR="002502A4">
        <w:rPr>
          <w:rFonts w:cs="Iskoola Pota"/>
          <w:sz w:val="24"/>
          <w:szCs w:val="24"/>
          <w:cs/>
          <w:lang w:bidi="si-LK"/>
        </w:rPr>
        <w:t xml:space="preserve"> </w:t>
      </w:r>
      <w:r w:rsidR="00877803">
        <w:rPr>
          <w:rFonts w:cs="Iskoola Pota" w:hint="cs"/>
          <w:sz w:val="24"/>
          <w:szCs w:val="24"/>
          <w:cs/>
          <w:lang w:bidi="si-LK"/>
        </w:rPr>
        <w:t xml:space="preserve">ගරු </w:t>
      </w:r>
      <w:r w:rsidR="002502A4">
        <w:rPr>
          <w:rFonts w:cs="Iskoola Pota"/>
          <w:sz w:val="24"/>
          <w:szCs w:val="24"/>
          <w:cs/>
          <w:lang w:bidi="si-LK"/>
        </w:rPr>
        <w:t xml:space="preserve">සරෝජා සාවිත්‍රි </w:t>
      </w:r>
      <w:r w:rsidR="002502A4">
        <w:rPr>
          <w:rFonts w:cs="Iskoola Pota" w:hint="cs"/>
          <w:sz w:val="24"/>
          <w:szCs w:val="24"/>
          <w:cs/>
          <w:lang w:bidi="si-LK"/>
        </w:rPr>
        <w:t>පෝ</w:t>
      </w:r>
      <w:r w:rsidR="00313324" w:rsidRPr="007319E2">
        <w:rPr>
          <w:rFonts w:cs="Iskoola Pota"/>
          <w:sz w:val="24"/>
          <w:szCs w:val="24"/>
          <w:cs/>
          <w:lang w:bidi="si-LK"/>
        </w:rPr>
        <w:t>ල්රාජ්</w:t>
      </w:r>
      <w:r w:rsidR="00F02CCD">
        <w:rPr>
          <w:rFonts w:cs="Iskoola Pota"/>
          <w:sz w:val="24"/>
          <w:szCs w:val="24"/>
          <w:lang w:bidi="si-LK"/>
        </w:rPr>
        <w:t xml:space="preserve"> </w:t>
      </w:r>
      <w:r w:rsidR="00877803">
        <w:rPr>
          <w:rFonts w:cs="Iskoola Pota" w:hint="cs"/>
          <w:sz w:val="24"/>
          <w:szCs w:val="24"/>
          <w:cs/>
          <w:lang w:bidi="si-LK"/>
        </w:rPr>
        <w:t>මැතිණිය</w:t>
      </w:r>
    </w:p>
    <w:p w:rsidR="00CD1104" w:rsidRPr="007319E2" w:rsidRDefault="00836AF7" w:rsidP="00A32EDC">
      <w:pPr>
        <w:spacing w:after="0"/>
        <w:ind w:left="288"/>
        <w:jc w:val="both"/>
        <w:rPr>
          <w:rFonts w:cs="Iskoola Pota"/>
          <w:sz w:val="24"/>
          <w:szCs w:val="24"/>
          <w:lang w:bidi="si-LK"/>
        </w:rPr>
      </w:pPr>
      <w:r w:rsidRPr="007319E2">
        <w:rPr>
          <w:rFonts w:cs="Iskoola Pota"/>
          <w:sz w:val="24"/>
          <w:szCs w:val="24"/>
        </w:rPr>
        <w:t xml:space="preserve">II. </w:t>
      </w:r>
      <w:r w:rsidRPr="007319E2">
        <w:rPr>
          <w:rFonts w:cs="Iskoola Pota"/>
          <w:sz w:val="24"/>
          <w:szCs w:val="24"/>
          <w:cs/>
          <w:lang w:bidi="si-LK"/>
        </w:rPr>
        <w:t>අමාත</w:t>
      </w:r>
      <w:r w:rsidR="00307B16" w:rsidRPr="007319E2">
        <w:rPr>
          <w:rFonts w:cs="Iskoola Pota"/>
          <w:sz w:val="24"/>
          <w:szCs w:val="24"/>
          <w:cs/>
          <w:lang w:bidi="si-LK"/>
        </w:rPr>
        <w:t>්‍යා</w:t>
      </w:r>
      <w:r w:rsidR="00C813F1" w:rsidRPr="007319E2">
        <w:rPr>
          <w:rFonts w:cs="Iskoola Pota"/>
          <w:sz w:val="24"/>
          <w:szCs w:val="24"/>
          <w:cs/>
          <w:lang w:bidi="si-LK"/>
        </w:rPr>
        <w:t>ං</w:t>
      </w:r>
      <w:r w:rsidRPr="007319E2">
        <w:rPr>
          <w:rFonts w:cs="Iskoola Pota"/>
          <w:sz w:val="24"/>
          <w:szCs w:val="24"/>
          <w:cs/>
          <w:lang w:bidi="si-LK"/>
        </w:rPr>
        <w:t>ශයේ</w:t>
      </w:r>
      <w:r w:rsidRPr="007319E2">
        <w:rPr>
          <w:rFonts w:cs="Iskoola Pota"/>
          <w:sz w:val="24"/>
          <w:szCs w:val="24"/>
        </w:rPr>
        <w:t xml:space="preserve"> </w:t>
      </w:r>
      <w:r w:rsidRPr="007319E2">
        <w:rPr>
          <w:rFonts w:cs="Iskoola Pota"/>
          <w:sz w:val="24"/>
          <w:szCs w:val="24"/>
          <w:cs/>
          <w:lang w:bidi="si-LK"/>
        </w:rPr>
        <w:t>නම</w:t>
      </w:r>
      <w:r w:rsidR="00131389" w:rsidRPr="007319E2">
        <w:rPr>
          <w:rFonts w:cs="Iskoola Pota"/>
          <w:sz w:val="24"/>
          <w:szCs w:val="24"/>
          <w:cs/>
          <w:lang w:bidi="si-LK"/>
        </w:rPr>
        <w:tab/>
      </w:r>
      <w:r w:rsidRPr="007319E2">
        <w:rPr>
          <w:rFonts w:cs="Iskoola Pota"/>
          <w:sz w:val="24"/>
          <w:szCs w:val="24"/>
        </w:rPr>
        <w:t>:-</w:t>
      </w:r>
      <w:r w:rsidR="00313324" w:rsidRPr="007319E2">
        <w:rPr>
          <w:rFonts w:cs="Iskoola Pota"/>
          <w:sz w:val="24"/>
          <w:szCs w:val="24"/>
          <w:cs/>
          <w:lang w:bidi="si-LK"/>
        </w:rPr>
        <w:t xml:space="preserve"> කාන්තා සහ ළමා කටයුතු අමාත්‍යාංශය</w:t>
      </w:r>
    </w:p>
    <w:p w:rsidR="00CD1104" w:rsidRPr="007319E2" w:rsidRDefault="00836AF7" w:rsidP="00A32EDC">
      <w:pPr>
        <w:spacing w:after="0"/>
        <w:ind w:left="288"/>
        <w:jc w:val="both"/>
        <w:rPr>
          <w:rFonts w:cs="Iskoola Pota"/>
          <w:sz w:val="24"/>
          <w:szCs w:val="24"/>
          <w:lang w:bidi="si-LK"/>
        </w:rPr>
      </w:pPr>
      <w:r w:rsidRPr="007319E2">
        <w:rPr>
          <w:rFonts w:cs="Iskoola Pota"/>
          <w:sz w:val="24"/>
          <w:szCs w:val="24"/>
        </w:rPr>
        <w:t>III. (</w:t>
      </w:r>
      <w:r w:rsidRPr="007319E2">
        <w:rPr>
          <w:rFonts w:cs="Iskoola Pota"/>
          <w:sz w:val="24"/>
          <w:szCs w:val="24"/>
          <w:cs/>
          <w:lang w:bidi="si-LK"/>
        </w:rPr>
        <w:t>පළාත්</w:t>
      </w:r>
      <w:r w:rsidRPr="007319E2">
        <w:rPr>
          <w:rFonts w:cs="Iskoola Pota"/>
          <w:sz w:val="24"/>
          <w:szCs w:val="24"/>
        </w:rPr>
        <w:t xml:space="preserve"> </w:t>
      </w:r>
      <w:r w:rsidRPr="007319E2">
        <w:rPr>
          <w:rFonts w:cs="Iskoola Pota"/>
          <w:sz w:val="24"/>
          <w:szCs w:val="24"/>
          <w:cs/>
          <w:lang w:bidi="si-LK"/>
        </w:rPr>
        <w:t>සභා</w:t>
      </w:r>
      <w:r w:rsidRPr="007319E2">
        <w:rPr>
          <w:rFonts w:cs="Iskoola Pota"/>
          <w:sz w:val="24"/>
          <w:szCs w:val="24"/>
        </w:rPr>
        <w:t xml:space="preserve"> </w:t>
      </w:r>
      <w:r w:rsidRPr="007319E2">
        <w:rPr>
          <w:rFonts w:cs="Iskoola Pota"/>
          <w:sz w:val="24"/>
          <w:szCs w:val="24"/>
          <w:cs/>
          <w:lang w:bidi="si-LK"/>
        </w:rPr>
        <w:t>අමාත</w:t>
      </w:r>
      <w:r w:rsidR="00C813F1" w:rsidRPr="007319E2">
        <w:rPr>
          <w:rFonts w:cs="Iskoola Pota"/>
          <w:sz w:val="24"/>
          <w:szCs w:val="24"/>
          <w:cs/>
          <w:lang w:bidi="si-LK"/>
        </w:rPr>
        <w:t>්‍යාංශ</w:t>
      </w:r>
      <w:r w:rsidRPr="007319E2">
        <w:rPr>
          <w:rFonts w:cs="Iskoola Pota"/>
          <w:sz w:val="24"/>
          <w:szCs w:val="24"/>
        </w:rPr>
        <w:t xml:space="preserve"> </w:t>
      </w:r>
      <w:r w:rsidRPr="007319E2">
        <w:rPr>
          <w:rFonts w:cs="Iskoola Pota"/>
          <w:sz w:val="24"/>
          <w:szCs w:val="24"/>
          <w:cs/>
          <w:lang w:bidi="si-LK"/>
        </w:rPr>
        <w:t>වන</w:t>
      </w:r>
      <w:r w:rsidRPr="007319E2">
        <w:rPr>
          <w:rFonts w:cs="Iskoola Pota"/>
          <w:sz w:val="24"/>
          <w:szCs w:val="24"/>
        </w:rPr>
        <w:t xml:space="preserve"> </w:t>
      </w:r>
      <w:r w:rsidRPr="007319E2">
        <w:rPr>
          <w:rFonts w:cs="Iskoola Pota"/>
          <w:sz w:val="24"/>
          <w:szCs w:val="24"/>
          <w:cs/>
          <w:lang w:bidi="si-LK"/>
        </w:rPr>
        <w:t>කල්හි</w:t>
      </w:r>
      <w:r w:rsidRPr="007319E2">
        <w:rPr>
          <w:rFonts w:cs="Iskoola Pota"/>
          <w:sz w:val="24"/>
          <w:szCs w:val="24"/>
        </w:rPr>
        <w:t xml:space="preserve"> </w:t>
      </w:r>
      <w:r w:rsidRPr="007319E2">
        <w:rPr>
          <w:rFonts w:cs="Iskoola Pota"/>
          <w:sz w:val="24"/>
          <w:szCs w:val="24"/>
          <w:cs/>
          <w:lang w:bidi="si-LK"/>
        </w:rPr>
        <w:t>පළාත</w:t>
      </w:r>
      <w:proofErr w:type="gramStart"/>
      <w:r w:rsidR="00313324" w:rsidRPr="007319E2">
        <w:rPr>
          <w:rFonts w:cs="Iskoola Pota"/>
          <w:sz w:val="24"/>
          <w:szCs w:val="24"/>
        </w:rPr>
        <w:t>)</w:t>
      </w:r>
      <w:r w:rsidR="00131389" w:rsidRPr="007319E2">
        <w:rPr>
          <w:rFonts w:cs="Iskoola Pota"/>
          <w:sz w:val="24"/>
          <w:szCs w:val="24"/>
          <w:cs/>
          <w:lang w:bidi="si-LK"/>
        </w:rPr>
        <w:t xml:space="preserve"> </w:t>
      </w:r>
      <w:r w:rsidRPr="007319E2">
        <w:rPr>
          <w:rFonts w:cs="Iskoola Pota"/>
          <w:sz w:val="24"/>
          <w:szCs w:val="24"/>
        </w:rPr>
        <w:t>:</w:t>
      </w:r>
      <w:proofErr w:type="gramEnd"/>
      <w:r w:rsidRPr="007319E2">
        <w:rPr>
          <w:rFonts w:cs="Iskoola Pota"/>
          <w:sz w:val="24"/>
          <w:szCs w:val="24"/>
        </w:rPr>
        <w:t>-</w:t>
      </w:r>
      <w:r w:rsidR="00131389" w:rsidRPr="007319E2">
        <w:rPr>
          <w:rFonts w:cs="Iskoola Pota"/>
          <w:sz w:val="24"/>
          <w:szCs w:val="24"/>
          <w:cs/>
          <w:lang w:bidi="si-LK"/>
        </w:rPr>
        <w:t xml:space="preserve"> -</w:t>
      </w:r>
    </w:p>
    <w:p w:rsidR="00CD1104" w:rsidRPr="007319E2" w:rsidRDefault="00836AF7" w:rsidP="00A32EDC">
      <w:pPr>
        <w:spacing w:after="0"/>
        <w:ind w:left="288"/>
        <w:jc w:val="both"/>
        <w:rPr>
          <w:rFonts w:cs="Iskoola Pota"/>
          <w:sz w:val="24"/>
          <w:szCs w:val="24"/>
          <w:lang w:bidi="si-LK"/>
        </w:rPr>
      </w:pPr>
      <w:r w:rsidRPr="007319E2">
        <w:rPr>
          <w:rFonts w:cs="Iskoola Pota"/>
          <w:sz w:val="24"/>
          <w:szCs w:val="24"/>
        </w:rPr>
        <w:t xml:space="preserve">IV. </w:t>
      </w:r>
      <w:r w:rsidRPr="007319E2">
        <w:rPr>
          <w:rFonts w:cs="Iskoola Pota"/>
          <w:sz w:val="24"/>
          <w:szCs w:val="24"/>
          <w:cs/>
          <w:lang w:bidi="si-LK"/>
        </w:rPr>
        <w:t>ලිපිනය</w:t>
      </w:r>
      <w:r w:rsidR="00131389" w:rsidRPr="007319E2">
        <w:rPr>
          <w:rFonts w:cs="Iskoola Pota"/>
          <w:sz w:val="24"/>
          <w:szCs w:val="24"/>
          <w:cs/>
          <w:lang w:bidi="si-LK"/>
        </w:rPr>
        <w:tab/>
      </w:r>
      <w:r w:rsidR="00131389" w:rsidRPr="007319E2">
        <w:rPr>
          <w:rFonts w:cs="Iskoola Pota"/>
          <w:sz w:val="24"/>
          <w:szCs w:val="24"/>
          <w:cs/>
          <w:lang w:bidi="si-LK"/>
        </w:rPr>
        <w:tab/>
      </w:r>
      <w:r w:rsidR="00131389" w:rsidRPr="007319E2">
        <w:rPr>
          <w:rFonts w:cs="Iskoola Pota"/>
          <w:sz w:val="24"/>
          <w:szCs w:val="24"/>
          <w:cs/>
          <w:lang w:bidi="si-LK"/>
        </w:rPr>
        <w:tab/>
      </w:r>
      <w:r w:rsidRPr="007319E2">
        <w:rPr>
          <w:rFonts w:cs="Iskoola Pota"/>
          <w:sz w:val="24"/>
          <w:szCs w:val="24"/>
        </w:rPr>
        <w:t>:-</w:t>
      </w:r>
      <w:r w:rsidR="00313324" w:rsidRPr="007319E2">
        <w:rPr>
          <w:rFonts w:cs="Iskoola Pota"/>
          <w:sz w:val="24"/>
          <w:szCs w:val="24"/>
          <w:cs/>
          <w:lang w:bidi="si-LK"/>
        </w:rPr>
        <w:t xml:space="preserve"> 05 වන මහල, </w:t>
      </w:r>
      <w:r w:rsidR="00313324" w:rsidRPr="007319E2">
        <w:rPr>
          <w:rFonts w:cs="Iskoola Pota"/>
          <w:sz w:val="24"/>
          <w:szCs w:val="24"/>
          <w:lang w:bidi="si-LK"/>
        </w:rPr>
        <w:t xml:space="preserve">II </w:t>
      </w:r>
      <w:r w:rsidR="00313324" w:rsidRPr="007319E2">
        <w:rPr>
          <w:rFonts w:cs="Iskoola Pota"/>
          <w:sz w:val="24"/>
          <w:szCs w:val="24"/>
          <w:cs/>
          <w:lang w:bidi="si-LK"/>
        </w:rPr>
        <w:t>අදියර, සෙත්සිරිපාය, බත්තරමුල්ල</w:t>
      </w:r>
    </w:p>
    <w:p w:rsidR="00CD1104" w:rsidRPr="007319E2" w:rsidRDefault="00836AF7" w:rsidP="00A32EDC">
      <w:pPr>
        <w:spacing w:after="0"/>
        <w:ind w:left="288"/>
        <w:jc w:val="both"/>
        <w:rPr>
          <w:rFonts w:cs="Iskoola Pota"/>
          <w:sz w:val="24"/>
          <w:szCs w:val="24"/>
        </w:rPr>
      </w:pPr>
      <w:r w:rsidRPr="007319E2">
        <w:rPr>
          <w:rFonts w:cs="Iskoola Pota"/>
          <w:sz w:val="24"/>
          <w:szCs w:val="24"/>
        </w:rPr>
        <w:t xml:space="preserve">V. </w:t>
      </w:r>
      <w:r w:rsidRPr="007319E2">
        <w:rPr>
          <w:rFonts w:cs="Iskoola Pota"/>
          <w:sz w:val="24"/>
          <w:szCs w:val="24"/>
          <w:cs/>
          <w:lang w:bidi="si-LK"/>
        </w:rPr>
        <w:t>දුරකථන</w:t>
      </w:r>
      <w:r w:rsidRPr="007319E2">
        <w:rPr>
          <w:rFonts w:cs="Iskoola Pota"/>
          <w:sz w:val="24"/>
          <w:szCs w:val="24"/>
        </w:rPr>
        <w:t xml:space="preserve"> </w:t>
      </w:r>
      <w:r w:rsidRPr="007319E2">
        <w:rPr>
          <w:rFonts w:cs="Iskoola Pota"/>
          <w:sz w:val="24"/>
          <w:szCs w:val="24"/>
          <w:cs/>
          <w:lang w:bidi="si-LK"/>
        </w:rPr>
        <w:t>අංක</w:t>
      </w:r>
      <w:r w:rsidRPr="007319E2">
        <w:rPr>
          <w:rFonts w:cs="Iskoola Pota"/>
          <w:sz w:val="24"/>
          <w:szCs w:val="24"/>
        </w:rPr>
        <w:t xml:space="preserve"> (</w:t>
      </w:r>
      <w:r w:rsidRPr="007319E2">
        <w:rPr>
          <w:rFonts w:cs="Iskoola Pota"/>
          <w:sz w:val="24"/>
          <w:szCs w:val="24"/>
          <w:cs/>
          <w:lang w:bidi="si-LK"/>
        </w:rPr>
        <w:t>පොදු</w:t>
      </w:r>
      <w:r w:rsidR="00313324" w:rsidRPr="007319E2">
        <w:rPr>
          <w:rFonts w:cs="Iskoola Pota"/>
          <w:sz w:val="24"/>
          <w:szCs w:val="24"/>
        </w:rPr>
        <w:t>)</w:t>
      </w:r>
      <w:r w:rsidR="00131389" w:rsidRPr="007319E2">
        <w:rPr>
          <w:rFonts w:cs="Iskoola Pota"/>
          <w:sz w:val="24"/>
          <w:szCs w:val="24"/>
          <w:cs/>
          <w:lang w:bidi="si-LK"/>
        </w:rPr>
        <w:tab/>
      </w:r>
      <w:r w:rsidRPr="007319E2">
        <w:rPr>
          <w:rFonts w:cs="Iskoola Pota"/>
          <w:sz w:val="24"/>
          <w:szCs w:val="24"/>
        </w:rPr>
        <w:t>:-</w:t>
      </w:r>
      <w:r w:rsidR="00313324" w:rsidRPr="007319E2">
        <w:rPr>
          <w:rFonts w:cs="Iskoola Pota"/>
          <w:sz w:val="24"/>
          <w:szCs w:val="24"/>
        </w:rPr>
        <w:t xml:space="preserve"> 011 2186055 </w:t>
      </w:r>
    </w:p>
    <w:p w:rsidR="00CD1104" w:rsidRPr="007319E2" w:rsidRDefault="00836AF7" w:rsidP="00A32EDC">
      <w:pPr>
        <w:spacing w:after="0"/>
        <w:ind w:left="288"/>
        <w:jc w:val="both"/>
        <w:rPr>
          <w:rFonts w:cs="Iskoola Pota"/>
          <w:sz w:val="24"/>
          <w:szCs w:val="24"/>
        </w:rPr>
      </w:pPr>
      <w:r w:rsidRPr="007319E2">
        <w:rPr>
          <w:rFonts w:cs="Iskoola Pota"/>
          <w:sz w:val="24"/>
          <w:szCs w:val="24"/>
        </w:rPr>
        <w:t xml:space="preserve">VI. </w:t>
      </w:r>
      <w:r w:rsidRPr="007319E2">
        <w:rPr>
          <w:rFonts w:cs="Iskoola Pota"/>
          <w:sz w:val="24"/>
          <w:szCs w:val="24"/>
          <w:cs/>
          <w:lang w:bidi="si-LK"/>
        </w:rPr>
        <w:t>විද</w:t>
      </w:r>
      <w:r w:rsidR="00C813F1" w:rsidRPr="007319E2">
        <w:rPr>
          <w:rFonts w:cs="Iskoola Pota"/>
          <w:sz w:val="24"/>
          <w:szCs w:val="24"/>
          <w:cs/>
          <w:lang w:bidi="si-LK"/>
        </w:rPr>
        <w:t>්‍යුත්</w:t>
      </w:r>
      <w:r w:rsidRPr="007319E2">
        <w:rPr>
          <w:rFonts w:cs="Iskoola Pota"/>
          <w:sz w:val="24"/>
          <w:szCs w:val="24"/>
        </w:rPr>
        <w:t xml:space="preserve"> </w:t>
      </w:r>
      <w:r w:rsidRPr="007319E2">
        <w:rPr>
          <w:rFonts w:cs="Iskoola Pota"/>
          <w:sz w:val="24"/>
          <w:szCs w:val="24"/>
          <w:cs/>
          <w:lang w:bidi="si-LK"/>
        </w:rPr>
        <w:t>තැපෑල</w:t>
      </w:r>
      <w:r w:rsidR="00131389" w:rsidRPr="007319E2">
        <w:rPr>
          <w:rFonts w:cs="Iskoola Pota"/>
          <w:sz w:val="24"/>
          <w:szCs w:val="24"/>
          <w:cs/>
          <w:lang w:bidi="si-LK"/>
        </w:rPr>
        <w:tab/>
      </w:r>
      <w:r w:rsidR="00131389" w:rsidRPr="007319E2">
        <w:rPr>
          <w:rFonts w:cs="Iskoola Pota"/>
          <w:sz w:val="24"/>
          <w:szCs w:val="24"/>
          <w:cs/>
          <w:lang w:bidi="si-LK"/>
        </w:rPr>
        <w:tab/>
      </w:r>
      <w:r w:rsidRPr="007319E2">
        <w:rPr>
          <w:rFonts w:cs="Iskoola Pota"/>
          <w:sz w:val="24"/>
          <w:szCs w:val="24"/>
        </w:rPr>
        <w:t>:</w:t>
      </w:r>
      <w:proofErr w:type="gramStart"/>
      <w:r w:rsidRPr="007319E2">
        <w:rPr>
          <w:rFonts w:cs="Iskoola Pota"/>
          <w:sz w:val="24"/>
          <w:szCs w:val="24"/>
        </w:rPr>
        <w:t>-</w:t>
      </w:r>
      <w:r w:rsidR="00313324" w:rsidRPr="007319E2">
        <w:rPr>
          <w:rFonts w:cs="Iskoola Pota"/>
          <w:sz w:val="24"/>
          <w:szCs w:val="24"/>
        </w:rPr>
        <w:t xml:space="preserve"> </w:t>
      </w:r>
      <w:r w:rsidR="00BA496A" w:rsidRPr="007319E2">
        <w:rPr>
          <w:rFonts w:cs="Iskoola Pota"/>
          <w:sz w:val="24"/>
          <w:szCs w:val="24"/>
          <w:cs/>
          <w:lang w:bidi="si-LK"/>
        </w:rPr>
        <w:t xml:space="preserve"> </w:t>
      </w:r>
      <w:r w:rsidR="00313324" w:rsidRPr="007319E2">
        <w:rPr>
          <w:rFonts w:cs="Iskoola Pota"/>
          <w:color w:val="000000"/>
          <w:sz w:val="24"/>
          <w:szCs w:val="24"/>
          <w:shd w:val="clear" w:color="auto" w:fill="FFFFFF"/>
        </w:rPr>
        <w:t>secretary@childwomenmin.gov.lk</w:t>
      </w:r>
      <w:proofErr w:type="gramEnd"/>
    </w:p>
    <w:p w:rsidR="00CD1104" w:rsidRPr="007319E2" w:rsidRDefault="00836AF7" w:rsidP="00A32EDC">
      <w:pPr>
        <w:spacing w:after="0"/>
        <w:ind w:left="288"/>
        <w:jc w:val="both"/>
        <w:rPr>
          <w:rFonts w:cs="Iskoola Pota"/>
          <w:sz w:val="24"/>
          <w:szCs w:val="24"/>
          <w:lang w:bidi="si-LK"/>
        </w:rPr>
      </w:pPr>
      <w:r w:rsidRPr="007319E2">
        <w:rPr>
          <w:rFonts w:cs="Iskoola Pota"/>
          <w:sz w:val="24"/>
          <w:szCs w:val="24"/>
        </w:rPr>
        <w:t xml:space="preserve">VII. </w:t>
      </w:r>
      <w:r w:rsidRPr="007319E2">
        <w:rPr>
          <w:rFonts w:cs="Iskoola Pota"/>
          <w:sz w:val="24"/>
          <w:szCs w:val="24"/>
          <w:cs/>
          <w:lang w:bidi="si-LK"/>
        </w:rPr>
        <w:t>වෙබ්</w:t>
      </w:r>
      <w:r w:rsidRPr="007319E2">
        <w:rPr>
          <w:rFonts w:cs="Iskoola Pota"/>
          <w:sz w:val="24"/>
          <w:szCs w:val="24"/>
        </w:rPr>
        <w:t xml:space="preserve"> </w:t>
      </w:r>
      <w:r w:rsidRPr="007319E2">
        <w:rPr>
          <w:rFonts w:cs="Iskoola Pota"/>
          <w:sz w:val="24"/>
          <w:szCs w:val="24"/>
          <w:cs/>
          <w:lang w:bidi="si-LK"/>
        </w:rPr>
        <w:t>අඩවිය</w:t>
      </w:r>
      <w:r w:rsidRPr="007319E2">
        <w:rPr>
          <w:rFonts w:cs="Iskoola Pota"/>
          <w:sz w:val="24"/>
          <w:szCs w:val="24"/>
        </w:rPr>
        <w:t xml:space="preserve"> </w:t>
      </w:r>
      <w:r w:rsidR="00131389" w:rsidRPr="007319E2">
        <w:rPr>
          <w:rFonts w:cs="Iskoola Pota"/>
          <w:sz w:val="24"/>
          <w:szCs w:val="24"/>
          <w:cs/>
          <w:lang w:bidi="si-LK"/>
        </w:rPr>
        <w:tab/>
      </w:r>
      <w:r w:rsidR="00131389" w:rsidRPr="007319E2">
        <w:rPr>
          <w:rFonts w:cs="Iskoola Pota"/>
          <w:sz w:val="24"/>
          <w:szCs w:val="24"/>
          <w:cs/>
          <w:lang w:bidi="si-LK"/>
        </w:rPr>
        <w:tab/>
      </w:r>
      <w:r w:rsidRPr="007319E2">
        <w:rPr>
          <w:rFonts w:cs="Iskoola Pota"/>
          <w:sz w:val="24"/>
          <w:szCs w:val="24"/>
        </w:rPr>
        <w:t>:-</w:t>
      </w:r>
      <w:r w:rsidR="00A6075C" w:rsidRPr="007319E2">
        <w:rPr>
          <w:rFonts w:cs="Iskoola Pota"/>
          <w:sz w:val="24"/>
          <w:szCs w:val="24"/>
        </w:rPr>
        <w:t xml:space="preserve">    </w:t>
      </w:r>
      <w:r w:rsidR="00785FC0" w:rsidRPr="007319E2">
        <w:rPr>
          <w:rFonts w:cs="Iskoola Pota"/>
          <w:sz w:val="24"/>
          <w:szCs w:val="24"/>
        </w:rPr>
        <w:t>www.childwomenmin.gov.lk</w:t>
      </w:r>
      <w:r w:rsidR="00A6075C" w:rsidRPr="007319E2">
        <w:rPr>
          <w:rFonts w:cs="Iskoola Pota"/>
          <w:sz w:val="24"/>
          <w:szCs w:val="24"/>
        </w:rPr>
        <w:t xml:space="preserve">                                                                                                                                                                                                                                                                                                                                                                                                                                                                                                                                                                                                                                                                                                                                                                                                                                                                                                                                                                                                                                                                                                                                                                                                                                                                                                                                                                                                                                                                                                                                                                                                                                                                                                                                                                                                                                                                                                                                                                                                                                                                                                                                                                                                                                                                                                                                                                                                                                                                                                                                                                                                                                                                                                                                                                                                                                                                                                                                                                                                                                                                                                                                                                                                                                                                                                                                                                                                                                                                                                                                                                                                                                                                                                                                                                                                                                                                                                                                                                                                                                                                                                                                                                                                                                                                                                                                                                                                                                                                                                                                                                                                                                                                                                                                                                                                                                                                                                                                                                                                                                                                                                                                                                                                                                                                                                                                                                                                                                                                                                                                                                                                                                                                                                                                                                                                                                                                                                                                                                                                                                                                                                                                                                                                                                                                                                                                                                                                                                                                                                                                                                                                                                                                                                                                                                                                                                                                                                                                                                                                                                                                                                                                                                                                                                                                                                                                                                                                                                                                                                                                                                                                                                                                                                                                                                                                                                                                                                                                                                                                                                                                                                                                                                                                                                                                                                                                                                                                                                                                                                                                                                                                                                                                                                                                                                                                                                                                                                                                                                                                                                                                                                                                                                                                                                                                                                                                                                                                                                                                                                                                                                                                                                                                                                                                                                                                                                                                                                                                                                                                                                                                                                                                                                                                                                                                                                                                                                                                                                                                                                                                                                                                                                                                                                                                                                                                                                                                                                                                                                                                                                                                                                                                                                                                                                                                                                                                                                                                                                                                                                                                                                                                                                                                                                                                                                                                                                                                                                                                                                                                                                                                                                                                                                                                                                                                                                                                                                                                                                                                                                                                                                                                                                                                                                                                                                                                                                                                                                                                                                                                                                                                                                                                                                                                                                                                                                                                                                                                                                                                                                                                                                                                                                                                                            </w:t>
      </w:r>
    </w:p>
    <w:p w:rsidR="00DD483E" w:rsidRPr="007319E2" w:rsidRDefault="00DD483E" w:rsidP="00A32EDC">
      <w:pPr>
        <w:spacing w:after="0"/>
        <w:ind w:left="288"/>
        <w:jc w:val="both"/>
        <w:rPr>
          <w:rFonts w:cs="Iskoola Pota"/>
          <w:sz w:val="24"/>
          <w:szCs w:val="24"/>
          <w:lang w:bidi="si-LK"/>
        </w:rPr>
      </w:pPr>
    </w:p>
    <w:p w:rsidR="00A32EDC" w:rsidRPr="00A32EDC" w:rsidRDefault="00836AF7" w:rsidP="00A32EDC">
      <w:pPr>
        <w:spacing w:after="0"/>
        <w:jc w:val="both"/>
        <w:rPr>
          <w:rFonts w:cs="Iskoola Pota"/>
          <w:b/>
          <w:bCs/>
          <w:sz w:val="24"/>
          <w:szCs w:val="24"/>
          <w:lang w:bidi="si-LK"/>
        </w:rPr>
      </w:pPr>
      <w:r w:rsidRPr="007319E2">
        <w:rPr>
          <w:rFonts w:cs="Iskoola Pota"/>
          <w:b/>
          <w:sz w:val="24"/>
          <w:szCs w:val="24"/>
        </w:rPr>
        <w:t xml:space="preserve">02. </w:t>
      </w:r>
      <w:r w:rsidRPr="007319E2">
        <w:rPr>
          <w:rFonts w:cs="Iskoola Pota"/>
          <w:b/>
          <w:bCs/>
          <w:sz w:val="24"/>
          <w:szCs w:val="24"/>
          <w:cs/>
          <w:lang w:bidi="si-LK"/>
        </w:rPr>
        <w:t>අමාත</w:t>
      </w:r>
      <w:r w:rsidR="00C813F1" w:rsidRPr="007319E2">
        <w:rPr>
          <w:rFonts w:cs="Iskoola Pota"/>
          <w:b/>
          <w:bCs/>
          <w:sz w:val="24"/>
          <w:szCs w:val="24"/>
          <w:cs/>
          <w:lang w:bidi="si-LK"/>
        </w:rPr>
        <w:t>්‍යාංශයේ</w:t>
      </w:r>
      <w:r w:rsidRPr="007319E2">
        <w:rPr>
          <w:rFonts w:cs="Iskoola Pota"/>
          <w:b/>
          <w:sz w:val="24"/>
          <w:szCs w:val="24"/>
        </w:rPr>
        <w:t xml:space="preserve"> </w:t>
      </w:r>
      <w:r w:rsidRPr="007319E2">
        <w:rPr>
          <w:rFonts w:cs="Iskoola Pota"/>
          <w:b/>
          <w:bCs/>
          <w:sz w:val="24"/>
          <w:szCs w:val="24"/>
          <w:cs/>
          <w:lang w:bidi="si-LK"/>
        </w:rPr>
        <w:t>කාර්ය</w:t>
      </w:r>
      <w:r w:rsidRPr="007319E2">
        <w:rPr>
          <w:rFonts w:cs="Iskoola Pota"/>
          <w:b/>
          <w:sz w:val="24"/>
          <w:szCs w:val="24"/>
        </w:rPr>
        <w:t xml:space="preserve"> </w:t>
      </w:r>
      <w:r w:rsidRPr="007319E2">
        <w:rPr>
          <w:rFonts w:cs="Iskoola Pota"/>
          <w:b/>
          <w:bCs/>
          <w:sz w:val="24"/>
          <w:szCs w:val="24"/>
          <w:cs/>
          <w:lang w:bidi="si-LK"/>
        </w:rPr>
        <w:t>සංවිධානය</w:t>
      </w:r>
      <w:r w:rsidRPr="007319E2">
        <w:rPr>
          <w:rFonts w:cs="Iskoola Pota"/>
          <w:b/>
          <w:sz w:val="24"/>
          <w:szCs w:val="24"/>
        </w:rPr>
        <w:t xml:space="preserve"> </w:t>
      </w:r>
      <w:r w:rsidRPr="007319E2">
        <w:rPr>
          <w:rFonts w:cs="Iskoola Pota"/>
          <w:b/>
          <w:bCs/>
          <w:sz w:val="24"/>
          <w:szCs w:val="24"/>
          <w:cs/>
          <w:lang w:bidi="si-LK"/>
        </w:rPr>
        <w:t>ව</w:t>
      </w:r>
      <w:r w:rsidR="00672B15" w:rsidRPr="007319E2">
        <w:rPr>
          <w:rFonts w:cs="Iskoola Pota"/>
          <w:b/>
          <w:bCs/>
          <w:sz w:val="24"/>
          <w:szCs w:val="24"/>
          <w:cs/>
          <w:lang w:bidi="si-LK"/>
        </w:rPr>
        <w:t>්‍යු</w:t>
      </w:r>
      <w:r w:rsidRPr="007319E2">
        <w:rPr>
          <w:rFonts w:cs="Iskoola Pota"/>
          <w:b/>
          <w:bCs/>
          <w:sz w:val="24"/>
          <w:szCs w:val="24"/>
          <w:cs/>
          <w:lang w:bidi="si-LK"/>
        </w:rPr>
        <w:t>හය</w:t>
      </w:r>
    </w:p>
    <w:p w:rsidR="00DD483E" w:rsidRPr="00CF20B6" w:rsidRDefault="00836AF7" w:rsidP="00A32EDC">
      <w:pPr>
        <w:pStyle w:val="ListParagraph"/>
        <w:numPr>
          <w:ilvl w:val="0"/>
          <w:numId w:val="10"/>
        </w:numPr>
        <w:spacing w:after="0"/>
        <w:jc w:val="both"/>
        <w:rPr>
          <w:rFonts w:cs="Iskoola Pota"/>
          <w:sz w:val="24"/>
          <w:szCs w:val="24"/>
          <w:lang w:bidi="si-LK"/>
        </w:rPr>
      </w:pPr>
      <w:r w:rsidRPr="00CF20B6">
        <w:rPr>
          <w:rFonts w:cs="Iskoola Pota"/>
          <w:sz w:val="24"/>
          <w:szCs w:val="24"/>
          <w:cs/>
          <w:lang w:bidi="si-LK"/>
        </w:rPr>
        <w:t>සංවිධාන</w:t>
      </w:r>
      <w:r w:rsidRPr="00CF20B6">
        <w:rPr>
          <w:rFonts w:cs="Iskoola Pota"/>
          <w:sz w:val="24"/>
          <w:szCs w:val="24"/>
        </w:rPr>
        <w:t xml:space="preserve"> </w:t>
      </w:r>
      <w:r w:rsidRPr="00CF20B6">
        <w:rPr>
          <w:rFonts w:cs="Iskoola Pota"/>
          <w:sz w:val="24"/>
          <w:szCs w:val="24"/>
          <w:cs/>
          <w:lang w:bidi="si-LK"/>
        </w:rPr>
        <w:t>සටහනකින්</w:t>
      </w:r>
      <w:r w:rsidRPr="00CF20B6">
        <w:rPr>
          <w:rFonts w:cs="Iskoola Pota"/>
          <w:sz w:val="24"/>
          <w:szCs w:val="24"/>
        </w:rPr>
        <w:t xml:space="preserve"> </w:t>
      </w:r>
      <w:r w:rsidRPr="00CF20B6">
        <w:rPr>
          <w:rFonts w:cs="Iskoola Pota"/>
          <w:sz w:val="24"/>
          <w:szCs w:val="24"/>
          <w:cs/>
          <w:lang w:bidi="si-LK"/>
        </w:rPr>
        <w:t>දක්වන්න</w:t>
      </w:r>
      <w:r w:rsidRPr="00CF20B6">
        <w:rPr>
          <w:rFonts w:cs="Iskoola Pota"/>
          <w:sz w:val="24"/>
          <w:szCs w:val="24"/>
        </w:rPr>
        <w:t xml:space="preserve">. </w:t>
      </w:r>
      <w:r w:rsidR="00CF20B6">
        <w:rPr>
          <w:rFonts w:cs="Iskoola Pota"/>
          <w:sz w:val="24"/>
          <w:szCs w:val="24"/>
        </w:rPr>
        <w:t xml:space="preserve"> </w:t>
      </w:r>
      <w:r w:rsidR="00CF20B6">
        <w:rPr>
          <w:rFonts w:cs="Iskoola Pota" w:hint="cs"/>
          <w:sz w:val="24"/>
          <w:szCs w:val="24"/>
          <w:cs/>
          <w:lang w:bidi="si-LK"/>
        </w:rPr>
        <w:t>ඇමුණුම 1</w:t>
      </w:r>
    </w:p>
    <w:tbl>
      <w:tblPr>
        <w:tblStyle w:val="TableGrid"/>
        <w:tblpPr w:leftFromText="180" w:rightFromText="180" w:vertAnchor="page" w:horzAnchor="margin" w:tblpY="8521"/>
        <w:tblW w:w="9468" w:type="dxa"/>
        <w:tblLook w:val="04A0"/>
      </w:tblPr>
      <w:tblGrid>
        <w:gridCol w:w="5670"/>
        <w:gridCol w:w="3798"/>
      </w:tblGrid>
      <w:tr w:rsidR="00A32EDC" w:rsidRPr="007319E2" w:rsidTr="00093DD3">
        <w:tc>
          <w:tcPr>
            <w:tcW w:w="5670" w:type="dxa"/>
          </w:tcPr>
          <w:p w:rsidR="00A32EDC" w:rsidRPr="007319E2" w:rsidRDefault="00A32EDC" w:rsidP="00093DD3">
            <w:pPr>
              <w:spacing w:line="276" w:lineRule="auto"/>
              <w:rPr>
                <w:rFonts w:cs="Iskoola Pota"/>
                <w:b/>
                <w:bCs/>
                <w:sz w:val="24"/>
                <w:szCs w:val="24"/>
                <w:cs/>
                <w:lang w:bidi="si-LK"/>
              </w:rPr>
            </w:pPr>
            <w:r w:rsidRPr="007319E2">
              <w:rPr>
                <w:rFonts w:cs="Iskoola Pota"/>
                <w:b/>
                <w:bCs/>
                <w:sz w:val="24"/>
                <w:szCs w:val="24"/>
                <w:cs/>
                <w:lang w:bidi="si-LK"/>
              </w:rPr>
              <w:t>තනතුර</w:t>
            </w:r>
          </w:p>
        </w:tc>
        <w:tc>
          <w:tcPr>
            <w:tcW w:w="3798" w:type="dxa"/>
          </w:tcPr>
          <w:p w:rsidR="00A32EDC" w:rsidRPr="007319E2" w:rsidRDefault="00A32EDC" w:rsidP="00093DD3">
            <w:pPr>
              <w:spacing w:line="276" w:lineRule="auto"/>
              <w:jc w:val="center"/>
              <w:rPr>
                <w:rFonts w:cs="Iskoola Pota"/>
                <w:b/>
                <w:bCs/>
                <w:sz w:val="24"/>
                <w:szCs w:val="24"/>
                <w:cs/>
                <w:lang w:bidi="si-LK"/>
              </w:rPr>
            </w:pPr>
            <w:r w:rsidRPr="007319E2">
              <w:rPr>
                <w:rFonts w:cs="Iskoola Pota"/>
                <w:b/>
                <w:bCs/>
                <w:sz w:val="24"/>
                <w:szCs w:val="24"/>
                <w:cs/>
                <w:lang w:bidi="si-LK"/>
              </w:rPr>
              <w:t>නිලධාරී සංඛ්‍යාව</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තොරතුරු හා සන්නිවේදන තාක්ෂණ නිලධාරී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වනිතා සංවර්ධන නිලධාරී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370</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සංවර්ධන නිලධාරී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119</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උපදේශන සහකාර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308</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පුස්තකාලයාධිපති</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කළමනාකරණ සේවා නිලධාරී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30</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පිළිගැනීමේ නිලධාරි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වනිතා සංවර්ධන ක්ෂේත්‍ර සහකාර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117</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නේවාසිකාගාර පාලිකා</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6</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සහකාර නේවාසිකාගාර පාලිකා</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6</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තොරතුරු හා සන්නිවේදන තාක්ෂණ සහකාර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2</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වීඩියෝ කැමරා ශිල්පී</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රියදුරු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18</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ත්‍රී රෝද රථ රියදුරු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6</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අරක්කැමි</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6</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කාර්යාල කාර්ය සහායක</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25</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උපදේශන සේවා කම්කරු</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10</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මධ්‍යස්ථාන සහායක</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6</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නිශ්චල ඡායාරූප ශිල්පී</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r w:rsidR="00A32EDC" w:rsidRPr="007319E2" w:rsidTr="00093DD3">
        <w:tc>
          <w:tcPr>
            <w:tcW w:w="5670" w:type="dxa"/>
          </w:tcPr>
          <w:p w:rsidR="00A32EDC" w:rsidRPr="007319E2" w:rsidRDefault="00A32EDC" w:rsidP="00093DD3">
            <w:pPr>
              <w:spacing w:line="276" w:lineRule="auto"/>
              <w:rPr>
                <w:rFonts w:cs="Iskoola Pota"/>
                <w:sz w:val="24"/>
                <w:szCs w:val="24"/>
              </w:rPr>
            </w:pPr>
            <w:r w:rsidRPr="007319E2">
              <w:rPr>
                <w:rFonts w:cs="Iskoola Pota"/>
                <w:sz w:val="24"/>
                <w:szCs w:val="24"/>
                <w:cs/>
                <w:lang w:bidi="si-LK"/>
              </w:rPr>
              <w:t>කැමරා ශිල්පී සහායක</w:t>
            </w:r>
          </w:p>
        </w:tc>
        <w:tc>
          <w:tcPr>
            <w:tcW w:w="3798" w:type="dxa"/>
          </w:tcPr>
          <w:p w:rsidR="00A32EDC" w:rsidRPr="007319E2" w:rsidRDefault="00A32EDC" w:rsidP="00093DD3">
            <w:pPr>
              <w:spacing w:line="276" w:lineRule="auto"/>
              <w:jc w:val="center"/>
              <w:rPr>
                <w:rFonts w:cs="Iskoola Pota"/>
                <w:sz w:val="24"/>
                <w:szCs w:val="24"/>
              </w:rPr>
            </w:pPr>
            <w:r w:rsidRPr="007319E2">
              <w:rPr>
                <w:rFonts w:cs="Iskoola Pota"/>
                <w:sz w:val="24"/>
                <w:szCs w:val="24"/>
                <w:rtl/>
                <w:cs/>
              </w:rPr>
              <w:t>1</w:t>
            </w:r>
          </w:p>
        </w:tc>
      </w:tr>
    </w:tbl>
    <w:p w:rsidR="00093DD3" w:rsidRDefault="00836AF7" w:rsidP="00A32EDC">
      <w:pPr>
        <w:pStyle w:val="ListParagraph"/>
        <w:numPr>
          <w:ilvl w:val="0"/>
          <w:numId w:val="10"/>
        </w:numPr>
        <w:spacing w:after="0"/>
        <w:jc w:val="both"/>
        <w:rPr>
          <w:rFonts w:cs="Iskoola Pota"/>
          <w:sz w:val="24"/>
          <w:szCs w:val="24"/>
        </w:rPr>
      </w:pPr>
      <w:r w:rsidRPr="007319E2">
        <w:rPr>
          <w:rFonts w:cs="Iskoola Pota"/>
          <w:sz w:val="24"/>
          <w:szCs w:val="24"/>
          <w:cs/>
          <w:lang w:bidi="si-LK"/>
        </w:rPr>
        <w:t>අංශ</w:t>
      </w:r>
      <w:r w:rsidRPr="007319E2">
        <w:rPr>
          <w:rFonts w:cs="Iskoola Pota"/>
          <w:sz w:val="24"/>
          <w:szCs w:val="24"/>
        </w:rPr>
        <w:t xml:space="preserve">, </w:t>
      </w:r>
      <w:r w:rsidRPr="007319E2">
        <w:rPr>
          <w:rFonts w:cs="Iskoola Pota"/>
          <w:sz w:val="24"/>
          <w:szCs w:val="24"/>
          <w:cs/>
          <w:lang w:bidi="si-LK"/>
        </w:rPr>
        <w:t>අංශ</w:t>
      </w:r>
      <w:r w:rsidRPr="007319E2">
        <w:rPr>
          <w:rFonts w:cs="Iskoola Pota"/>
          <w:sz w:val="24"/>
          <w:szCs w:val="24"/>
        </w:rPr>
        <w:t xml:space="preserve"> </w:t>
      </w:r>
      <w:r w:rsidR="00DD483E" w:rsidRPr="007319E2">
        <w:rPr>
          <w:rFonts w:cs="Iskoola Pota"/>
          <w:sz w:val="24"/>
          <w:szCs w:val="24"/>
          <w:cs/>
          <w:lang w:bidi="si-LK"/>
        </w:rPr>
        <w:t>ප්‍ර</w:t>
      </w:r>
      <w:r w:rsidRPr="007319E2">
        <w:rPr>
          <w:rFonts w:cs="Iskoola Pota"/>
          <w:sz w:val="24"/>
          <w:szCs w:val="24"/>
          <w:cs/>
          <w:lang w:bidi="si-LK"/>
        </w:rPr>
        <w:t>ධාන</w:t>
      </w:r>
      <w:r w:rsidR="00DD483E" w:rsidRPr="007319E2">
        <w:rPr>
          <w:rFonts w:cs="Iskoola Pota"/>
          <w:sz w:val="24"/>
          <w:szCs w:val="24"/>
          <w:cs/>
          <w:lang w:bidi="si-LK"/>
        </w:rPr>
        <w:t>ී</w:t>
      </w:r>
      <w:r w:rsidRPr="007319E2">
        <w:rPr>
          <w:rFonts w:cs="Iskoola Pota"/>
          <w:sz w:val="24"/>
          <w:szCs w:val="24"/>
        </w:rPr>
        <w:t xml:space="preserve"> </w:t>
      </w:r>
      <w:r w:rsidRPr="007319E2">
        <w:rPr>
          <w:rFonts w:cs="Iskoola Pota"/>
          <w:sz w:val="24"/>
          <w:szCs w:val="24"/>
          <w:cs/>
          <w:lang w:bidi="si-LK"/>
        </w:rPr>
        <w:t>නිල</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w:t>
      </w:r>
      <w:r w:rsidRPr="007319E2">
        <w:rPr>
          <w:rFonts w:cs="Iskoola Pota"/>
          <w:sz w:val="24"/>
          <w:szCs w:val="24"/>
          <w:cs/>
          <w:lang w:bidi="si-LK"/>
        </w:rPr>
        <w:t>මාණ්ඩලික</w:t>
      </w:r>
      <w:r w:rsidRPr="007319E2">
        <w:rPr>
          <w:rFonts w:cs="Iskoola Pota"/>
          <w:sz w:val="24"/>
          <w:szCs w:val="24"/>
        </w:rPr>
        <w:t xml:space="preserve"> </w:t>
      </w:r>
      <w:r w:rsidRPr="007319E2">
        <w:rPr>
          <w:rFonts w:cs="Iskoola Pota"/>
          <w:sz w:val="24"/>
          <w:szCs w:val="24"/>
          <w:cs/>
          <w:lang w:bidi="si-LK"/>
        </w:rPr>
        <w:t>නිලධාරි</w:t>
      </w:r>
      <w:r w:rsidRPr="007319E2">
        <w:rPr>
          <w:rFonts w:cs="Iskoola Pota"/>
          <w:sz w:val="24"/>
          <w:szCs w:val="24"/>
        </w:rPr>
        <w:t xml:space="preserve"> </w:t>
      </w:r>
      <w:r w:rsidRPr="007319E2">
        <w:rPr>
          <w:rFonts w:cs="Iskoola Pota"/>
          <w:sz w:val="24"/>
          <w:szCs w:val="24"/>
          <w:cs/>
          <w:lang w:bidi="si-LK"/>
        </w:rPr>
        <w:t>තනතුරු</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වෙනත්</w:t>
      </w:r>
      <w:r w:rsidRPr="007319E2">
        <w:rPr>
          <w:rFonts w:cs="Iskoola Pota"/>
          <w:sz w:val="24"/>
          <w:szCs w:val="24"/>
        </w:rPr>
        <w:t xml:space="preserve"> </w:t>
      </w:r>
      <w:r w:rsidRPr="007319E2">
        <w:rPr>
          <w:rFonts w:cs="Iskoola Pota"/>
          <w:sz w:val="24"/>
          <w:szCs w:val="24"/>
          <w:cs/>
          <w:lang w:bidi="si-LK"/>
        </w:rPr>
        <w:t>මුලු</w:t>
      </w:r>
      <w:r w:rsidRPr="007319E2">
        <w:rPr>
          <w:rFonts w:cs="Iskoola Pota"/>
          <w:sz w:val="24"/>
          <w:szCs w:val="24"/>
        </w:rPr>
        <w:t xml:space="preserve"> </w:t>
      </w:r>
      <w:r w:rsidRPr="007319E2">
        <w:rPr>
          <w:rFonts w:cs="Iskoola Pota"/>
          <w:sz w:val="24"/>
          <w:szCs w:val="24"/>
          <w:cs/>
          <w:lang w:bidi="si-LK"/>
        </w:rPr>
        <w:t>සේවක</w:t>
      </w:r>
      <w:r w:rsidRPr="007319E2">
        <w:rPr>
          <w:rFonts w:cs="Iskoola Pota"/>
          <w:sz w:val="24"/>
          <w:szCs w:val="24"/>
        </w:rPr>
        <w:t xml:space="preserve"> </w:t>
      </w:r>
      <w:r w:rsidRPr="007319E2">
        <w:rPr>
          <w:rFonts w:cs="Iskoola Pota"/>
          <w:sz w:val="24"/>
          <w:szCs w:val="24"/>
          <w:cs/>
          <w:lang w:bidi="si-LK"/>
        </w:rPr>
        <w:t>සංඛ</w:t>
      </w:r>
      <w:r w:rsidR="00DD483E" w:rsidRPr="007319E2">
        <w:rPr>
          <w:rFonts w:cs="Iskoola Pota"/>
          <w:sz w:val="24"/>
          <w:szCs w:val="24"/>
          <w:cs/>
          <w:lang w:bidi="si-LK"/>
        </w:rPr>
        <w:t>්‍යාව</w:t>
      </w:r>
      <w:r w:rsidRPr="007319E2">
        <w:rPr>
          <w:rFonts w:cs="Iskoola Pota"/>
          <w:sz w:val="24"/>
          <w:szCs w:val="24"/>
        </w:rPr>
        <w:t xml:space="preserve"> </w:t>
      </w:r>
      <w:r w:rsidRPr="007319E2">
        <w:rPr>
          <w:rFonts w:cs="Iskoola Pota"/>
          <w:sz w:val="24"/>
          <w:szCs w:val="24"/>
          <w:cs/>
          <w:lang w:bidi="si-LK"/>
        </w:rPr>
        <w:t>එහි</w:t>
      </w:r>
      <w:r w:rsidRPr="007319E2">
        <w:rPr>
          <w:rFonts w:cs="Iskoola Pota"/>
          <w:sz w:val="24"/>
          <w:szCs w:val="24"/>
        </w:rPr>
        <w:t xml:space="preserve"> </w:t>
      </w:r>
      <w:r w:rsidRPr="007319E2">
        <w:rPr>
          <w:rFonts w:cs="Iskoola Pota"/>
          <w:sz w:val="24"/>
          <w:szCs w:val="24"/>
          <w:cs/>
          <w:lang w:bidi="si-LK"/>
        </w:rPr>
        <w:t>ඇතුළත්</w:t>
      </w:r>
      <w:r w:rsidRPr="007319E2">
        <w:rPr>
          <w:rFonts w:cs="Iskoola Pota"/>
          <w:sz w:val="24"/>
          <w:szCs w:val="24"/>
        </w:rPr>
        <w:t xml:space="preserve"> </w:t>
      </w:r>
      <w:r w:rsidRPr="007319E2">
        <w:rPr>
          <w:rFonts w:cs="Iskoola Pota"/>
          <w:sz w:val="24"/>
          <w:szCs w:val="24"/>
          <w:cs/>
          <w:lang w:bidi="si-LK"/>
        </w:rPr>
        <w:t>විය</w:t>
      </w:r>
      <w:r w:rsidRPr="007319E2">
        <w:rPr>
          <w:rFonts w:cs="Iskoola Pota"/>
          <w:sz w:val="24"/>
          <w:szCs w:val="24"/>
        </w:rPr>
        <w:t xml:space="preserve"> </w:t>
      </w:r>
      <w:r w:rsidRPr="007319E2">
        <w:rPr>
          <w:rFonts w:cs="Iskoola Pota"/>
          <w:sz w:val="24"/>
          <w:szCs w:val="24"/>
          <w:cs/>
          <w:lang w:bidi="si-LK"/>
        </w:rPr>
        <w:t>යු</w:t>
      </w:r>
      <w:r w:rsidR="00093DD3">
        <w:rPr>
          <w:rFonts w:cs="Iskoola Pota" w:hint="cs"/>
          <w:sz w:val="24"/>
          <w:szCs w:val="24"/>
          <w:cs/>
          <w:lang w:bidi="si-LK"/>
        </w:rPr>
        <w:t>තුය.</w:t>
      </w:r>
    </w:p>
    <w:p w:rsidR="00600104" w:rsidRDefault="00600104" w:rsidP="00600104">
      <w:pPr>
        <w:pStyle w:val="ListParagraph"/>
        <w:spacing w:after="0"/>
        <w:ind w:left="360"/>
        <w:jc w:val="both"/>
        <w:rPr>
          <w:rFonts w:cs="Iskoola Pota"/>
          <w:sz w:val="24"/>
          <w:szCs w:val="24"/>
        </w:rPr>
      </w:pPr>
    </w:p>
    <w:p w:rsidR="00BA496A" w:rsidRDefault="003A0348" w:rsidP="00CF20B6">
      <w:pPr>
        <w:spacing w:after="0"/>
        <w:jc w:val="both"/>
        <w:rPr>
          <w:rFonts w:cs="Iskoola Pota"/>
          <w:b/>
          <w:bCs/>
          <w:sz w:val="24"/>
          <w:szCs w:val="24"/>
          <w:lang w:bidi="si-LK"/>
        </w:rPr>
      </w:pPr>
      <w:r w:rsidRPr="00CF20B6">
        <w:rPr>
          <w:rFonts w:cs="Iskoola Pota"/>
          <w:b/>
          <w:bCs/>
          <w:sz w:val="24"/>
          <w:szCs w:val="24"/>
          <w:cs/>
          <w:lang w:bidi="si-LK"/>
        </w:rPr>
        <w:t>කාන්තා සහ ළමා කටයු</w:t>
      </w:r>
      <w:r w:rsidR="00B74661" w:rsidRPr="00CF20B6">
        <w:rPr>
          <w:rFonts w:cs="Iskoola Pota"/>
          <w:b/>
          <w:bCs/>
          <w:sz w:val="24"/>
          <w:szCs w:val="24"/>
          <w:cs/>
          <w:lang w:bidi="si-LK"/>
        </w:rPr>
        <w:t>තු අමාත්‍යාංශයේ කාර්ය මණ්ඩල සං</w:t>
      </w:r>
      <w:r w:rsidR="00B74661" w:rsidRPr="00CF20B6">
        <w:rPr>
          <w:rFonts w:cs="Iskoola Pota" w:hint="cs"/>
          <w:b/>
          <w:bCs/>
          <w:sz w:val="24"/>
          <w:szCs w:val="24"/>
          <w:cs/>
          <w:lang w:bidi="si-LK"/>
        </w:rPr>
        <w:t>ඛ්‍යාව</w:t>
      </w:r>
    </w:p>
    <w:p w:rsidR="007D2977" w:rsidRPr="00CF20B6" w:rsidRDefault="007D2977" w:rsidP="00CF20B6">
      <w:pPr>
        <w:spacing w:after="0"/>
        <w:jc w:val="both"/>
        <w:rPr>
          <w:rFonts w:cs="Iskoola Pota"/>
          <w:sz w:val="24"/>
          <w:szCs w:val="24"/>
        </w:rPr>
      </w:pPr>
    </w:p>
    <w:p w:rsidR="00F240CA" w:rsidRPr="007319E2" w:rsidRDefault="00836AF7" w:rsidP="00A32EDC">
      <w:pPr>
        <w:spacing w:after="0"/>
        <w:jc w:val="both"/>
        <w:rPr>
          <w:rFonts w:cs="Iskoola Pota"/>
          <w:b/>
          <w:sz w:val="24"/>
          <w:szCs w:val="24"/>
          <w:lang w:bidi="si-LK"/>
        </w:rPr>
      </w:pPr>
      <w:r w:rsidRPr="007319E2">
        <w:rPr>
          <w:rFonts w:cs="Iskoola Pota"/>
          <w:b/>
          <w:sz w:val="24"/>
          <w:szCs w:val="24"/>
        </w:rPr>
        <w:t xml:space="preserve">03. </w:t>
      </w:r>
      <w:r w:rsidRPr="007319E2">
        <w:rPr>
          <w:rFonts w:cs="Iskoola Pota"/>
          <w:b/>
          <w:bCs/>
          <w:sz w:val="24"/>
          <w:szCs w:val="24"/>
          <w:cs/>
          <w:lang w:bidi="si-LK"/>
        </w:rPr>
        <w:t>අමාත</w:t>
      </w:r>
      <w:r w:rsidR="00575626" w:rsidRPr="007319E2">
        <w:rPr>
          <w:rFonts w:cs="Iskoola Pota"/>
          <w:b/>
          <w:bCs/>
          <w:sz w:val="24"/>
          <w:szCs w:val="24"/>
          <w:cs/>
          <w:lang w:bidi="si-LK"/>
        </w:rPr>
        <w:t>්‍යාංශයේ</w:t>
      </w:r>
      <w:r w:rsidRPr="007319E2">
        <w:rPr>
          <w:rFonts w:cs="Iskoola Pota"/>
          <w:b/>
          <w:sz w:val="24"/>
          <w:szCs w:val="24"/>
        </w:rPr>
        <w:t xml:space="preserve"> </w:t>
      </w:r>
      <w:r w:rsidRPr="007319E2">
        <w:rPr>
          <w:rFonts w:cs="Iskoola Pota"/>
          <w:b/>
          <w:bCs/>
          <w:sz w:val="24"/>
          <w:szCs w:val="24"/>
          <w:cs/>
          <w:lang w:bidi="si-LK"/>
        </w:rPr>
        <w:t>කර්ත</w:t>
      </w:r>
      <w:r w:rsidR="00575626" w:rsidRPr="007319E2">
        <w:rPr>
          <w:rFonts w:cs="Iskoola Pota"/>
          <w:b/>
          <w:bCs/>
          <w:sz w:val="24"/>
          <w:szCs w:val="24"/>
          <w:cs/>
          <w:lang w:bidi="si-LK"/>
        </w:rPr>
        <w:t>ව්‍ය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00575626" w:rsidRPr="007319E2">
        <w:rPr>
          <w:rFonts w:cs="Iskoola Pota"/>
          <w:b/>
          <w:bCs/>
          <w:sz w:val="24"/>
          <w:szCs w:val="24"/>
          <w:cs/>
          <w:lang w:bidi="si-LK"/>
        </w:rPr>
        <w:t>ක්‍රියා</w:t>
      </w:r>
      <w:r w:rsidRPr="007319E2">
        <w:rPr>
          <w:rFonts w:cs="Iskoola Pota"/>
          <w:b/>
          <w:bCs/>
          <w:sz w:val="24"/>
          <w:szCs w:val="24"/>
          <w:cs/>
          <w:lang w:bidi="si-LK"/>
        </w:rPr>
        <w:t>කාරකම්</w:t>
      </w:r>
      <w:r w:rsidRPr="007319E2">
        <w:rPr>
          <w:rFonts w:cs="Iskoola Pota"/>
          <w:b/>
          <w:sz w:val="24"/>
          <w:szCs w:val="24"/>
        </w:rPr>
        <w:t xml:space="preserve"> (</w:t>
      </w:r>
      <w:r w:rsidRPr="007319E2">
        <w:rPr>
          <w:rFonts w:cs="Iskoola Pota"/>
          <w:b/>
          <w:bCs/>
          <w:sz w:val="24"/>
          <w:szCs w:val="24"/>
          <w:cs/>
          <w:lang w:bidi="si-LK"/>
        </w:rPr>
        <w:t>අංශ</w:t>
      </w:r>
      <w:r w:rsidRPr="007319E2">
        <w:rPr>
          <w:rFonts w:cs="Iskoola Pota"/>
          <w:b/>
          <w:sz w:val="24"/>
          <w:szCs w:val="24"/>
        </w:rPr>
        <w:t xml:space="preserve">/ </w:t>
      </w:r>
      <w:r w:rsidRPr="007319E2">
        <w:rPr>
          <w:rFonts w:cs="Iskoola Pota"/>
          <w:b/>
          <w:bCs/>
          <w:sz w:val="24"/>
          <w:szCs w:val="24"/>
          <w:cs/>
          <w:lang w:bidi="si-LK"/>
        </w:rPr>
        <w:t>ශාඛා</w:t>
      </w:r>
      <w:r w:rsidRPr="007319E2">
        <w:rPr>
          <w:rFonts w:cs="Iskoola Pota"/>
          <w:b/>
          <w:sz w:val="24"/>
          <w:szCs w:val="24"/>
        </w:rPr>
        <w:t xml:space="preserve"> </w:t>
      </w:r>
      <w:r w:rsidRPr="007319E2">
        <w:rPr>
          <w:rFonts w:cs="Iskoola Pota"/>
          <w:b/>
          <w:bCs/>
          <w:sz w:val="24"/>
          <w:szCs w:val="24"/>
          <w:cs/>
          <w:lang w:bidi="si-LK"/>
        </w:rPr>
        <w:t>අනුව</w:t>
      </w:r>
      <w:r w:rsidRPr="007319E2">
        <w:rPr>
          <w:rFonts w:cs="Iskoola Pota"/>
          <w:b/>
          <w:sz w:val="24"/>
          <w:szCs w:val="24"/>
        </w:rPr>
        <w:t>)</w:t>
      </w:r>
    </w:p>
    <w:tbl>
      <w:tblPr>
        <w:tblStyle w:val="TableGrid"/>
        <w:tblW w:w="9918" w:type="dxa"/>
        <w:tblLook w:val="04A0"/>
      </w:tblPr>
      <w:tblGrid>
        <w:gridCol w:w="1998"/>
        <w:gridCol w:w="6390"/>
        <w:gridCol w:w="1530"/>
      </w:tblGrid>
      <w:tr w:rsidR="00CD1104" w:rsidRPr="007319E2" w:rsidTr="00A32EDC">
        <w:trPr>
          <w:trHeight w:val="1016"/>
        </w:trPr>
        <w:tc>
          <w:tcPr>
            <w:tcW w:w="1998" w:type="dxa"/>
            <w:shd w:val="clear" w:color="auto" w:fill="FFFFFF" w:themeFill="background1"/>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අංශය</w:t>
            </w:r>
            <w:r w:rsidRPr="007319E2">
              <w:rPr>
                <w:rFonts w:cs="Iskoola Pota"/>
                <w:b/>
                <w:sz w:val="24"/>
                <w:szCs w:val="24"/>
              </w:rPr>
              <w:t xml:space="preserve"> / </w:t>
            </w:r>
            <w:r w:rsidRPr="007319E2">
              <w:rPr>
                <w:rFonts w:cs="Iskoola Pota"/>
                <w:b/>
                <w:bCs/>
                <w:sz w:val="24"/>
                <w:szCs w:val="24"/>
                <w:cs/>
                <w:lang w:bidi="si-LK"/>
              </w:rPr>
              <w:t>ශාඛාව</w:t>
            </w:r>
          </w:p>
        </w:tc>
        <w:tc>
          <w:tcPr>
            <w:tcW w:w="639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ප</w:t>
            </w:r>
            <w:r w:rsidR="001D365C" w:rsidRPr="007319E2">
              <w:rPr>
                <w:rFonts w:cs="Iskoola Pota"/>
                <w:b/>
                <w:bCs/>
                <w:sz w:val="24"/>
                <w:szCs w:val="24"/>
                <w:cs/>
                <w:lang w:bidi="si-LK"/>
              </w:rPr>
              <w:t>්‍ර</w:t>
            </w:r>
            <w:r w:rsidRPr="007319E2">
              <w:rPr>
                <w:rFonts w:cs="Iskoola Pota"/>
                <w:b/>
                <w:bCs/>
                <w:sz w:val="24"/>
                <w:szCs w:val="24"/>
                <w:cs/>
                <w:lang w:bidi="si-LK"/>
              </w:rPr>
              <w:t>ධාන</w:t>
            </w:r>
            <w:r w:rsidRPr="007319E2">
              <w:rPr>
                <w:rFonts w:cs="Iskoola Pota"/>
                <w:b/>
                <w:sz w:val="24"/>
                <w:szCs w:val="24"/>
              </w:rPr>
              <w:t xml:space="preserve"> </w:t>
            </w:r>
            <w:r w:rsidRPr="007319E2">
              <w:rPr>
                <w:rFonts w:cs="Iskoola Pota"/>
                <w:b/>
                <w:bCs/>
                <w:sz w:val="24"/>
                <w:szCs w:val="24"/>
                <w:cs/>
                <w:lang w:bidi="si-LK"/>
              </w:rPr>
              <w:t>කර්ත</w:t>
            </w:r>
            <w:r w:rsidR="00785FC0" w:rsidRPr="007319E2">
              <w:rPr>
                <w:rFonts w:cs="Iskoola Pota"/>
                <w:b/>
                <w:bCs/>
                <w:sz w:val="24"/>
                <w:szCs w:val="24"/>
                <w:cs/>
                <w:lang w:bidi="si-LK"/>
              </w:rPr>
              <w:t>ව්‍යයන්</w:t>
            </w:r>
            <w:r w:rsidRPr="007319E2">
              <w:rPr>
                <w:rFonts w:cs="Iskoola Pota"/>
                <w:b/>
                <w:sz w:val="24"/>
                <w:szCs w:val="24"/>
              </w:rPr>
              <w:t xml:space="preserve"> / </w:t>
            </w:r>
            <w:r w:rsidRPr="007319E2">
              <w:rPr>
                <w:rFonts w:cs="Iskoola Pota"/>
                <w:b/>
                <w:bCs/>
                <w:sz w:val="24"/>
                <w:szCs w:val="24"/>
                <w:cs/>
                <w:lang w:bidi="si-LK"/>
              </w:rPr>
              <w:t>ක</w:t>
            </w:r>
            <w:r w:rsidR="00EE7B13" w:rsidRPr="007319E2">
              <w:rPr>
                <w:rFonts w:cs="Iskoola Pota"/>
                <w:b/>
                <w:bCs/>
                <w:sz w:val="24"/>
                <w:szCs w:val="24"/>
                <w:cs/>
                <w:lang w:bidi="si-LK"/>
              </w:rPr>
              <w:t>්‍රි</w:t>
            </w:r>
            <w:r w:rsidRPr="007319E2">
              <w:rPr>
                <w:rFonts w:cs="Iskoola Pota"/>
                <w:b/>
                <w:bCs/>
                <w:sz w:val="24"/>
                <w:szCs w:val="24"/>
                <w:cs/>
                <w:lang w:bidi="si-LK"/>
              </w:rPr>
              <w:t>යාකාරකම්</w:t>
            </w:r>
            <w:r w:rsidRPr="007319E2">
              <w:rPr>
                <w:rFonts w:cs="Iskoola Pota"/>
                <w:b/>
                <w:sz w:val="24"/>
                <w:szCs w:val="24"/>
              </w:rPr>
              <w:t xml:space="preserve"> </w:t>
            </w:r>
            <w:r w:rsidRPr="007319E2">
              <w:rPr>
                <w:rFonts w:cs="Iskoola Pota"/>
                <w:b/>
                <w:bCs/>
                <w:sz w:val="24"/>
                <w:szCs w:val="24"/>
                <w:cs/>
                <w:lang w:bidi="si-LK"/>
              </w:rPr>
              <w:t>සැකෙවින්</w:t>
            </w:r>
          </w:p>
        </w:tc>
        <w:tc>
          <w:tcPr>
            <w:tcW w:w="153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සම්බන්ධිත</w:t>
            </w:r>
            <w:r w:rsidRPr="007319E2">
              <w:rPr>
                <w:rFonts w:cs="Iskoola Pota"/>
                <w:b/>
                <w:sz w:val="24"/>
                <w:szCs w:val="24"/>
              </w:rPr>
              <w:t xml:space="preserve"> </w:t>
            </w:r>
            <w:r w:rsidRPr="007319E2">
              <w:rPr>
                <w:rFonts w:cs="Iskoola Pota"/>
                <w:b/>
                <w:bCs/>
                <w:sz w:val="24"/>
                <w:szCs w:val="24"/>
                <w:cs/>
                <w:lang w:bidi="si-LK"/>
              </w:rPr>
              <w:t>දුරකථන</w:t>
            </w:r>
            <w:r w:rsidRPr="007319E2">
              <w:rPr>
                <w:rFonts w:cs="Iskoola Pota"/>
                <w:b/>
                <w:sz w:val="24"/>
                <w:szCs w:val="24"/>
              </w:rPr>
              <w:t xml:space="preserve"> </w:t>
            </w:r>
            <w:r w:rsidRPr="007319E2">
              <w:rPr>
                <w:rFonts w:cs="Iskoola Pota"/>
                <w:b/>
                <w:bCs/>
                <w:sz w:val="24"/>
                <w:szCs w:val="24"/>
                <w:cs/>
                <w:lang w:bidi="si-LK"/>
              </w:rPr>
              <w:t>අංක</w:t>
            </w:r>
          </w:p>
        </w:tc>
      </w:tr>
      <w:tr w:rsidR="00F853F4" w:rsidRPr="007319E2" w:rsidTr="00A32EDC">
        <w:trPr>
          <w:trHeight w:val="497"/>
        </w:trPr>
        <w:tc>
          <w:tcPr>
            <w:tcW w:w="1998" w:type="dxa"/>
          </w:tcPr>
          <w:p w:rsidR="00F853F4" w:rsidRPr="007319E2" w:rsidRDefault="00F853F4" w:rsidP="00A32EDC">
            <w:pPr>
              <w:spacing w:line="276" w:lineRule="auto"/>
              <w:jc w:val="both"/>
              <w:rPr>
                <w:rFonts w:cs="Iskoola Pota"/>
                <w:sz w:val="24"/>
                <w:szCs w:val="24"/>
                <w:lang w:bidi="si-LK"/>
              </w:rPr>
            </w:pPr>
            <w:r w:rsidRPr="007319E2">
              <w:rPr>
                <w:rFonts w:cs="Iskoola Pota"/>
                <w:sz w:val="24"/>
                <w:szCs w:val="24"/>
                <w:cs/>
                <w:lang w:bidi="si-LK"/>
              </w:rPr>
              <w:t>ආයතන අංශය</w:t>
            </w:r>
          </w:p>
        </w:tc>
        <w:tc>
          <w:tcPr>
            <w:tcW w:w="6390" w:type="dxa"/>
          </w:tcPr>
          <w:p w:rsidR="00F853F4" w:rsidRDefault="00F813EE" w:rsidP="00A32EDC">
            <w:pPr>
              <w:spacing w:line="276" w:lineRule="auto"/>
              <w:jc w:val="both"/>
              <w:rPr>
                <w:rFonts w:cs="Iskoola Pota"/>
                <w:sz w:val="24"/>
                <w:szCs w:val="24"/>
              </w:rPr>
            </w:pPr>
            <w:r w:rsidRPr="007319E2">
              <w:rPr>
                <w:rFonts w:cs="Iskoola Pota"/>
                <w:sz w:val="24"/>
                <w:szCs w:val="24"/>
                <w:cs/>
                <w:lang w:bidi="si-LK"/>
              </w:rPr>
              <w:t>අමාත්‍යාංශය</w:t>
            </w:r>
            <w:r w:rsidR="00BA0CB2" w:rsidRPr="007319E2">
              <w:rPr>
                <w:rFonts w:cs="Iskoola Pota"/>
                <w:sz w:val="24"/>
                <w:szCs w:val="24"/>
                <w:cs/>
                <w:lang w:bidi="si-LK"/>
              </w:rPr>
              <w:t xml:space="preserve"> හා </w:t>
            </w:r>
            <w:r w:rsidRPr="007319E2">
              <w:rPr>
                <w:rFonts w:cs="Iskoola Pota"/>
                <w:sz w:val="24"/>
                <w:szCs w:val="24"/>
                <w:cs/>
                <w:lang w:bidi="si-LK"/>
              </w:rPr>
              <w:t>අමාත්‍යාංශය යටතට</w:t>
            </w:r>
            <w:r w:rsidR="00BA0CB2" w:rsidRPr="007319E2">
              <w:rPr>
                <w:rFonts w:cs="Iskoola Pota"/>
                <w:sz w:val="24"/>
                <w:szCs w:val="24"/>
                <w:cs/>
                <w:lang w:bidi="si-LK"/>
              </w:rPr>
              <w:t xml:space="preserve"> අයත් සියලුම ආයතනවල කාර්ය මණ්ඩලයට </w:t>
            </w:r>
            <w:r w:rsidRPr="007319E2">
              <w:rPr>
                <w:rFonts w:cs="Iskoola Pota"/>
                <w:sz w:val="24"/>
                <w:szCs w:val="24"/>
                <w:cs/>
                <w:lang w:bidi="si-LK"/>
              </w:rPr>
              <w:t xml:space="preserve">අදාල </w:t>
            </w:r>
            <w:r w:rsidR="00BA0CB2" w:rsidRPr="007319E2">
              <w:rPr>
                <w:rFonts w:cs="Iskoola Pota"/>
                <w:sz w:val="24"/>
                <w:szCs w:val="24"/>
                <w:cs/>
                <w:lang w:bidi="si-LK"/>
              </w:rPr>
              <w:t xml:space="preserve"> ආයතනික හා</w:t>
            </w:r>
            <w:r w:rsidRPr="007319E2">
              <w:rPr>
                <w:rFonts w:cs="Iskoola Pota"/>
                <w:sz w:val="24"/>
                <w:szCs w:val="24"/>
                <w:cs/>
                <w:lang w:bidi="si-LK"/>
              </w:rPr>
              <w:t xml:space="preserve"> </w:t>
            </w:r>
            <w:r w:rsidR="00BA0CB2" w:rsidRPr="007319E2">
              <w:rPr>
                <w:rFonts w:cs="Iskoola Pota"/>
                <w:sz w:val="24"/>
                <w:szCs w:val="24"/>
                <w:cs/>
                <w:lang w:bidi="si-LK"/>
              </w:rPr>
              <w:t xml:space="preserve">පරිපාලන කටයුතු </w:t>
            </w:r>
            <w:r w:rsidRPr="007319E2">
              <w:rPr>
                <w:rFonts w:cs="Iskoola Pota"/>
                <w:sz w:val="24"/>
                <w:szCs w:val="24"/>
                <w:cs/>
                <w:lang w:bidi="si-LK"/>
              </w:rPr>
              <w:t xml:space="preserve"> මෙහෙයවීම</w:t>
            </w:r>
            <w:r w:rsidR="00BA0CB2" w:rsidRPr="007319E2">
              <w:rPr>
                <w:rFonts w:cs="Iskoola Pota"/>
                <w:sz w:val="24"/>
                <w:szCs w:val="24"/>
              </w:rPr>
              <w:t xml:space="preserve">, </w:t>
            </w:r>
            <w:r w:rsidRPr="007319E2">
              <w:rPr>
                <w:rFonts w:cs="Iskoola Pota"/>
                <w:sz w:val="24"/>
                <w:szCs w:val="24"/>
                <w:cs/>
                <w:lang w:bidi="si-LK"/>
              </w:rPr>
              <w:t>දේ</w:t>
            </w:r>
            <w:r w:rsidR="00BA0CB2" w:rsidRPr="007319E2">
              <w:rPr>
                <w:rFonts w:cs="Iskoola Pota"/>
                <w:sz w:val="24"/>
                <w:szCs w:val="24"/>
                <w:cs/>
                <w:lang w:bidi="si-LK"/>
              </w:rPr>
              <w:t xml:space="preserve">ශීය හා </w:t>
            </w:r>
            <w:r w:rsidRPr="007319E2">
              <w:rPr>
                <w:rFonts w:cs="Iskoola Pota"/>
                <w:sz w:val="24"/>
                <w:szCs w:val="24"/>
                <w:cs/>
                <w:lang w:bidi="si-LK"/>
              </w:rPr>
              <w:t>විදේ</w:t>
            </w:r>
            <w:r w:rsidR="00BA0CB2" w:rsidRPr="007319E2">
              <w:rPr>
                <w:rFonts w:cs="Iskoola Pota"/>
                <w:sz w:val="24"/>
                <w:szCs w:val="24"/>
                <w:cs/>
                <w:lang w:bidi="si-LK"/>
              </w:rPr>
              <w:t xml:space="preserve">ශීය </w:t>
            </w:r>
            <w:r w:rsidRPr="007319E2">
              <w:rPr>
                <w:rFonts w:cs="Iskoola Pota"/>
                <w:sz w:val="24"/>
                <w:szCs w:val="24"/>
                <w:cs/>
                <w:lang w:bidi="si-LK"/>
              </w:rPr>
              <w:t>පුහුණුවීම්</w:t>
            </w:r>
            <w:r w:rsidR="00BA0CB2" w:rsidRPr="007319E2">
              <w:rPr>
                <w:rFonts w:cs="Iskoola Pota"/>
                <w:sz w:val="24"/>
                <w:szCs w:val="24"/>
                <w:cs/>
                <w:lang w:bidi="si-LK"/>
              </w:rPr>
              <w:t xml:space="preserve"> ලබාදීම </w:t>
            </w:r>
            <w:r w:rsidRPr="007319E2">
              <w:rPr>
                <w:rFonts w:cs="Iskoola Pota"/>
                <w:sz w:val="24"/>
                <w:szCs w:val="24"/>
                <w:cs/>
                <w:lang w:bidi="si-LK"/>
              </w:rPr>
              <w:t xml:space="preserve">තුළින් </w:t>
            </w:r>
            <w:r w:rsidR="00BA0CB2" w:rsidRPr="007319E2">
              <w:rPr>
                <w:rFonts w:cs="Iskoola Pota"/>
                <w:sz w:val="24"/>
                <w:szCs w:val="24"/>
                <w:cs/>
                <w:lang w:bidi="si-LK"/>
              </w:rPr>
              <w:t xml:space="preserve">මානව </w:t>
            </w:r>
            <w:r w:rsidRPr="007319E2">
              <w:rPr>
                <w:rFonts w:cs="Iskoola Pota"/>
                <w:sz w:val="24"/>
                <w:szCs w:val="24"/>
                <w:cs/>
                <w:lang w:bidi="si-LK"/>
              </w:rPr>
              <w:t xml:space="preserve">සම්පත් </w:t>
            </w:r>
            <w:r w:rsidR="00BA0CB2" w:rsidRPr="007319E2">
              <w:rPr>
                <w:rFonts w:cs="Iskoola Pota"/>
                <w:sz w:val="24"/>
                <w:szCs w:val="24"/>
                <w:cs/>
                <w:lang w:bidi="si-LK"/>
              </w:rPr>
              <w:t>හැකියා සංවර්ධනය කිරීම</w:t>
            </w:r>
            <w:r w:rsidR="00BA0CB2" w:rsidRPr="007319E2">
              <w:rPr>
                <w:rFonts w:cs="Iskoola Pota"/>
                <w:sz w:val="24"/>
                <w:szCs w:val="24"/>
              </w:rPr>
              <w:t xml:space="preserve">, </w:t>
            </w:r>
            <w:r w:rsidRPr="007319E2">
              <w:rPr>
                <w:rFonts w:cs="Iskoola Pota"/>
                <w:sz w:val="24"/>
                <w:szCs w:val="24"/>
                <w:cs/>
                <w:lang w:bidi="si-LK"/>
              </w:rPr>
              <w:t>අමාත‍්‍යාංශ</w:t>
            </w:r>
            <w:r w:rsidR="00BA0CB2" w:rsidRPr="007319E2">
              <w:rPr>
                <w:rFonts w:cs="Iskoola Pota"/>
                <w:sz w:val="24"/>
                <w:szCs w:val="24"/>
                <w:cs/>
                <w:lang w:bidi="si-LK"/>
              </w:rPr>
              <w:t xml:space="preserve"> විෂය පථයට අ</w:t>
            </w:r>
            <w:r w:rsidRPr="007319E2">
              <w:rPr>
                <w:rFonts w:cs="Iskoola Pota"/>
                <w:sz w:val="24"/>
                <w:szCs w:val="24"/>
                <w:cs/>
                <w:lang w:bidi="si-LK"/>
              </w:rPr>
              <w:t>දාළව අ</w:t>
            </w:r>
            <w:r w:rsidR="00BA0CB2" w:rsidRPr="007319E2">
              <w:rPr>
                <w:rFonts w:cs="Iskoola Pota"/>
                <w:sz w:val="24"/>
                <w:szCs w:val="24"/>
                <w:cs/>
                <w:lang w:bidi="si-LK"/>
              </w:rPr>
              <w:t>මාත‍</w:t>
            </w:r>
            <w:r w:rsidRPr="007319E2">
              <w:rPr>
                <w:rFonts w:cs="Iskoola Pota"/>
                <w:sz w:val="24"/>
                <w:szCs w:val="24"/>
                <w:cs/>
                <w:lang w:bidi="si-LK"/>
              </w:rPr>
              <w:t>්‍ය</w:t>
            </w:r>
            <w:r w:rsidR="00BA0CB2" w:rsidRPr="007319E2">
              <w:rPr>
                <w:rFonts w:cs="Iskoola Pota"/>
                <w:sz w:val="24"/>
                <w:szCs w:val="24"/>
                <w:cs/>
                <w:lang w:bidi="si-LK"/>
              </w:rPr>
              <w:t xml:space="preserve"> මණ්ඩල </w:t>
            </w:r>
            <w:r w:rsidRPr="007319E2">
              <w:rPr>
                <w:rFonts w:cs="Iskoola Pota"/>
                <w:sz w:val="24"/>
                <w:szCs w:val="24"/>
                <w:cs/>
                <w:lang w:bidi="si-LK"/>
              </w:rPr>
              <w:t>සංදේශ</w:t>
            </w:r>
            <w:r w:rsidR="002502A4">
              <w:rPr>
                <w:rFonts w:cs="Iskoola Pota" w:hint="cs"/>
                <w:sz w:val="24"/>
                <w:szCs w:val="24"/>
                <w:cs/>
                <w:lang w:bidi="si-LK"/>
              </w:rPr>
              <w:t>,</w:t>
            </w:r>
            <w:r w:rsidR="00BA0CB2" w:rsidRPr="007319E2">
              <w:rPr>
                <w:rFonts w:cs="Iskoola Pota"/>
                <w:sz w:val="24"/>
                <w:szCs w:val="24"/>
              </w:rPr>
              <w:t xml:space="preserve"> </w:t>
            </w:r>
            <w:r w:rsidR="00BA0CB2" w:rsidRPr="007319E2">
              <w:rPr>
                <w:rFonts w:cs="Iskoola Pota"/>
                <w:sz w:val="24"/>
                <w:szCs w:val="24"/>
                <w:cs/>
                <w:lang w:bidi="si-LK"/>
              </w:rPr>
              <w:t>පනත්</w:t>
            </w:r>
            <w:r w:rsidRPr="007319E2">
              <w:rPr>
                <w:rFonts w:cs="Iskoola Pota"/>
                <w:sz w:val="24"/>
                <w:szCs w:val="24"/>
                <w:cs/>
                <w:lang w:bidi="si-LK"/>
              </w:rPr>
              <w:t xml:space="preserve"> කෙටුම්පත්</w:t>
            </w:r>
            <w:r w:rsidR="00BA0CB2" w:rsidRPr="007319E2">
              <w:rPr>
                <w:rFonts w:cs="Iskoola Pota"/>
                <w:sz w:val="24"/>
                <w:szCs w:val="24"/>
                <w:cs/>
                <w:lang w:bidi="si-LK"/>
              </w:rPr>
              <w:t xml:space="preserve"> ආදිය නිසි පරිදි ඉදිරිපත් කිරීම </w:t>
            </w:r>
            <w:r w:rsidRPr="007319E2">
              <w:rPr>
                <w:rFonts w:cs="Iskoola Pota"/>
                <w:sz w:val="24"/>
                <w:szCs w:val="24"/>
                <w:cs/>
                <w:lang w:bidi="si-LK"/>
              </w:rPr>
              <w:t>මඟින්</w:t>
            </w:r>
            <w:r w:rsidR="00BA0CB2" w:rsidRPr="007319E2">
              <w:rPr>
                <w:rFonts w:cs="Iskoola Pota"/>
                <w:sz w:val="24"/>
                <w:szCs w:val="24"/>
                <w:cs/>
                <w:lang w:bidi="si-LK"/>
              </w:rPr>
              <w:t xml:space="preserve"> ප්‍රතිපත්ති </w:t>
            </w:r>
            <w:r w:rsidRPr="007319E2">
              <w:rPr>
                <w:rFonts w:cs="Iskoola Pota"/>
                <w:sz w:val="24"/>
                <w:szCs w:val="24"/>
                <w:cs/>
                <w:lang w:bidi="si-LK"/>
              </w:rPr>
              <w:t>සම්පාදනයට දා</w:t>
            </w:r>
            <w:r w:rsidR="00BA0CB2" w:rsidRPr="007319E2">
              <w:rPr>
                <w:rFonts w:cs="Iskoola Pota"/>
                <w:sz w:val="24"/>
                <w:szCs w:val="24"/>
                <w:cs/>
                <w:lang w:bidi="si-LK"/>
              </w:rPr>
              <w:t>යක වීම</w:t>
            </w:r>
            <w:r w:rsidR="00BA0CB2" w:rsidRPr="007319E2">
              <w:rPr>
                <w:rFonts w:cs="Iskoola Pota"/>
                <w:sz w:val="24"/>
                <w:szCs w:val="24"/>
              </w:rPr>
              <w:t xml:space="preserve">, </w:t>
            </w:r>
            <w:r w:rsidR="00BA0CB2" w:rsidRPr="007319E2">
              <w:rPr>
                <w:rFonts w:cs="Iskoola Pota"/>
                <w:sz w:val="24"/>
                <w:szCs w:val="24"/>
                <w:cs/>
                <w:lang w:bidi="si-LK"/>
              </w:rPr>
              <w:t>අව</w:t>
            </w:r>
            <w:r w:rsidRPr="007319E2">
              <w:rPr>
                <w:rFonts w:cs="Iskoola Pota"/>
                <w:sz w:val="24"/>
                <w:szCs w:val="24"/>
                <w:cs/>
                <w:lang w:bidi="si-LK"/>
              </w:rPr>
              <w:t>ශ්‍ය</w:t>
            </w:r>
            <w:r w:rsidR="00BA0CB2" w:rsidRPr="007319E2">
              <w:rPr>
                <w:rFonts w:cs="Iskoola Pota"/>
                <w:sz w:val="24"/>
                <w:szCs w:val="24"/>
                <w:cs/>
                <w:lang w:bidi="si-LK"/>
              </w:rPr>
              <w:t xml:space="preserve"> ‍ මානව</w:t>
            </w:r>
            <w:r w:rsidRPr="007319E2">
              <w:rPr>
                <w:rFonts w:cs="Iskoola Pota"/>
                <w:sz w:val="24"/>
                <w:szCs w:val="24"/>
                <w:cs/>
                <w:lang w:bidi="si-LK"/>
              </w:rPr>
              <w:t xml:space="preserve"> සම්පත්</w:t>
            </w:r>
            <w:r w:rsidR="00BA0CB2" w:rsidRPr="007319E2">
              <w:rPr>
                <w:rFonts w:cs="Iskoola Pota"/>
                <w:sz w:val="24"/>
                <w:szCs w:val="24"/>
                <w:cs/>
                <w:lang w:bidi="si-LK"/>
              </w:rPr>
              <w:t xml:space="preserve"> ලබා දීමට කටයුතු කිරීම</w:t>
            </w:r>
            <w:r w:rsidR="00BA0CB2" w:rsidRPr="007319E2">
              <w:rPr>
                <w:rFonts w:cs="Iskoola Pota"/>
                <w:sz w:val="24"/>
                <w:szCs w:val="24"/>
              </w:rPr>
              <w:t xml:space="preserve">, </w:t>
            </w:r>
            <w:r w:rsidR="00BA0CB2" w:rsidRPr="007319E2">
              <w:rPr>
                <w:rFonts w:cs="Iskoola Pota"/>
                <w:sz w:val="24"/>
                <w:szCs w:val="24"/>
                <w:cs/>
                <w:lang w:bidi="si-LK"/>
              </w:rPr>
              <w:t xml:space="preserve">මානව </w:t>
            </w:r>
            <w:r w:rsidRPr="007319E2">
              <w:rPr>
                <w:rFonts w:cs="Iskoola Pota"/>
                <w:sz w:val="24"/>
                <w:szCs w:val="24"/>
                <w:cs/>
                <w:lang w:bidi="si-LK"/>
              </w:rPr>
              <w:t>සම්පත්</w:t>
            </w:r>
            <w:r w:rsidR="00BA496A" w:rsidRPr="007319E2">
              <w:rPr>
                <w:rFonts w:cs="Iskoola Pota"/>
                <w:sz w:val="24"/>
                <w:szCs w:val="24"/>
                <w:cs/>
                <w:lang w:bidi="si-LK"/>
              </w:rPr>
              <w:t xml:space="preserve"> සංවර්ධන වැඩසටහන්</w:t>
            </w:r>
            <w:r w:rsidR="00BA0CB2" w:rsidRPr="007319E2">
              <w:rPr>
                <w:rFonts w:cs="Iskoola Pota"/>
                <w:sz w:val="24"/>
                <w:szCs w:val="24"/>
                <w:cs/>
                <w:lang w:bidi="si-LK"/>
              </w:rPr>
              <w:t xml:space="preserve"> ක්‍රියාත්මක කිරීම</w:t>
            </w:r>
            <w:r w:rsidR="00BA0CB2" w:rsidRPr="007319E2">
              <w:rPr>
                <w:rFonts w:cs="Iskoola Pota"/>
                <w:sz w:val="24"/>
                <w:szCs w:val="24"/>
              </w:rPr>
              <w:t xml:space="preserve">, </w:t>
            </w:r>
            <w:r w:rsidR="00BA0CB2" w:rsidRPr="007319E2">
              <w:rPr>
                <w:rFonts w:cs="Iskoola Pota"/>
                <w:sz w:val="24"/>
                <w:szCs w:val="24"/>
                <w:cs/>
                <w:lang w:bidi="si-LK"/>
              </w:rPr>
              <w:t>මහජන</w:t>
            </w:r>
            <w:r w:rsidRPr="007319E2">
              <w:rPr>
                <w:rFonts w:cs="Iskoola Pota"/>
                <w:sz w:val="24"/>
                <w:szCs w:val="24"/>
                <w:cs/>
                <w:lang w:bidi="si-LK"/>
              </w:rPr>
              <w:t xml:space="preserve"> </w:t>
            </w:r>
            <w:r w:rsidR="00BA0CB2" w:rsidRPr="007319E2">
              <w:rPr>
                <w:rFonts w:cs="Iskoola Pota"/>
                <w:sz w:val="24"/>
                <w:szCs w:val="24"/>
                <w:cs/>
                <w:lang w:bidi="si-LK"/>
              </w:rPr>
              <w:t xml:space="preserve">දුක් ගැනවිලි </w:t>
            </w:r>
            <w:r w:rsidRPr="007319E2">
              <w:rPr>
                <w:rFonts w:cs="Iskoola Pota"/>
                <w:sz w:val="24"/>
                <w:szCs w:val="24"/>
                <w:cs/>
                <w:lang w:bidi="si-LK"/>
              </w:rPr>
              <w:t>සම්බන්ධව</w:t>
            </w:r>
            <w:r w:rsidR="00BA0CB2" w:rsidRPr="007319E2">
              <w:rPr>
                <w:rFonts w:cs="Iskoola Pota"/>
                <w:sz w:val="24"/>
                <w:szCs w:val="24"/>
                <w:cs/>
                <w:lang w:bidi="si-LK"/>
              </w:rPr>
              <w:t xml:space="preserve"> කටයුතු කිරීම</w:t>
            </w:r>
            <w:r w:rsidR="00BA0CB2" w:rsidRPr="007319E2">
              <w:rPr>
                <w:rFonts w:cs="Iskoola Pota"/>
                <w:sz w:val="24"/>
                <w:szCs w:val="24"/>
              </w:rPr>
              <w:t xml:space="preserve">, </w:t>
            </w:r>
            <w:r w:rsidR="00BA496A" w:rsidRPr="007319E2">
              <w:rPr>
                <w:rFonts w:cs="Iskoola Pota"/>
                <w:sz w:val="24"/>
                <w:szCs w:val="24"/>
                <w:cs/>
                <w:lang w:bidi="si-LK"/>
              </w:rPr>
              <w:t>පා</w:t>
            </w:r>
            <w:r w:rsidRPr="007319E2">
              <w:rPr>
                <w:rFonts w:cs="Iskoola Pota"/>
                <w:sz w:val="24"/>
                <w:szCs w:val="24"/>
                <w:cs/>
                <w:lang w:bidi="si-LK"/>
              </w:rPr>
              <w:t>ර්ලිමේන්තු</w:t>
            </w:r>
            <w:r w:rsidR="00BA0CB2" w:rsidRPr="007319E2">
              <w:rPr>
                <w:rFonts w:cs="Iskoola Pota"/>
                <w:sz w:val="24"/>
                <w:szCs w:val="24"/>
                <w:cs/>
                <w:lang w:bidi="si-LK"/>
              </w:rPr>
              <w:t xml:space="preserve"> ප්‍ර</w:t>
            </w:r>
            <w:r w:rsidRPr="007319E2">
              <w:rPr>
                <w:rFonts w:cs="Iskoola Pota"/>
                <w:sz w:val="24"/>
                <w:szCs w:val="24"/>
                <w:cs/>
                <w:lang w:bidi="si-LK"/>
              </w:rPr>
              <w:t>ශ්</w:t>
            </w:r>
            <w:r w:rsidR="00BA0CB2" w:rsidRPr="007319E2">
              <w:rPr>
                <w:rFonts w:cs="Iskoola Pota"/>
                <w:sz w:val="24"/>
                <w:szCs w:val="24"/>
                <w:cs/>
                <w:lang w:bidi="si-LK"/>
              </w:rPr>
              <w:t>නවලට පිළිතුරු සැපයීම</w:t>
            </w:r>
            <w:r w:rsidR="00BA0CB2" w:rsidRPr="007319E2">
              <w:rPr>
                <w:rFonts w:cs="Iskoola Pota"/>
                <w:sz w:val="24"/>
                <w:szCs w:val="24"/>
              </w:rPr>
              <w:t xml:space="preserve">, </w:t>
            </w:r>
            <w:r w:rsidRPr="007319E2">
              <w:rPr>
                <w:rFonts w:cs="Iskoola Pota"/>
                <w:sz w:val="24"/>
                <w:szCs w:val="24"/>
                <w:cs/>
                <w:lang w:bidi="si-LK"/>
              </w:rPr>
              <w:t>පාර්ලිමේන්තු</w:t>
            </w:r>
            <w:r w:rsidR="00BA496A" w:rsidRPr="007319E2">
              <w:rPr>
                <w:rFonts w:cs="Iskoola Pota"/>
                <w:sz w:val="24"/>
                <w:szCs w:val="24"/>
                <w:cs/>
                <w:lang w:bidi="si-LK"/>
              </w:rPr>
              <w:t xml:space="preserve"> </w:t>
            </w:r>
            <w:r w:rsidRPr="007319E2">
              <w:rPr>
                <w:rFonts w:cs="Iskoola Pota"/>
                <w:sz w:val="24"/>
                <w:szCs w:val="24"/>
                <w:cs/>
                <w:lang w:bidi="si-LK"/>
              </w:rPr>
              <w:t>උපදේශක</w:t>
            </w:r>
            <w:r w:rsidR="00BA0CB2" w:rsidRPr="007319E2">
              <w:rPr>
                <w:rFonts w:cs="Iskoola Pota"/>
                <w:sz w:val="24"/>
                <w:szCs w:val="24"/>
                <w:cs/>
                <w:lang w:bidi="si-LK"/>
              </w:rPr>
              <w:t xml:space="preserve"> කාරක සභා කටයුතු</w:t>
            </w:r>
            <w:r w:rsidR="00BA496A" w:rsidRPr="007319E2">
              <w:rPr>
                <w:rFonts w:cs="Iskoola Pota"/>
                <w:sz w:val="24"/>
                <w:szCs w:val="24"/>
              </w:rPr>
              <w:t>,</w:t>
            </w:r>
            <w:r w:rsidR="00BA0CB2" w:rsidRPr="007319E2">
              <w:rPr>
                <w:rFonts w:cs="Iskoola Pota"/>
                <w:sz w:val="24"/>
                <w:szCs w:val="24"/>
              </w:rPr>
              <w:t xml:space="preserve"> </w:t>
            </w:r>
            <w:r w:rsidR="002A3E8B" w:rsidRPr="007319E2">
              <w:rPr>
                <w:rFonts w:cs="Iskoola Pota"/>
                <w:sz w:val="24"/>
                <w:szCs w:val="24"/>
                <w:cs/>
                <w:lang w:bidi="si-LK"/>
              </w:rPr>
              <w:t>ස්</w:t>
            </w:r>
            <w:r w:rsidR="00BA0CB2" w:rsidRPr="007319E2">
              <w:rPr>
                <w:rFonts w:cs="Iskoola Pota"/>
                <w:sz w:val="24"/>
                <w:szCs w:val="24"/>
                <w:cs/>
                <w:lang w:bidi="si-LK"/>
              </w:rPr>
              <w:t>ථාවර නි</w:t>
            </w:r>
            <w:r w:rsidR="002A3E8B" w:rsidRPr="007319E2">
              <w:rPr>
                <w:rFonts w:cs="Iskoola Pota"/>
                <w:sz w:val="24"/>
                <w:szCs w:val="24"/>
                <w:cs/>
                <w:lang w:bidi="si-LK"/>
              </w:rPr>
              <w:t>යෝග</w:t>
            </w:r>
            <w:r w:rsidR="00BA0CB2" w:rsidRPr="007319E2">
              <w:rPr>
                <w:rFonts w:cs="Iskoola Pota"/>
                <w:sz w:val="24"/>
                <w:szCs w:val="24"/>
                <w:cs/>
                <w:lang w:bidi="si-LK"/>
              </w:rPr>
              <w:t xml:space="preserve"> ඇතුළු</w:t>
            </w:r>
            <w:r w:rsidR="00BA496A" w:rsidRPr="007319E2">
              <w:rPr>
                <w:rFonts w:cs="Iskoola Pota"/>
                <w:sz w:val="24"/>
                <w:szCs w:val="24"/>
                <w:cs/>
                <w:lang w:bidi="si-LK"/>
              </w:rPr>
              <w:t xml:space="preserve"> </w:t>
            </w:r>
            <w:r w:rsidR="00BA0CB2" w:rsidRPr="007319E2">
              <w:rPr>
                <w:rFonts w:cs="Iskoola Pota"/>
                <w:sz w:val="24"/>
                <w:szCs w:val="24"/>
                <w:cs/>
                <w:lang w:bidi="si-LK"/>
              </w:rPr>
              <w:t xml:space="preserve">සියලුම </w:t>
            </w:r>
            <w:r w:rsidR="002A3E8B" w:rsidRPr="007319E2">
              <w:rPr>
                <w:rFonts w:cs="Iskoola Pota"/>
                <w:sz w:val="24"/>
                <w:szCs w:val="24"/>
                <w:cs/>
                <w:lang w:bidi="si-LK"/>
              </w:rPr>
              <w:t>පාර්ලිමේන්තු</w:t>
            </w:r>
            <w:r w:rsidR="00BA0CB2" w:rsidRPr="007319E2">
              <w:rPr>
                <w:rFonts w:cs="Iskoola Pota"/>
                <w:sz w:val="24"/>
                <w:szCs w:val="24"/>
                <w:cs/>
                <w:lang w:bidi="si-LK"/>
              </w:rPr>
              <w:t xml:space="preserve"> කටයුතු </w:t>
            </w:r>
            <w:r w:rsidR="002A3E8B" w:rsidRPr="007319E2">
              <w:rPr>
                <w:rFonts w:cs="Iskoola Pota"/>
                <w:sz w:val="24"/>
                <w:szCs w:val="24"/>
                <w:cs/>
                <w:lang w:bidi="si-LK"/>
              </w:rPr>
              <w:t>සම්බන්ධිකරණය</w:t>
            </w:r>
            <w:r w:rsidR="00BA0CB2" w:rsidRPr="007319E2">
              <w:rPr>
                <w:rFonts w:cs="Iskoola Pota"/>
                <w:sz w:val="24"/>
                <w:szCs w:val="24"/>
              </w:rPr>
              <w:t xml:space="preserve">, </w:t>
            </w:r>
            <w:r w:rsidR="00BA0CB2" w:rsidRPr="007319E2">
              <w:rPr>
                <w:rFonts w:cs="Iskoola Pota"/>
                <w:sz w:val="24"/>
                <w:szCs w:val="24"/>
                <w:cs/>
                <w:lang w:bidi="si-LK"/>
              </w:rPr>
              <w:t>පරිවාස හා ළමාරක්ෂක සේවා</w:t>
            </w:r>
            <w:r w:rsidR="004B3141" w:rsidRPr="007319E2">
              <w:rPr>
                <w:rFonts w:cs="Iskoola Pota"/>
                <w:sz w:val="24"/>
                <w:szCs w:val="24"/>
                <w:cs/>
                <w:lang w:bidi="si-LK"/>
              </w:rPr>
              <w:t xml:space="preserve"> දෙපා</w:t>
            </w:r>
            <w:r w:rsidR="00BA496A" w:rsidRPr="007319E2">
              <w:rPr>
                <w:rFonts w:cs="Iskoola Pota"/>
                <w:sz w:val="24"/>
                <w:szCs w:val="24"/>
                <w:cs/>
                <w:lang w:bidi="si-LK"/>
              </w:rPr>
              <w:t xml:space="preserve">ර්තමේන්තුවේ </w:t>
            </w:r>
            <w:r w:rsidR="002A3E8B" w:rsidRPr="007319E2">
              <w:rPr>
                <w:rFonts w:cs="Iskoola Pota"/>
                <w:sz w:val="24"/>
                <w:szCs w:val="24"/>
                <w:cs/>
                <w:lang w:bidi="si-LK"/>
              </w:rPr>
              <w:t>මෙන්ම</w:t>
            </w:r>
            <w:r w:rsidR="00BA0CB2" w:rsidRPr="007319E2">
              <w:rPr>
                <w:rFonts w:cs="Iskoola Pota"/>
                <w:sz w:val="24"/>
                <w:szCs w:val="24"/>
                <w:cs/>
                <w:lang w:bidi="si-LK"/>
              </w:rPr>
              <w:t xml:space="preserve"> ජාතික ළමා ආරක්ෂක අධිකාරියේ </w:t>
            </w:r>
            <w:r w:rsidR="002A3E8B" w:rsidRPr="007319E2">
              <w:rPr>
                <w:rFonts w:cs="Iskoola Pota"/>
                <w:sz w:val="24"/>
                <w:szCs w:val="24"/>
                <w:cs/>
                <w:lang w:bidi="si-LK"/>
              </w:rPr>
              <w:t>වාර්ෂික</w:t>
            </w:r>
            <w:r w:rsidR="00BA0CB2" w:rsidRPr="007319E2">
              <w:rPr>
                <w:rFonts w:cs="Iskoola Pota"/>
                <w:sz w:val="24"/>
                <w:szCs w:val="24"/>
                <w:cs/>
                <w:lang w:bidi="si-LK"/>
              </w:rPr>
              <w:t xml:space="preserve"> </w:t>
            </w:r>
            <w:r w:rsidR="002A3E8B" w:rsidRPr="007319E2">
              <w:rPr>
                <w:rFonts w:cs="Iskoola Pota"/>
                <w:sz w:val="24"/>
                <w:szCs w:val="24"/>
                <w:cs/>
                <w:lang w:bidi="si-LK"/>
              </w:rPr>
              <w:t xml:space="preserve">වාර්තාවන් </w:t>
            </w:r>
            <w:r w:rsidR="00BA0CB2" w:rsidRPr="007319E2">
              <w:rPr>
                <w:rFonts w:cs="Iskoola Pota"/>
                <w:sz w:val="24"/>
                <w:szCs w:val="24"/>
                <w:cs/>
                <w:lang w:bidi="si-LK"/>
              </w:rPr>
              <w:t xml:space="preserve"> පාර්ලි</w:t>
            </w:r>
            <w:r w:rsidR="002A3E8B" w:rsidRPr="007319E2">
              <w:rPr>
                <w:rFonts w:cs="Iskoola Pota"/>
                <w:sz w:val="24"/>
                <w:szCs w:val="24"/>
                <w:cs/>
                <w:lang w:bidi="si-LK"/>
              </w:rPr>
              <w:t>මේන්තු</w:t>
            </w:r>
            <w:r w:rsidR="00BA496A" w:rsidRPr="007319E2">
              <w:rPr>
                <w:rFonts w:cs="Iskoola Pota"/>
                <w:sz w:val="24"/>
                <w:szCs w:val="24"/>
                <w:cs/>
                <w:lang w:bidi="si-LK"/>
              </w:rPr>
              <w:t xml:space="preserve"> </w:t>
            </w:r>
            <w:r w:rsidR="00BA0CB2" w:rsidRPr="007319E2">
              <w:rPr>
                <w:rFonts w:cs="Iskoola Pota"/>
                <w:sz w:val="24"/>
                <w:szCs w:val="24"/>
                <w:cs/>
                <w:lang w:bidi="si-LK"/>
              </w:rPr>
              <w:t>අනුමැතියට ඉදිරිපත් කිරීමට අව</w:t>
            </w:r>
            <w:r w:rsidR="002A3E8B" w:rsidRPr="007319E2">
              <w:rPr>
                <w:rFonts w:cs="Iskoola Pota"/>
                <w:sz w:val="24"/>
                <w:szCs w:val="24"/>
                <w:cs/>
                <w:lang w:bidi="si-LK"/>
              </w:rPr>
              <w:t>ශ්‍ය</w:t>
            </w:r>
            <w:r w:rsidR="00BA0CB2" w:rsidRPr="007319E2">
              <w:rPr>
                <w:rFonts w:cs="Iskoola Pota"/>
                <w:sz w:val="24"/>
                <w:szCs w:val="24"/>
                <w:cs/>
                <w:lang w:bidi="si-LK"/>
              </w:rPr>
              <w:t xml:space="preserve"> ‍ කටයුතු </w:t>
            </w:r>
            <w:r w:rsidR="002A3E8B" w:rsidRPr="007319E2">
              <w:rPr>
                <w:rFonts w:cs="Iskoola Pota"/>
                <w:sz w:val="24"/>
                <w:szCs w:val="24"/>
                <w:cs/>
                <w:lang w:bidi="si-LK"/>
              </w:rPr>
              <w:t>සම්පාදනය</w:t>
            </w:r>
            <w:r w:rsidR="00BA0CB2" w:rsidRPr="007319E2">
              <w:rPr>
                <w:rFonts w:cs="Iskoola Pota"/>
                <w:sz w:val="24"/>
                <w:szCs w:val="24"/>
                <w:cs/>
                <w:lang w:bidi="si-LK"/>
              </w:rPr>
              <w:t xml:space="preserve"> කිරීම</w:t>
            </w:r>
            <w:r w:rsidR="00BA0CB2" w:rsidRPr="007319E2">
              <w:rPr>
                <w:rFonts w:cs="Iskoola Pota"/>
                <w:sz w:val="24"/>
                <w:szCs w:val="24"/>
              </w:rPr>
              <w:t xml:space="preserve">, </w:t>
            </w:r>
            <w:r w:rsidR="00BA0CB2" w:rsidRPr="007319E2">
              <w:rPr>
                <w:rFonts w:cs="Iskoola Pota"/>
                <w:sz w:val="24"/>
                <w:szCs w:val="24"/>
                <w:cs/>
                <w:lang w:bidi="si-LK"/>
              </w:rPr>
              <w:t>ජනාධිපති කාර්යාල</w:t>
            </w:r>
            <w:r w:rsidR="00BA0CB2" w:rsidRPr="007319E2">
              <w:rPr>
                <w:rFonts w:cs="Iskoola Pota"/>
                <w:sz w:val="24"/>
                <w:szCs w:val="24"/>
              </w:rPr>
              <w:t xml:space="preserve">, </w:t>
            </w:r>
            <w:r w:rsidR="00BA0CB2" w:rsidRPr="007319E2">
              <w:rPr>
                <w:rFonts w:cs="Iskoola Pota"/>
                <w:sz w:val="24"/>
                <w:szCs w:val="24"/>
                <w:cs/>
                <w:lang w:bidi="si-LK"/>
              </w:rPr>
              <w:t>අග්‍රාමාත‍</w:t>
            </w:r>
            <w:r w:rsidR="002A3E8B" w:rsidRPr="007319E2">
              <w:rPr>
                <w:rFonts w:cs="Iskoola Pota"/>
                <w:sz w:val="24"/>
                <w:szCs w:val="24"/>
                <w:cs/>
                <w:lang w:bidi="si-LK"/>
              </w:rPr>
              <w:t>්‍ය</w:t>
            </w:r>
            <w:r w:rsidR="00BA496A" w:rsidRPr="007319E2">
              <w:rPr>
                <w:rFonts w:cs="Iskoola Pota"/>
                <w:sz w:val="24"/>
                <w:szCs w:val="24"/>
                <w:cs/>
                <w:lang w:bidi="si-LK"/>
              </w:rPr>
              <w:t xml:space="preserve"> </w:t>
            </w:r>
            <w:r w:rsidR="00BA0CB2" w:rsidRPr="007319E2">
              <w:rPr>
                <w:rFonts w:cs="Iskoola Pota"/>
                <w:sz w:val="24"/>
                <w:szCs w:val="24"/>
                <w:cs/>
                <w:lang w:bidi="si-LK"/>
              </w:rPr>
              <w:t>කාර්යාලය හා අමාත‍</w:t>
            </w:r>
            <w:r w:rsidR="002A3E8B" w:rsidRPr="007319E2">
              <w:rPr>
                <w:rFonts w:cs="Iskoola Pota"/>
                <w:sz w:val="24"/>
                <w:szCs w:val="24"/>
                <w:cs/>
                <w:lang w:bidi="si-LK"/>
              </w:rPr>
              <w:t>්‍ය</w:t>
            </w:r>
            <w:r w:rsidR="00BA0CB2" w:rsidRPr="007319E2">
              <w:rPr>
                <w:rFonts w:cs="Iskoola Pota"/>
                <w:sz w:val="24"/>
                <w:szCs w:val="24"/>
                <w:cs/>
                <w:lang w:bidi="si-LK"/>
              </w:rPr>
              <w:t xml:space="preserve"> මණ්ඩල කාර්යාලයේ කටයුතු </w:t>
            </w:r>
            <w:r w:rsidR="002A3E8B" w:rsidRPr="007319E2">
              <w:rPr>
                <w:rFonts w:cs="Iskoola Pota"/>
                <w:sz w:val="24"/>
                <w:szCs w:val="24"/>
                <w:cs/>
                <w:lang w:bidi="si-LK"/>
              </w:rPr>
              <w:t xml:space="preserve">සම්බන්ධිකරණය </w:t>
            </w:r>
            <w:r w:rsidR="00BA496A" w:rsidRPr="007319E2">
              <w:rPr>
                <w:rFonts w:cs="Iskoola Pota"/>
                <w:sz w:val="24"/>
                <w:szCs w:val="24"/>
                <w:cs/>
                <w:lang w:bidi="si-LK"/>
              </w:rPr>
              <w:t xml:space="preserve"> හා ‍තො</w:t>
            </w:r>
            <w:r w:rsidR="00BA0CB2" w:rsidRPr="007319E2">
              <w:rPr>
                <w:rFonts w:cs="Iskoola Pota"/>
                <w:sz w:val="24"/>
                <w:szCs w:val="24"/>
                <w:cs/>
                <w:lang w:bidi="si-LK"/>
              </w:rPr>
              <w:t xml:space="preserve">රතුරු </w:t>
            </w:r>
            <w:r w:rsidR="002A3E8B" w:rsidRPr="007319E2">
              <w:rPr>
                <w:rFonts w:cs="Iskoola Pota"/>
                <w:sz w:val="24"/>
                <w:szCs w:val="24"/>
                <w:cs/>
                <w:lang w:bidi="si-LK"/>
              </w:rPr>
              <w:t xml:space="preserve">දැන ගැනීමේ </w:t>
            </w:r>
            <w:r w:rsidR="00BA0CB2" w:rsidRPr="007319E2">
              <w:rPr>
                <w:rFonts w:cs="Iskoola Pota"/>
                <w:sz w:val="24"/>
                <w:szCs w:val="24"/>
                <w:cs/>
                <w:lang w:bidi="si-LK"/>
              </w:rPr>
              <w:t xml:space="preserve">පනත </w:t>
            </w:r>
            <w:r w:rsidR="002A3E8B" w:rsidRPr="007319E2">
              <w:rPr>
                <w:rFonts w:cs="Iskoola Pota"/>
                <w:sz w:val="24"/>
                <w:szCs w:val="24"/>
                <w:cs/>
                <w:lang w:bidi="si-LK"/>
              </w:rPr>
              <w:t>සම්බන්ධව</w:t>
            </w:r>
            <w:r w:rsidR="00BA0CB2" w:rsidRPr="007319E2">
              <w:rPr>
                <w:rFonts w:cs="Iskoola Pota"/>
                <w:sz w:val="24"/>
                <w:szCs w:val="24"/>
                <w:cs/>
                <w:lang w:bidi="si-LK"/>
              </w:rPr>
              <w:t xml:space="preserve"> කටයුතු කිරීම ප්‍රධාන කාර්ය</w:t>
            </w:r>
            <w:r w:rsidR="001E69DC">
              <w:rPr>
                <w:rFonts w:cs="Iskoola Pota" w:hint="cs"/>
                <w:sz w:val="24"/>
                <w:szCs w:val="24"/>
                <w:cs/>
                <w:lang w:bidi="si-LK"/>
              </w:rPr>
              <w:t xml:space="preserve"> </w:t>
            </w:r>
            <w:r w:rsidR="00BA0CB2" w:rsidRPr="007319E2">
              <w:rPr>
                <w:rFonts w:cs="Iskoola Pota"/>
                <w:sz w:val="24"/>
                <w:szCs w:val="24"/>
                <w:cs/>
                <w:lang w:bidi="si-LK"/>
              </w:rPr>
              <w:t>භා</w:t>
            </w:r>
            <w:r w:rsidR="002A3E8B" w:rsidRPr="007319E2">
              <w:rPr>
                <w:rFonts w:cs="Iskoola Pota"/>
                <w:sz w:val="24"/>
                <w:szCs w:val="24"/>
                <w:cs/>
                <w:lang w:bidi="si-LK"/>
              </w:rPr>
              <w:t>රයන්</w:t>
            </w:r>
            <w:r w:rsidR="00BA0CB2" w:rsidRPr="007319E2">
              <w:rPr>
                <w:rFonts w:cs="Iskoola Pota"/>
                <w:sz w:val="24"/>
                <w:szCs w:val="24"/>
                <w:cs/>
                <w:lang w:bidi="si-LK"/>
              </w:rPr>
              <w:t xml:space="preserve"> අතර </w:t>
            </w:r>
            <w:r w:rsidR="002A3E8B" w:rsidRPr="007319E2">
              <w:rPr>
                <w:rFonts w:cs="Iskoola Pota"/>
                <w:sz w:val="24"/>
                <w:szCs w:val="24"/>
                <w:cs/>
                <w:lang w:bidi="si-LK"/>
              </w:rPr>
              <w:t>වේ</w:t>
            </w:r>
            <w:r w:rsidR="00BA0CB2" w:rsidRPr="007319E2">
              <w:rPr>
                <w:rFonts w:cs="Iskoola Pota"/>
                <w:sz w:val="24"/>
                <w:szCs w:val="24"/>
                <w:cs/>
                <w:lang w:bidi="si-LK"/>
              </w:rPr>
              <w:t>.</w:t>
            </w:r>
          </w:p>
          <w:p w:rsidR="00A32EDC" w:rsidRPr="007319E2" w:rsidRDefault="00A32EDC" w:rsidP="00A32EDC">
            <w:pPr>
              <w:spacing w:line="276" w:lineRule="auto"/>
              <w:jc w:val="both"/>
              <w:rPr>
                <w:rFonts w:cs="Iskoola Pota"/>
                <w:sz w:val="24"/>
                <w:szCs w:val="24"/>
              </w:rPr>
            </w:pPr>
          </w:p>
        </w:tc>
        <w:tc>
          <w:tcPr>
            <w:tcW w:w="1530" w:type="dxa"/>
          </w:tcPr>
          <w:p w:rsidR="00F853F4" w:rsidRPr="007319E2" w:rsidRDefault="002A3E8B" w:rsidP="00A32EDC">
            <w:pPr>
              <w:spacing w:line="276" w:lineRule="auto"/>
              <w:jc w:val="both"/>
              <w:rPr>
                <w:rFonts w:cs="Iskoola Pota"/>
                <w:sz w:val="24"/>
                <w:szCs w:val="24"/>
                <w:lang w:bidi="si-LK"/>
              </w:rPr>
            </w:pPr>
            <w:r w:rsidRPr="007319E2">
              <w:rPr>
                <w:rFonts w:cs="Iskoola Pota"/>
                <w:sz w:val="24"/>
                <w:szCs w:val="24"/>
                <w:cs/>
                <w:lang w:bidi="si-LK"/>
              </w:rPr>
              <w:t>011 2187273</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lang w:bidi="si-LK"/>
              </w:rPr>
            </w:pPr>
            <w:r w:rsidRPr="007319E2">
              <w:rPr>
                <w:rFonts w:cs="Iskoola Pota"/>
                <w:sz w:val="24"/>
                <w:szCs w:val="24"/>
                <w:cs/>
                <w:lang w:bidi="si-LK"/>
              </w:rPr>
              <w:t>ගිණුම් අංශය</w:t>
            </w:r>
          </w:p>
        </w:tc>
        <w:tc>
          <w:tcPr>
            <w:tcW w:w="6390" w:type="dxa"/>
          </w:tcPr>
          <w:p w:rsidR="00A32EDC" w:rsidRPr="007319E2" w:rsidRDefault="007D0831" w:rsidP="00A32EDC">
            <w:pPr>
              <w:spacing w:line="276" w:lineRule="auto"/>
              <w:jc w:val="both"/>
              <w:rPr>
                <w:rFonts w:cs="Iskoola Pota"/>
                <w:sz w:val="24"/>
                <w:szCs w:val="24"/>
                <w:lang w:bidi="si-LK"/>
              </w:rPr>
            </w:pPr>
            <w:r w:rsidRPr="007319E2">
              <w:rPr>
                <w:rFonts w:cs="Iskoola Pota"/>
                <w:sz w:val="24"/>
                <w:szCs w:val="24"/>
                <w:cs/>
                <w:lang w:bidi="si-LK"/>
              </w:rPr>
              <w:t>මෙහෙයුම් හා සංවර්ධන වැඩසටහන් සඳහා වාර්ෂික ප්‍රතිපාදන සපයා ගැනීම</w:t>
            </w:r>
            <w:r w:rsidRPr="007319E2">
              <w:rPr>
                <w:rFonts w:cs="Iskoola Pota"/>
                <w:sz w:val="24"/>
                <w:szCs w:val="24"/>
              </w:rPr>
              <w:t xml:space="preserve">, </w:t>
            </w:r>
            <w:r w:rsidRPr="007319E2">
              <w:rPr>
                <w:rFonts w:cs="Iskoola Pota"/>
                <w:sz w:val="24"/>
                <w:szCs w:val="24"/>
                <w:cs/>
                <w:lang w:bidi="si-LK"/>
              </w:rPr>
              <w:t>කළමනාකරණය</w:t>
            </w:r>
            <w:r w:rsidRPr="007319E2">
              <w:rPr>
                <w:rFonts w:cs="Iskoola Pota"/>
                <w:sz w:val="24"/>
                <w:szCs w:val="24"/>
              </w:rPr>
              <w:t xml:space="preserve"> </w:t>
            </w:r>
            <w:r w:rsidRPr="007319E2">
              <w:rPr>
                <w:rFonts w:cs="Iskoola Pota"/>
                <w:sz w:val="24"/>
                <w:szCs w:val="24"/>
                <w:cs/>
                <w:lang w:bidi="si-LK"/>
              </w:rPr>
              <w:t>කිරීම හා ගෙවීම් සිදු කිරීම සමඟම</w:t>
            </w:r>
            <w:r w:rsidRPr="007319E2">
              <w:rPr>
                <w:rFonts w:cs="Iskoola Pota"/>
                <w:sz w:val="24"/>
                <w:szCs w:val="24"/>
              </w:rPr>
              <w:t xml:space="preserve">, </w:t>
            </w:r>
            <w:r w:rsidRPr="007319E2">
              <w:rPr>
                <w:rFonts w:cs="Iskoola Pota"/>
                <w:sz w:val="24"/>
                <w:szCs w:val="24"/>
                <w:cs/>
                <w:lang w:bidi="si-LK"/>
              </w:rPr>
              <w:t>රාජ‍්‍ය ගිණුම් පවත</w:t>
            </w:r>
            <w:r w:rsidR="00BA496A" w:rsidRPr="007319E2">
              <w:rPr>
                <w:rFonts w:cs="Iskoola Pota"/>
                <w:sz w:val="24"/>
                <w:szCs w:val="24"/>
                <w:cs/>
                <w:lang w:bidi="si-LK"/>
              </w:rPr>
              <w:t>්වා ගනිමින් විනිවිද භාවයකින්</w:t>
            </w:r>
            <w:r w:rsidRPr="007319E2">
              <w:rPr>
                <w:rFonts w:cs="Iskoola Pota"/>
                <w:sz w:val="24"/>
                <w:szCs w:val="24"/>
                <w:cs/>
                <w:lang w:bidi="si-LK"/>
              </w:rPr>
              <w:t xml:space="preserve"> යුතුව</w:t>
            </w:r>
            <w:r w:rsidRPr="007319E2">
              <w:rPr>
                <w:rFonts w:cs="Iskoola Pota"/>
                <w:sz w:val="24"/>
                <w:szCs w:val="24"/>
              </w:rPr>
              <w:t xml:space="preserve">, </w:t>
            </w:r>
            <w:r w:rsidRPr="007319E2">
              <w:rPr>
                <w:rFonts w:cs="Iskoola Pota"/>
                <w:sz w:val="24"/>
                <w:szCs w:val="24"/>
                <w:cs/>
                <w:lang w:bidi="si-LK"/>
              </w:rPr>
              <w:t>මුදල්</w:t>
            </w:r>
            <w:r w:rsidRPr="007319E2">
              <w:rPr>
                <w:rFonts w:cs="Iskoola Pota"/>
                <w:sz w:val="24"/>
                <w:szCs w:val="24"/>
              </w:rPr>
              <w:t xml:space="preserve"> </w:t>
            </w:r>
            <w:r w:rsidRPr="007319E2">
              <w:rPr>
                <w:rFonts w:cs="Iskoola Pota"/>
                <w:sz w:val="24"/>
                <w:szCs w:val="24"/>
                <w:cs/>
                <w:lang w:bidi="si-LK"/>
              </w:rPr>
              <w:t>රෙගුලාසි මඟින් ප්‍රධාන ගණන්දීමේ නිලධාරියා වෙත පැවරී ඇති බලතල</w:t>
            </w:r>
            <w:r w:rsidRPr="007319E2">
              <w:rPr>
                <w:rFonts w:cs="Iskoola Pota"/>
                <w:sz w:val="24"/>
                <w:szCs w:val="24"/>
              </w:rPr>
              <w:t xml:space="preserve">, </w:t>
            </w:r>
            <w:r w:rsidRPr="007319E2">
              <w:rPr>
                <w:rFonts w:cs="Iskoola Pota"/>
                <w:sz w:val="24"/>
                <w:szCs w:val="24"/>
                <w:cs/>
                <w:lang w:bidi="si-LK"/>
              </w:rPr>
              <w:t>මූල්‍ය විනයකින් යුතුව</w:t>
            </w:r>
            <w:r w:rsidRPr="007319E2">
              <w:rPr>
                <w:rFonts w:cs="Iskoola Pota"/>
                <w:sz w:val="24"/>
                <w:szCs w:val="24"/>
              </w:rPr>
              <w:t xml:space="preserve"> </w:t>
            </w:r>
            <w:r w:rsidRPr="007319E2">
              <w:rPr>
                <w:rFonts w:cs="Iskoola Pota"/>
                <w:sz w:val="24"/>
                <w:szCs w:val="24"/>
                <w:cs/>
                <w:lang w:bidi="si-LK"/>
              </w:rPr>
              <w:t>පවත්</w:t>
            </w:r>
            <w:r w:rsidR="006903C4" w:rsidRPr="007319E2">
              <w:rPr>
                <w:rFonts w:cs="Iskoola Pota"/>
                <w:sz w:val="24"/>
                <w:szCs w:val="24"/>
                <w:cs/>
                <w:lang w:bidi="si-LK"/>
              </w:rPr>
              <w:t>වා‍ගෙන</w:t>
            </w:r>
            <w:r w:rsidR="00BA496A" w:rsidRPr="007319E2">
              <w:rPr>
                <w:rFonts w:cs="Iskoola Pota"/>
                <w:sz w:val="24"/>
                <w:szCs w:val="24"/>
                <w:cs/>
                <w:lang w:bidi="si-LK"/>
              </w:rPr>
              <w:t xml:space="preserve"> යාම පැවරී ඇති කාර්යයන් වේ</w:t>
            </w:r>
            <w:r w:rsidRPr="007319E2">
              <w:rPr>
                <w:rFonts w:cs="Iskoola Pota"/>
                <w:sz w:val="24"/>
                <w:szCs w:val="24"/>
                <w:rtl/>
                <w:cs/>
              </w:rPr>
              <w:t>.</w:t>
            </w:r>
            <w:r w:rsidRPr="007319E2">
              <w:rPr>
                <w:rFonts w:cs="Iskoola Pota"/>
                <w:sz w:val="24"/>
                <w:szCs w:val="24"/>
              </w:rPr>
              <w:t xml:space="preserve"> </w:t>
            </w:r>
            <w:r w:rsidRPr="007319E2">
              <w:rPr>
                <w:rFonts w:cs="Iskoola Pota"/>
                <w:sz w:val="24"/>
                <w:szCs w:val="24"/>
                <w:cs/>
                <w:lang w:bidi="si-LK"/>
              </w:rPr>
              <w:t>අමාත්‍යාංශයට</w:t>
            </w:r>
            <w:r w:rsidRPr="007319E2">
              <w:rPr>
                <w:rFonts w:cs="Iskoola Pota"/>
                <w:sz w:val="24"/>
                <w:szCs w:val="24"/>
                <w:rtl/>
                <w:cs/>
              </w:rPr>
              <w:t xml:space="preserve"> </w:t>
            </w:r>
            <w:r w:rsidRPr="007319E2">
              <w:rPr>
                <w:rFonts w:cs="Iskoola Pota"/>
                <w:sz w:val="24"/>
                <w:szCs w:val="24"/>
                <w:cs/>
                <w:lang w:bidi="si-LK"/>
              </w:rPr>
              <w:t>අදාල ගිණුම් කටයුතු සහ සමස්ත</w:t>
            </w:r>
            <w:r w:rsidRPr="007319E2">
              <w:rPr>
                <w:rFonts w:cs="Iskoola Pota"/>
                <w:sz w:val="24"/>
                <w:szCs w:val="24"/>
                <w:rtl/>
                <w:cs/>
              </w:rPr>
              <w:t xml:space="preserve"> </w:t>
            </w:r>
            <w:r w:rsidRPr="007319E2">
              <w:rPr>
                <w:rFonts w:cs="Iskoola Pota"/>
                <w:sz w:val="24"/>
                <w:szCs w:val="24"/>
                <w:cs/>
                <w:lang w:bidi="si-LK"/>
              </w:rPr>
              <w:t>ප්‍රසම්පාදන ක්‍රියාවලිය සිදුකිරීමට අමතරව</w:t>
            </w:r>
            <w:r w:rsidRPr="007319E2">
              <w:rPr>
                <w:rFonts w:cs="Iskoola Pota"/>
                <w:sz w:val="24"/>
                <w:szCs w:val="24"/>
              </w:rPr>
              <w:t xml:space="preserve"> </w:t>
            </w:r>
            <w:r w:rsidR="00AB643B">
              <w:rPr>
                <w:rFonts w:cs="Iskoola Pota"/>
                <w:sz w:val="24"/>
                <w:szCs w:val="24"/>
                <w:cs/>
                <w:lang w:bidi="si-LK"/>
              </w:rPr>
              <w:t>දෙපාර්ත</w:t>
            </w:r>
            <w:r w:rsidR="00AB643B">
              <w:rPr>
                <w:rFonts w:cs="Iskoola Pota" w:hint="cs"/>
                <w:sz w:val="24"/>
                <w:szCs w:val="24"/>
                <w:cs/>
                <w:lang w:bidi="si-LK"/>
              </w:rPr>
              <w:t>මේ</w:t>
            </w:r>
            <w:r w:rsidRPr="007319E2">
              <w:rPr>
                <w:rFonts w:cs="Iskoola Pota"/>
                <w:sz w:val="24"/>
                <w:szCs w:val="24"/>
                <w:cs/>
                <w:lang w:bidi="si-LK"/>
              </w:rPr>
              <w:t>න්තු</w:t>
            </w:r>
            <w:r w:rsidRPr="007319E2">
              <w:rPr>
                <w:rFonts w:cs="Iskoola Pota"/>
                <w:sz w:val="24"/>
                <w:szCs w:val="24"/>
              </w:rPr>
              <w:t xml:space="preserve">, </w:t>
            </w:r>
            <w:r w:rsidRPr="007319E2">
              <w:rPr>
                <w:rFonts w:cs="Iskoola Pota"/>
                <w:sz w:val="24"/>
                <w:szCs w:val="24"/>
                <w:cs/>
                <w:lang w:bidi="si-LK"/>
              </w:rPr>
              <w:t>ව්‍යවස්ථාපිත ආයතන හා මණ්ඩලවල ගිණුම් සුපරීක්ෂණය ද සිදු කරනු ලැබේ.</w:t>
            </w:r>
          </w:p>
        </w:tc>
        <w:tc>
          <w:tcPr>
            <w:tcW w:w="1530" w:type="dxa"/>
          </w:tcPr>
          <w:p w:rsidR="00F853F4" w:rsidRPr="007319E2" w:rsidRDefault="00B85562" w:rsidP="00A32EDC">
            <w:pPr>
              <w:spacing w:line="276" w:lineRule="auto"/>
              <w:jc w:val="both"/>
              <w:rPr>
                <w:rFonts w:cs="Iskoola Pota"/>
                <w:sz w:val="24"/>
                <w:szCs w:val="24"/>
              </w:rPr>
            </w:pPr>
            <w:r w:rsidRPr="007319E2">
              <w:rPr>
                <w:rFonts w:cs="Iskoola Pota"/>
                <w:sz w:val="24"/>
                <w:szCs w:val="24"/>
              </w:rPr>
              <w:t>011 2187254</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lang w:bidi="si-LK"/>
              </w:rPr>
            </w:pPr>
            <w:r w:rsidRPr="007319E2">
              <w:rPr>
                <w:rFonts w:cs="Iskoola Pota"/>
                <w:sz w:val="24"/>
                <w:szCs w:val="24"/>
                <w:cs/>
                <w:lang w:bidi="si-LK"/>
              </w:rPr>
              <w:t>සැලසුම් හා තොරතුරු තාක්ෂණ අංශය</w:t>
            </w:r>
          </w:p>
        </w:tc>
        <w:tc>
          <w:tcPr>
            <w:tcW w:w="6390" w:type="dxa"/>
          </w:tcPr>
          <w:p w:rsidR="00F853F4" w:rsidRPr="007319E2" w:rsidRDefault="00AF089A" w:rsidP="00A32EDC">
            <w:pPr>
              <w:spacing w:line="276" w:lineRule="auto"/>
              <w:jc w:val="both"/>
              <w:rPr>
                <w:rFonts w:cs="Iskoola Pota"/>
                <w:sz w:val="24"/>
                <w:szCs w:val="24"/>
              </w:rPr>
            </w:pPr>
            <w:r>
              <w:rPr>
                <w:rFonts w:cs="Iskoola Pota"/>
                <w:sz w:val="24"/>
                <w:szCs w:val="24"/>
                <w:cs/>
                <w:lang w:bidi="si-LK"/>
              </w:rPr>
              <w:t>අමාත‍්‍යාංශයේ සියලුම අංශ</w:t>
            </w:r>
            <w:r w:rsidR="00523BC4" w:rsidRPr="007319E2">
              <w:rPr>
                <w:rFonts w:cs="Iskoola Pota"/>
                <w:sz w:val="24"/>
                <w:szCs w:val="24"/>
                <w:cs/>
                <w:lang w:bidi="si-LK"/>
              </w:rPr>
              <w:t>වල</w:t>
            </w:r>
            <w:r w:rsidR="00523BC4" w:rsidRPr="007319E2">
              <w:rPr>
                <w:rFonts w:cs="Iskoola Pota"/>
                <w:sz w:val="24"/>
                <w:szCs w:val="24"/>
                <w:rtl/>
                <w:cs/>
              </w:rPr>
              <w:t xml:space="preserve">/ </w:t>
            </w:r>
            <w:r>
              <w:rPr>
                <w:rFonts w:cs="Iskoola Pota"/>
                <w:sz w:val="24"/>
                <w:szCs w:val="24"/>
                <w:cs/>
                <w:lang w:bidi="si-LK"/>
              </w:rPr>
              <w:t>දෙපාර්තමේන්තු</w:t>
            </w:r>
            <w:r w:rsidR="00523BC4" w:rsidRPr="007319E2">
              <w:rPr>
                <w:rFonts w:cs="Iskoola Pota"/>
                <w:sz w:val="24"/>
                <w:szCs w:val="24"/>
                <w:cs/>
                <w:lang w:bidi="si-LK"/>
              </w:rPr>
              <w:t>වල</w:t>
            </w:r>
            <w:r w:rsidR="00523BC4" w:rsidRPr="007319E2">
              <w:rPr>
                <w:rFonts w:cs="Iskoola Pota"/>
                <w:sz w:val="24"/>
                <w:szCs w:val="24"/>
                <w:rtl/>
                <w:cs/>
              </w:rPr>
              <w:t>/</w:t>
            </w:r>
            <w:r w:rsidR="00523BC4" w:rsidRPr="007319E2">
              <w:rPr>
                <w:rFonts w:cs="Iskoola Pota"/>
                <w:sz w:val="24"/>
                <w:szCs w:val="24"/>
                <w:rtl/>
                <w:cs/>
                <w:lang w:bidi="si-LK"/>
              </w:rPr>
              <w:t xml:space="preserve">ආයතනවල </w:t>
            </w:r>
            <w:r w:rsidR="00523BC4" w:rsidRPr="007319E2">
              <w:rPr>
                <w:rFonts w:cs="Iskoola Pota"/>
                <w:sz w:val="24"/>
                <w:szCs w:val="24"/>
                <w:cs/>
                <w:lang w:bidi="si-LK"/>
              </w:rPr>
              <w:t>‍තොරතුරු ඒකාබද්ධ කර වාර්ෂික</w:t>
            </w:r>
            <w:r w:rsidR="00523BC4" w:rsidRPr="007319E2">
              <w:rPr>
                <w:rFonts w:cs="Iskoola Pota"/>
                <w:sz w:val="24"/>
                <w:szCs w:val="24"/>
                <w:lang w:bidi="si-LK"/>
              </w:rPr>
              <w:t xml:space="preserve"> </w:t>
            </w:r>
            <w:r w:rsidR="00523BC4" w:rsidRPr="007319E2">
              <w:rPr>
                <w:rFonts w:cs="Iskoola Pota"/>
                <w:sz w:val="24"/>
                <w:szCs w:val="24"/>
                <w:cs/>
                <w:lang w:bidi="si-LK"/>
              </w:rPr>
              <w:t>ක්‍රියාකාරී සැලසුම්  සකස් කිරීම</w:t>
            </w:r>
            <w:r w:rsidR="00523BC4" w:rsidRPr="007319E2">
              <w:rPr>
                <w:rFonts w:cs="Iskoola Pota"/>
                <w:sz w:val="24"/>
                <w:szCs w:val="24"/>
                <w:lang w:bidi="si-LK"/>
              </w:rPr>
              <w:t xml:space="preserve">, </w:t>
            </w:r>
            <w:r w:rsidR="00523BC4" w:rsidRPr="007319E2">
              <w:rPr>
                <w:rFonts w:cs="Iskoola Pota"/>
                <w:sz w:val="24"/>
                <w:szCs w:val="24"/>
                <w:cs/>
                <w:lang w:bidi="si-LK"/>
              </w:rPr>
              <w:t>කාන්තා හා ළමා ක්ෂේත්‍රයට අදාළ ජාතික සැලසුම්</w:t>
            </w:r>
            <w:r w:rsidR="00226CC9" w:rsidRPr="007319E2">
              <w:rPr>
                <w:rFonts w:cs="Iskoola Pota"/>
                <w:sz w:val="24"/>
                <w:szCs w:val="24"/>
                <w:cs/>
                <w:lang w:bidi="si-LK"/>
              </w:rPr>
              <w:t xml:space="preserve"> සම්පාදන</w:t>
            </w:r>
            <w:r w:rsidR="00523BC4" w:rsidRPr="007319E2">
              <w:rPr>
                <w:rFonts w:cs="Iskoola Pota"/>
                <w:sz w:val="24"/>
                <w:szCs w:val="24"/>
                <w:lang w:bidi="si-LK"/>
              </w:rPr>
              <w:t xml:space="preserve"> </w:t>
            </w:r>
            <w:r w:rsidR="00226CC9" w:rsidRPr="007319E2">
              <w:rPr>
                <w:rFonts w:cs="Iskoola Pota"/>
                <w:sz w:val="24"/>
                <w:szCs w:val="24"/>
                <w:cs/>
                <w:lang w:bidi="si-LK"/>
              </w:rPr>
              <w:t>කිරීම හා අවශ්‍ය දාය</w:t>
            </w:r>
            <w:r w:rsidR="00523BC4" w:rsidRPr="007319E2">
              <w:rPr>
                <w:rFonts w:cs="Iskoola Pota"/>
                <w:sz w:val="24"/>
                <w:szCs w:val="24"/>
                <w:cs/>
                <w:lang w:bidi="si-LK"/>
              </w:rPr>
              <w:t>කත්වය ලබා දීම</w:t>
            </w:r>
            <w:r w:rsidR="00523BC4" w:rsidRPr="007319E2">
              <w:rPr>
                <w:rFonts w:cs="Iskoola Pota"/>
                <w:sz w:val="24"/>
                <w:szCs w:val="24"/>
                <w:lang w:bidi="si-LK"/>
              </w:rPr>
              <w:t xml:space="preserve">, </w:t>
            </w:r>
            <w:r>
              <w:rPr>
                <w:rFonts w:cs="Iskoola Pota"/>
                <w:sz w:val="24"/>
                <w:szCs w:val="24"/>
                <w:cs/>
                <w:lang w:bidi="si-LK"/>
              </w:rPr>
              <w:t>ක්‍රියාකාරී සැලසුම්</w:t>
            </w:r>
            <w:r w:rsidR="00226CC9" w:rsidRPr="007319E2">
              <w:rPr>
                <w:rFonts w:cs="Iskoola Pota"/>
                <w:sz w:val="24"/>
                <w:szCs w:val="24"/>
                <w:cs/>
                <w:lang w:bidi="si-LK"/>
              </w:rPr>
              <w:t>වලට අදාළ</w:t>
            </w:r>
            <w:r w:rsidR="00523BC4" w:rsidRPr="007319E2">
              <w:rPr>
                <w:rFonts w:cs="Iskoola Pota"/>
                <w:sz w:val="24"/>
                <w:szCs w:val="24"/>
                <w:cs/>
                <w:lang w:bidi="si-LK"/>
              </w:rPr>
              <w:t>ව ප්‍රගති වාර්තාකරණය</w:t>
            </w:r>
            <w:r w:rsidR="00523BC4" w:rsidRPr="007319E2">
              <w:rPr>
                <w:rFonts w:cs="Iskoola Pota"/>
                <w:sz w:val="24"/>
                <w:szCs w:val="24"/>
                <w:lang w:bidi="si-LK"/>
              </w:rPr>
              <w:t xml:space="preserve">, </w:t>
            </w:r>
            <w:r w:rsidR="00226CC9" w:rsidRPr="007319E2">
              <w:rPr>
                <w:rFonts w:cs="Iskoola Pota"/>
                <w:sz w:val="24"/>
                <w:szCs w:val="24"/>
                <w:cs/>
                <w:lang w:bidi="si-LK"/>
              </w:rPr>
              <w:t>ජාතික මට්ටමේ සිට ප්‍රාදේශීය මට්ටම දක්වා දිස්ත්‍රික් සම්බන්ධීකරණ ක්‍රියාවලිය පවත්වාගෙ</w:t>
            </w:r>
            <w:r w:rsidR="00523BC4" w:rsidRPr="007319E2">
              <w:rPr>
                <w:rFonts w:cs="Iskoola Pota"/>
                <w:sz w:val="24"/>
                <w:szCs w:val="24"/>
                <w:cs/>
                <w:lang w:bidi="si-LK"/>
              </w:rPr>
              <w:t>න</w:t>
            </w:r>
            <w:r w:rsidR="00523BC4" w:rsidRPr="007319E2">
              <w:rPr>
                <w:rFonts w:cs="Iskoola Pota"/>
                <w:sz w:val="24"/>
                <w:szCs w:val="24"/>
                <w:lang w:bidi="si-LK"/>
              </w:rPr>
              <w:t xml:space="preserve"> </w:t>
            </w:r>
            <w:r w:rsidR="00523BC4" w:rsidRPr="007319E2">
              <w:rPr>
                <w:rFonts w:cs="Iskoola Pota"/>
                <w:sz w:val="24"/>
                <w:szCs w:val="24"/>
                <w:cs/>
                <w:lang w:bidi="si-LK"/>
              </w:rPr>
              <w:t>යාම</w:t>
            </w:r>
            <w:r w:rsidR="00523BC4" w:rsidRPr="007319E2">
              <w:rPr>
                <w:rFonts w:cs="Iskoola Pota"/>
                <w:sz w:val="24"/>
                <w:szCs w:val="24"/>
                <w:lang w:bidi="si-LK"/>
              </w:rPr>
              <w:t xml:space="preserve">, </w:t>
            </w:r>
            <w:r w:rsidR="00600104">
              <w:rPr>
                <w:rFonts w:cs="Iskoola Pota"/>
                <w:sz w:val="24"/>
                <w:szCs w:val="24"/>
                <w:cs/>
                <w:lang w:bidi="si-LK"/>
              </w:rPr>
              <w:t>අමාත‍</w:t>
            </w:r>
            <w:r w:rsidR="00600104">
              <w:rPr>
                <w:rFonts w:cs="Iskoola Pota" w:hint="cs"/>
                <w:sz w:val="24"/>
                <w:szCs w:val="24"/>
                <w:cs/>
                <w:lang w:bidi="si-LK"/>
              </w:rPr>
              <w:t>්‍යාං</w:t>
            </w:r>
            <w:r w:rsidR="006903C4" w:rsidRPr="007319E2">
              <w:rPr>
                <w:rFonts w:cs="Iskoola Pota"/>
                <w:sz w:val="24"/>
                <w:szCs w:val="24"/>
                <w:cs/>
                <w:lang w:bidi="si-LK"/>
              </w:rPr>
              <w:t>ශ</w:t>
            </w:r>
            <w:r w:rsidR="00226CC9" w:rsidRPr="007319E2">
              <w:rPr>
                <w:rFonts w:cs="Iskoola Pota"/>
                <w:sz w:val="24"/>
                <w:szCs w:val="24"/>
                <w:cs/>
                <w:lang w:bidi="si-LK"/>
              </w:rPr>
              <w:t xml:space="preserve">යට අදාළ සංවර්ධන </w:t>
            </w:r>
            <w:r w:rsidR="006903C4" w:rsidRPr="007319E2">
              <w:rPr>
                <w:rFonts w:cs="Iskoola Pota"/>
                <w:sz w:val="24"/>
                <w:szCs w:val="24"/>
                <w:cs/>
                <w:lang w:bidi="si-LK"/>
              </w:rPr>
              <w:t>වැඩසටහන් මෙහෙයුම්කරණය  හා ඇගයීම,</w:t>
            </w:r>
            <w:r w:rsidR="00226CC9" w:rsidRPr="007319E2">
              <w:rPr>
                <w:rFonts w:cs="Iskoola Pota"/>
                <w:sz w:val="24"/>
                <w:szCs w:val="24"/>
                <w:cs/>
                <w:lang w:bidi="si-LK"/>
              </w:rPr>
              <w:t xml:space="preserve"> </w:t>
            </w:r>
            <w:r w:rsidR="00523BC4" w:rsidRPr="007319E2">
              <w:rPr>
                <w:rFonts w:cs="Iskoola Pota"/>
                <w:sz w:val="24"/>
                <w:szCs w:val="24"/>
                <w:cs/>
                <w:lang w:bidi="si-LK"/>
              </w:rPr>
              <w:t>සංවර්ධන</w:t>
            </w:r>
            <w:r w:rsidR="00523BC4" w:rsidRPr="007319E2">
              <w:rPr>
                <w:rFonts w:cs="Iskoola Pota"/>
                <w:sz w:val="24"/>
                <w:szCs w:val="24"/>
                <w:lang w:bidi="si-LK"/>
              </w:rPr>
              <w:t xml:space="preserve"> </w:t>
            </w:r>
            <w:r>
              <w:rPr>
                <w:rFonts w:cs="Iskoola Pota"/>
                <w:sz w:val="24"/>
                <w:szCs w:val="24"/>
                <w:cs/>
                <w:lang w:bidi="si-LK"/>
              </w:rPr>
              <w:t>වැඩසටහන්</w:t>
            </w:r>
            <w:r w:rsidR="00226CC9" w:rsidRPr="007319E2">
              <w:rPr>
                <w:rFonts w:cs="Iskoola Pota"/>
                <w:sz w:val="24"/>
                <w:szCs w:val="24"/>
                <w:cs/>
                <w:lang w:bidi="si-LK"/>
              </w:rPr>
              <w:t>වලට</w:t>
            </w:r>
            <w:r w:rsidR="00B74661">
              <w:rPr>
                <w:rFonts w:cs="Iskoola Pota"/>
                <w:sz w:val="24"/>
                <w:szCs w:val="24"/>
                <w:cs/>
                <w:lang w:bidi="si-LK"/>
              </w:rPr>
              <w:t xml:space="preserve"> අදාළ ඉදිරි වාර්ෂික අයවැය ඇස්ත</w:t>
            </w:r>
            <w:r w:rsidR="00B74661">
              <w:rPr>
                <w:rFonts w:cs="Iskoola Pota" w:hint="cs"/>
                <w:sz w:val="24"/>
                <w:szCs w:val="24"/>
                <w:cs/>
                <w:lang w:bidi="si-LK"/>
              </w:rPr>
              <w:t>මේ</w:t>
            </w:r>
            <w:r w:rsidR="00226CC9" w:rsidRPr="007319E2">
              <w:rPr>
                <w:rFonts w:cs="Iskoola Pota"/>
                <w:sz w:val="24"/>
                <w:szCs w:val="24"/>
                <w:cs/>
                <w:lang w:bidi="si-LK"/>
              </w:rPr>
              <w:t xml:space="preserve">න්තු හා නව ව‍්‍යාපෘති </w:t>
            </w:r>
            <w:r w:rsidR="00523BC4" w:rsidRPr="007319E2">
              <w:rPr>
                <w:rFonts w:cs="Iskoola Pota"/>
                <w:sz w:val="24"/>
                <w:szCs w:val="24"/>
                <w:cs/>
                <w:lang w:bidi="si-LK"/>
              </w:rPr>
              <w:t>යෝජනා ඉදිරිපත්</w:t>
            </w:r>
            <w:r w:rsidR="00523BC4" w:rsidRPr="007319E2">
              <w:rPr>
                <w:rFonts w:cs="Iskoola Pota"/>
                <w:sz w:val="24"/>
                <w:szCs w:val="24"/>
                <w:lang w:bidi="si-LK"/>
              </w:rPr>
              <w:t xml:space="preserve"> </w:t>
            </w:r>
            <w:r w:rsidR="006903C4" w:rsidRPr="007319E2">
              <w:rPr>
                <w:rFonts w:cs="Iskoola Pota"/>
                <w:sz w:val="24"/>
                <w:szCs w:val="24"/>
                <w:cs/>
                <w:lang w:bidi="si-LK"/>
              </w:rPr>
              <w:t>කිරීම</w:t>
            </w:r>
            <w:r w:rsidR="00523BC4" w:rsidRPr="007319E2">
              <w:rPr>
                <w:rFonts w:cs="Iskoola Pota"/>
                <w:sz w:val="24"/>
                <w:szCs w:val="24"/>
                <w:lang w:bidi="si-LK"/>
              </w:rPr>
              <w:t xml:space="preserve">, </w:t>
            </w:r>
            <w:r w:rsidR="00226CC9" w:rsidRPr="007319E2">
              <w:rPr>
                <w:rFonts w:cs="Iskoola Pota"/>
                <w:sz w:val="24"/>
                <w:szCs w:val="24"/>
                <w:cs/>
                <w:lang w:bidi="si-LK"/>
              </w:rPr>
              <w:t>අමාත්‍යාංශයේ වාර්ෂික කාර්ය සාධන වාර්තාව සකස්</w:t>
            </w:r>
            <w:r w:rsidR="00523BC4" w:rsidRPr="007319E2">
              <w:rPr>
                <w:rFonts w:cs="Iskoola Pota"/>
                <w:sz w:val="24"/>
                <w:szCs w:val="24"/>
                <w:cs/>
                <w:lang w:bidi="si-LK"/>
              </w:rPr>
              <w:t xml:space="preserve"> කර පාර්ලි</w:t>
            </w:r>
            <w:r w:rsidR="00226CC9" w:rsidRPr="007319E2">
              <w:rPr>
                <w:rFonts w:cs="Iskoola Pota"/>
                <w:sz w:val="24"/>
                <w:szCs w:val="24"/>
                <w:cs/>
                <w:lang w:bidi="si-LK"/>
              </w:rPr>
              <w:t>මේන්තුවට</w:t>
            </w:r>
            <w:r w:rsidR="00523BC4" w:rsidRPr="007319E2">
              <w:rPr>
                <w:rFonts w:cs="Iskoola Pota"/>
                <w:sz w:val="24"/>
                <w:szCs w:val="24"/>
                <w:cs/>
                <w:lang w:bidi="si-LK"/>
              </w:rPr>
              <w:t xml:space="preserve"> ඉදිරිපත් කිරී</w:t>
            </w:r>
            <w:r w:rsidR="00F669F2" w:rsidRPr="007319E2">
              <w:rPr>
                <w:rFonts w:cs="Iskoola Pota"/>
                <w:sz w:val="24"/>
                <w:szCs w:val="24"/>
                <w:cs/>
                <w:lang w:bidi="si-LK"/>
              </w:rPr>
              <w:t>ම ප්‍රධාන කාර්යයන් වේ.</w:t>
            </w:r>
          </w:p>
        </w:tc>
        <w:tc>
          <w:tcPr>
            <w:tcW w:w="1530" w:type="dxa"/>
          </w:tcPr>
          <w:p w:rsidR="00F853F4" w:rsidRPr="007319E2" w:rsidRDefault="00B85562" w:rsidP="00A32EDC">
            <w:pPr>
              <w:spacing w:line="276" w:lineRule="auto"/>
              <w:jc w:val="both"/>
              <w:rPr>
                <w:rFonts w:cs="Iskoola Pota"/>
                <w:sz w:val="24"/>
                <w:szCs w:val="24"/>
              </w:rPr>
            </w:pPr>
            <w:r w:rsidRPr="007319E2">
              <w:rPr>
                <w:rFonts w:cs="Iskoola Pota"/>
                <w:sz w:val="24"/>
                <w:szCs w:val="24"/>
              </w:rPr>
              <w:t>011 2187275</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cs/>
                <w:lang w:bidi="si-LK"/>
              </w:rPr>
            </w:pPr>
            <w:r w:rsidRPr="007319E2">
              <w:rPr>
                <w:rFonts w:cs="Iskoola Pota"/>
                <w:sz w:val="24"/>
                <w:szCs w:val="24"/>
                <w:cs/>
                <w:lang w:bidi="si-LK"/>
              </w:rPr>
              <w:lastRenderedPageBreak/>
              <w:t>සංවර්ධන අංශය</w:t>
            </w:r>
          </w:p>
        </w:tc>
        <w:tc>
          <w:tcPr>
            <w:tcW w:w="6390" w:type="dxa"/>
          </w:tcPr>
          <w:p w:rsidR="00F853F4" w:rsidRPr="007319E2" w:rsidRDefault="00F669F2" w:rsidP="00A32EDC">
            <w:pPr>
              <w:spacing w:line="276" w:lineRule="auto"/>
              <w:jc w:val="both"/>
              <w:rPr>
                <w:rFonts w:cs="Iskoola Pota"/>
                <w:sz w:val="24"/>
                <w:szCs w:val="24"/>
                <w:lang w:bidi="si-LK"/>
              </w:rPr>
            </w:pPr>
            <w:r w:rsidRPr="007319E2">
              <w:rPr>
                <w:rFonts w:cs="Iskoola Pota"/>
                <w:sz w:val="24"/>
                <w:szCs w:val="24"/>
                <w:cs/>
                <w:lang w:bidi="si-LK"/>
              </w:rPr>
              <w:t>ළමා අපචාර හා කාන්තා හිංසනය වැළැක්වීමට අදාළ වැඩසටහන් පැවැත්විම.</w:t>
            </w:r>
          </w:p>
          <w:p w:rsidR="00F669F2" w:rsidRPr="007319E2" w:rsidRDefault="00F669F2" w:rsidP="00A32EDC">
            <w:pPr>
              <w:spacing w:line="276" w:lineRule="auto"/>
              <w:jc w:val="both"/>
              <w:rPr>
                <w:rFonts w:cs="Iskoola Pota"/>
                <w:sz w:val="24"/>
                <w:szCs w:val="24"/>
                <w:lang w:bidi="si-LK"/>
              </w:rPr>
            </w:pPr>
            <w:r w:rsidRPr="007319E2">
              <w:rPr>
                <w:rFonts w:cs="Iskoola Pota"/>
                <w:sz w:val="24"/>
                <w:szCs w:val="24"/>
                <w:cs/>
                <w:lang w:bidi="si-LK"/>
              </w:rPr>
              <w:t>ස්ත්‍රී පුරුෂ සමාජ</w:t>
            </w:r>
            <w:r w:rsidR="00AB643B">
              <w:rPr>
                <w:rFonts w:cs="Iskoola Pota"/>
                <w:sz w:val="24"/>
                <w:szCs w:val="24"/>
                <w:cs/>
                <w:lang w:bidi="si-LK"/>
              </w:rPr>
              <w:t>භාවය හා කාන්තා අයිතිවාසිකම් පි</w:t>
            </w:r>
            <w:r w:rsidR="00AB643B">
              <w:rPr>
                <w:rFonts w:cs="Iskoola Pota" w:hint="cs"/>
                <w:sz w:val="24"/>
                <w:szCs w:val="24"/>
                <w:cs/>
                <w:lang w:bidi="si-LK"/>
              </w:rPr>
              <w:t>ළි</w:t>
            </w:r>
            <w:r w:rsidRPr="007319E2">
              <w:rPr>
                <w:rFonts w:cs="Iskoola Pota"/>
                <w:sz w:val="24"/>
                <w:szCs w:val="24"/>
                <w:cs/>
                <w:lang w:bidi="si-LK"/>
              </w:rPr>
              <w:t>බඳ වැඩසටහන-එක්සත් ජාතීන්ගේ ජනගහන අරමුදල් (</w:t>
            </w:r>
            <w:r w:rsidRPr="007319E2">
              <w:rPr>
                <w:rFonts w:cs="Iskoola Pota"/>
                <w:sz w:val="24"/>
                <w:szCs w:val="24"/>
                <w:lang w:bidi="si-LK"/>
              </w:rPr>
              <w:t>UNFPA)</w:t>
            </w:r>
            <w:r w:rsidR="00AF089A">
              <w:rPr>
                <w:rFonts w:cs="Iskoola Pota"/>
                <w:sz w:val="24"/>
                <w:szCs w:val="24"/>
                <w:cs/>
                <w:lang w:bidi="si-LK"/>
              </w:rPr>
              <w:t xml:space="preserve"> ප්‍රතිපාදන මඟින</w:t>
            </w:r>
            <w:r w:rsidR="00AF089A">
              <w:rPr>
                <w:rFonts w:cs="Iskoola Pota" w:hint="cs"/>
                <w:sz w:val="24"/>
                <w:szCs w:val="24"/>
                <w:cs/>
                <w:lang w:bidi="si-LK"/>
              </w:rPr>
              <w:t>්</w:t>
            </w:r>
            <w:r w:rsidRPr="007319E2">
              <w:rPr>
                <w:rFonts w:cs="Iskoola Pota"/>
                <w:sz w:val="24"/>
                <w:szCs w:val="24"/>
                <w:cs/>
                <w:lang w:bidi="si-LK"/>
              </w:rPr>
              <w:t xml:space="preserve"> ක්‍රියාත්මක කරන වැඩසටහන්, ආයතනගතව සිට සමාජගත වන අඩු ආදායම්ලාභී පවුල් සඳහා නිවාස පහසුකම් සපයා ගැනීමට ම</w:t>
            </w:r>
            <w:r w:rsidR="00AB643B">
              <w:rPr>
                <w:rFonts w:cs="Iskoola Pota"/>
                <w:sz w:val="24"/>
                <w:szCs w:val="24"/>
                <w:cs/>
                <w:lang w:bidi="si-LK"/>
              </w:rPr>
              <w:t xml:space="preserve">ූල්‍යාධාර ලබා දීමේ වැඩසටහන </w:t>
            </w:r>
            <w:r w:rsidR="00AB643B">
              <w:rPr>
                <w:rFonts w:cs="Iskoola Pota" w:hint="cs"/>
                <w:sz w:val="24"/>
                <w:szCs w:val="24"/>
                <w:cs/>
                <w:lang w:bidi="si-LK"/>
              </w:rPr>
              <w:t>ක්‍රි</w:t>
            </w:r>
            <w:r w:rsidR="001E69DC">
              <w:rPr>
                <w:rFonts w:cs="Iskoola Pota"/>
                <w:sz w:val="24"/>
                <w:szCs w:val="24"/>
                <w:cs/>
                <w:lang w:bidi="si-LK"/>
              </w:rPr>
              <w:t>යා</w:t>
            </w:r>
            <w:r w:rsidR="001E69DC">
              <w:rPr>
                <w:rFonts w:cs="Iskoola Pota" w:hint="cs"/>
                <w:sz w:val="24"/>
                <w:szCs w:val="24"/>
                <w:cs/>
                <w:lang w:bidi="si-LK"/>
              </w:rPr>
              <w:t>ත්</w:t>
            </w:r>
            <w:r w:rsidRPr="007319E2">
              <w:rPr>
                <w:rFonts w:cs="Iskoola Pota"/>
                <w:sz w:val="24"/>
                <w:szCs w:val="24"/>
                <w:cs/>
                <w:lang w:bidi="si-LK"/>
              </w:rPr>
              <w:t>මක කිරීම.</w:t>
            </w:r>
          </w:p>
          <w:p w:rsidR="00F669F2" w:rsidRPr="007319E2" w:rsidRDefault="00F669F2" w:rsidP="00A32EDC">
            <w:pPr>
              <w:spacing w:line="276" w:lineRule="auto"/>
              <w:jc w:val="both"/>
              <w:rPr>
                <w:rFonts w:cs="Iskoola Pota"/>
                <w:sz w:val="24"/>
                <w:szCs w:val="24"/>
                <w:cs/>
                <w:lang w:bidi="si-LK"/>
              </w:rPr>
            </w:pPr>
            <w:r w:rsidRPr="007319E2">
              <w:rPr>
                <w:rFonts w:cs="Iskoola Pota"/>
                <w:sz w:val="24"/>
                <w:szCs w:val="24"/>
                <w:cs/>
                <w:lang w:bidi="si-LK"/>
              </w:rPr>
              <w:t>ආයතනික රැකවරණ හෝ භාරකාරත්වය යටතේ වන ළමුන් සහ වීදි ළමුන් සඳහා ජීවන වියදම් දීමනාව ලබා දීම. අන්තර්ජාතික ප්‍රඥප්ති, ගිවිසුම්, එකඟතා සඳහා විදේශ කටයුතු අමාත්‍යාංශය වෙත වාර්තා යොමු කිරීම</w:t>
            </w:r>
            <w:r w:rsidR="0048386F" w:rsidRPr="007319E2">
              <w:rPr>
                <w:rFonts w:cs="Iskoola Pota"/>
                <w:sz w:val="24"/>
                <w:szCs w:val="24"/>
                <w:cs/>
                <w:lang w:bidi="si-LK"/>
              </w:rPr>
              <w:t>.</w:t>
            </w:r>
          </w:p>
        </w:tc>
        <w:tc>
          <w:tcPr>
            <w:tcW w:w="1530" w:type="dxa"/>
          </w:tcPr>
          <w:p w:rsidR="00F853F4" w:rsidRPr="007319E2" w:rsidRDefault="00B85562" w:rsidP="00A32EDC">
            <w:pPr>
              <w:spacing w:line="276" w:lineRule="auto"/>
              <w:jc w:val="both"/>
              <w:rPr>
                <w:rFonts w:cs="Iskoola Pota"/>
                <w:sz w:val="24"/>
                <w:szCs w:val="24"/>
                <w:lang w:bidi="si-LK"/>
              </w:rPr>
            </w:pPr>
            <w:r w:rsidRPr="007319E2">
              <w:rPr>
                <w:rFonts w:cs="Iskoola Pota"/>
                <w:sz w:val="24"/>
                <w:szCs w:val="24"/>
              </w:rPr>
              <w:t>011 218</w:t>
            </w:r>
            <w:r w:rsidR="0048386F" w:rsidRPr="007319E2">
              <w:rPr>
                <w:rFonts w:cs="Iskoola Pota"/>
                <w:sz w:val="24"/>
                <w:szCs w:val="24"/>
                <w:cs/>
                <w:lang w:bidi="si-LK"/>
              </w:rPr>
              <w:t>6075</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cs/>
                <w:lang w:bidi="si-LK"/>
              </w:rPr>
            </w:pPr>
            <w:r w:rsidRPr="007319E2">
              <w:rPr>
                <w:rFonts w:cs="Iskoola Pota"/>
                <w:sz w:val="24"/>
                <w:szCs w:val="24"/>
                <w:cs/>
                <w:lang w:bidi="si-LK"/>
              </w:rPr>
              <w:t>මුල් ළමාවිය පිළිබඳ ජාතික ලේකම් කාර්යාලය</w:t>
            </w:r>
          </w:p>
        </w:tc>
        <w:tc>
          <w:tcPr>
            <w:tcW w:w="6390" w:type="dxa"/>
          </w:tcPr>
          <w:p w:rsidR="00F853F4" w:rsidRPr="007319E2" w:rsidRDefault="00BE0A4A" w:rsidP="00A32EDC">
            <w:pPr>
              <w:spacing w:line="276" w:lineRule="auto"/>
              <w:jc w:val="both"/>
              <w:rPr>
                <w:rFonts w:cs="Iskoola Pota"/>
                <w:sz w:val="24"/>
                <w:szCs w:val="24"/>
              </w:rPr>
            </w:pPr>
            <w:r w:rsidRPr="007319E2">
              <w:rPr>
                <w:rFonts w:cs="Iskoola Pota"/>
                <w:sz w:val="24"/>
                <w:szCs w:val="24"/>
                <w:cs/>
                <w:lang w:bidi="si-LK"/>
              </w:rPr>
              <w:t>මුල් ළමාවිය රැකවරණය හා සංවර්ධනය පිළිබඳ ජාතික ප්‍රතිපත්ති</w:t>
            </w:r>
            <w:r w:rsidRPr="007319E2">
              <w:rPr>
                <w:rFonts w:cs="Iskoola Pota"/>
                <w:sz w:val="24"/>
                <w:szCs w:val="24"/>
              </w:rPr>
              <w:t xml:space="preserve">, </w:t>
            </w:r>
            <w:r w:rsidR="009F02BA" w:rsidRPr="007319E2">
              <w:rPr>
                <w:rFonts w:cs="Iskoola Pota"/>
                <w:sz w:val="24"/>
                <w:szCs w:val="24"/>
                <w:cs/>
                <w:lang w:bidi="si-LK"/>
              </w:rPr>
              <w:t>ව‍්‍යාපෘති/ වැඩසටහන්</w:t>
            </w:r>
            <w:r w:rsidRPr="007319E2">
              <w:rPr>
                <w:rFonts w:cs="Iskoola Pota"/>
                <w:sz w:val="24"/>
                <w:szCs w:val="24"/>
                <w:cs/>
                <w:lang w:bidi="si-LK"/>
              </w:rPr>
              <w:t xml:space="preserve"> සකස්</w:t>
            </w:r>
            <w:r w:rsidRPr="007319E2">
              <w:rPr>
                <w:rFonts w:cs="Iskoola Pota"/>
                <w:sz w:val="24"/>
                <w:szCs w:val="24"/>
              </w:rPr>
              <w:t xml:space="preserve"> </w:t>
            </w:r>
            <w:r w:rsidR="00523E28" w:rsidRPr="007319E2">
              <w:rPr>
                <w:rFonts w:cs="Iskoola Pota"/>
                <w:sz w:val="24"/>
                <w:szCs w:val="24"/>
                <w:cs/>
                <w:lang w:bidi="si-LK"/>
              </w:rPr>
              <w:t>කිරීම හා ක්‍රියාත්මක කිරීම</w:t>
            </w:r>
            <w:r w:rsidR="00523E28" w:rsidRPr="007319E2">
              <w:rPr>
                <w:rFonts w:cs="Iskoola Pota"/>
                <w:sz w:val="24"/>
                <w:szCs w:val="24"/>
                <w:lang w:bidi="si-LK"/>
              </w:rPr>
              <w:t xml:space="preserve">, </w:t>
            </w:r>
            <w:r w:rsidRPr="007319E2">
              <w:rPr>
                <w:rFonts w:cs="Iskoola Pota"/>
                <w:sz w:val="24"/>
                <w:szCs w:val="24"/>
                <w:cs/>
                <w:lang w:bidi="si-LK"/>
              </w:rPr>
              <w:t>රා</w:t>
            </w:r>
            <w:r w:rsidR="00E97022" w:rsidRPr="007319E2">
              <w:rPr>
                <w:rFonts w:cs="Iskoola Pota"/>
                <w:sz w:val="24"/>
                <w:szCs w:val="24"/>
                <w:cs/>
                <w:lang w:bidi="si-LK"/>
              </w:rPr>
              <w:t>ජ්‍ය</w:t>
            </w:r>
            <w:r w:rsidRPr="007319E2">
              <w:rPr>
                <w:rFonts w:cs="Iskoola Pota"/>
                <w:sz w:val="24"/>
                <w:szCs w:val="24"/>
              </w:rPr>
              <w:t>,</w:t>
            </w:r>
            <w:r w:rsidR="00E97022" w:rsidRPr="007319E2">
              <w:rPr>
                <w:rFonts w:cs="Iskoola Pota"/>
                <w:sz w:val="24"/>
                <w:szCs w:val="24"/>
                <w:cs/>
                <w:lang w:bidi="si-LK"/>
              </w:rPr>
              <w:t xml:space="preserve"> </w:t>
            </w:r>
            <w:r w:rsidR="00523E28" w:rsidRPr="007319E2">
              <w:rPr>
                <w:rFonts w:cs="Iskoola Pota"/>
                <w:sz w:val="24"/>
                <w:szCs w:val="24"/>
                <w:cs/>
                <w:lang w:bidi="si-LK"/>
              </w:rPr>
              <w:t xml:space="preserve">රාජ්‍ය </w:t>
            </w:r>
            <w:r w:rsidR="00E97022" w:rsidRPr="007319E2">
              <w:rPr>
                <w:rFonts w:cs="Iskoola Pota"/>
                <w:sz w:val="24"/>
                <w:szCs w:val="24"/>
                <w:cs/>
                <w:lang w:bidi="si-LK"/>
              </w:rPr>
              <w:t>නො</w:t>
            </w:r>
            <w:r w:rsidRPr="007319E2">
              <w:rPr>
                <w:rFonts w:cs="Iskoola Pota"/>
                <w:sz w:val="24"/>
                <w:szCs w:val="24"/>
                <w:cs/>
                <w:lang w:bidi="si-LK"/>
              </w:rPr>
              <w:t>වන</w:t>
            </w:r>
            <w:r w:rsidR="00523E28" w:rsidRPr="007319E2">
              <w:rPr>
                <w:rFonts w:cs="Iskoola Pota"/>
                <w:sz w:val="24"/>
                <w:szCs w:val="24"/>
                <w:lang w:bidi="si-LK"/>
              </w:rPr>
              <w:t xml:space="preserve"> </w:t>
            </w:r>
            <w:r w:rsidR="00523E28" w:rsidRPr="007319E2">
              <w:rPr>
                <w:rFonts w:cs="Iskoola Pota"/>
                <w:sz w:val="24"/>
                <w:szCs w:val="24"/>
                <w:cs/>
                <w:lang w:bidi="si-LK"/>
              </w:rPr>
              <w:t>සහ පෞද්ගලික අංශවල</w:t>
            </w:r>
            <w:r w:rsidRPr="007319E2">
              <w:rPr>
                <w:rFonts w:cs="Iskoola Pota"/>
                <w:sz w:val="24"/>
                <w:szCs w:val="24"/>
              </w:rPr>
              <w:t xml:space="preserve"> </w:t>
            </w:r>
            <w:r w:rsidR="00E97022" w:rsidRPr="007319E2">
              <w:rPr>
                <w:rFonts w:cs="Iskoola Pota"/>
                <w:sz w:val="24"/>
                <w:szCs w:val="24"/>
                <w:cs/>
                <w:lang w:bidi="si-LK"/>
              </w:rPr>
              <w:t>මුල් ළමාවිය සංවර්ධන වැඩසටහන්</w:t>
            </w:r>
            <w:r w:rsidRPr="007319E2">
              <w:rPr>
                <w:rFonts w:cs="Iskoola Pota"/>
                <w:sz w:val="24"/>
                <w:szCs w:val="24"/>
                <w:cs/>
                <w:lang w:bidi="si-LK"/>
              </w:rPr>
              <w:t xml:space="preserve"> </w:t>
            </w:r>
            <w:r w:rsidR="00E97022" w:rsidRPr="007319E2">
              <w:rPr>
                <w:rFonts w:cs="Iskoola Pota"/>
                <w:sz w:val="24"/>
                <w:szCs w:val="24"/>
                <w:cs/>
                <w:lang w:bidi="si-LK"/>
              </w:rPr>
              <w:t>සම්බන</w:t>
            </w:r>
            <w:r w:rsidR="009F02BA" w:rsidRPr="007319E2">
              <w:rPr>
                <w:rFonts w:cs="Iskoola Pota"/>
                <w:sz w:val="24"/>
                <w:szCs w:val="24"/>
                <w:cs/>
                <w:lang w:bidi="si-LK"/>
              </w:rPr>
              <w:t>්</w:t>
            </w:r>
            <w:r w:rsidR="00E97022" w:rsidRPr="007319E2">
              <w:rPr>
                <w:rFonts w:cs="Iskoola Pota"/>
                <w:sz w:val="24"/>
                <w:szCs w:val="24"/>
                <w:cs/>
                <w:lang w:bidi="si-LK"/>
              </w:rPr>
              <w:t>ධීකරණය</w:t>
            </w:r>
            <w:r w:rsidRPr="007319E2">
              <w:rPr>
                <w:rFonts w:cs="Iskoola Pota"/>
                <w:sz w:val="24"/>
                <w:szCs w:val="24"/>
                <w:cs/>
                <w:lang w:bidi="si-LK"/>
              </w:rPr>
              <w:t xml:space="preserve"> හා</w:t>
            </w:r>
            <w:r w:rsidRPr="007319E2">
              <w:rPr>
                <w:rFonts w:cs="Iskoola Pota"/>
                <w:sz w:val="24"/>
                <w:szCs w:val="24"/>
              </w:rPr>
              <w:t xml:space="preserve"> </w:t>
            </w:r>
            <w:r w:rsidRPr="007319E2">
              <w:rPr>
                <w:rFonts w:cs="Iskoola Pota"/>
                <w:sz w:val="24"/>
                <w:szCs w:val="24"/>
                <w:cs/>
                <w:lang w:bidi="si-LK"/>
              </w:rPr>
              <w:t>ජාලගත කිරීම</w:t>
            </w:r>
            <w:r w:rsidRPr="007319E2">
              <w:rPr>
                <w:rFonts w:cs="Iskoola Pota"/>
                <w:sz w:val="24"/>
                <w:szCs w:val="24"/>
              </w:rPr>
              <w:t xml:space="preserve">, </w:t>
            </w:r>
            <w:r w:rsidRPr="007319E2">
              <w:rPr>
                <w:rFonts w:cs="Iskoola Pota"/>
                <w:sz w:val="24"/>
                <w:szCs w:val="24"/>
                <w:cs/>
                <w:lang w:bidi="si-LK"/>
              </w:rPr>
              <w:t>පර්යේෂණ සිදු කිරීම</w:t>
            </w:r>
            <w:r w:rsidRPr="007319E2">
              <w:rPr>
                <w:rFonts w:cs="Iskoola Pota"/>
                <w:sz w:val="24"/>
                <w:szCs w:val="24"/>
              </w:rPr>
              <w:t>,</w:t>
            </w:r>
            <w:r w:rsidRPr="007319E2">
              <w:rPr>
                <w:rFonts w:cs="Iskoola Pota"/>
                <w:sz w:val="24"/>
                <w:szCs w:val="24"/>
                <w:cs/>
                <w:lang w:bidi="si-LK"/>
              </w:rPr>
              <w:t xml:space="preserve"> </w:t>
            </w:r>
            <w:r w:rsidR="00E97022" w:rsidRPr="007319E2">
              <w:rPr>
                <w:rFonts w:cs="Iskoola Pota"/>
                <w:sz w:val="24"/>
                <w:szCs w:val="24"/>
                <w:cs/>
                <w:lang w:bidi="si-LK"/>
              </w:rPr>
              <w:t>දත්ත</w:t>
            </w:r>
            <w:r w:rsidRPr="007319E2">
              <w:rPr>
                <w:rFonts w:cs="Iskoola Pota"/>
                <w:sz w:val="24"/>
                <w:szCs w:val="24"/>
              </w:rPr>
              <w:t xml:space="preserve"> </w:t>
            </w:r>
            <w:r w:rsidR="00E97022" w:rsidRPr="007319E2">
              <w:rPr>
                <w:rFonts w:cs="Iskoola Pota"/>
                <w:sz w:val="24"/>
                <w:szCs w:val="24"/>
                <w:cs/>
                <w:lang w:bidi="si-LK"/>
              </w:rPr>
              <w:t xml:space="preserve">රැස්කිරීම සහ </w:t>
            </w:r>
            <w:r w:rsidR="007E3768" w:rsidRPr="007319E2">
              <w:rPr>
                <w:rFonts w:cs="Iskoola Pota"/>
                <w:sz w:val="24"/>
                <w:szCs w:val="24"/>
                <w:cs/>
                <w:lang w:bidi="si-LK"/>
              </w:rPr>
              <w:t xml:space="preserve">මුල් ළමාවිය සංවර්ධනයට අදාළ </w:t>
            </w:r>
            <w:r w:rsidR="00E97022" w:rsidRPr="007319E2">
              <w:rPr>
                <w:rFonts w:cs="Iskoola Pota"/>
                <w:sz w:val="24"/>
                <w:szCs w:val="24"/>
                <w:cs/>
                <w:lang w:bidi="si-LK"/>
              </w:rPr>
              <w:t>වැඩසටහන් සම්පාදනය</w:t>
            </w:r>
            <w:r w:rsidRPr="007319E2">
              <w:rPr>
                <w:rFonts w:cs="Iskoola Pota"/>
                <w:sz w:val="24"/>
                <w:szCs w:val="24"/>
                <w:cs/>
                <w:lang w:bidi="si-LK"/>
              </w:rPr>
              <w:t xml:space="preserve"> කිරීම</w:t>
            </w:r>
            <w:r w:rsidRPr="007319E2">
              <w:rPr>
                <w:rFonts w:cs="Iskoola Pota"/>
                <w:sz w:val="24"/>
                <w:szCs w:val="24"/>
              </w:rPr>
              <w:t xml:space="preserve">, </w:t>
            </w:r>
            <w:r w:rsidR="00E97022" w:rsidRPr="007319E2">
              <w:rPr>
                <w:rFonts w:cs="Iskoola Pota"/>
                <w:sz w:val="24"/>
                <w:szCs w:val="24"/>
                <w:cs/>
                <w:lang w:bidi="si-LK"/>
              </w:rPr>
              <w:t>මුල් ළමාවිය දරුවන්ගේ සමස්ත</w:t>
            </w:r>
            <w:r w:rsidRPr="007319E2">
              <w:rPr>
                <w:rFonts w:cs="Iskoola Pota"/>
                <w:sz w:val="24"/>
                <w:szCs w:val="24"/>
                <w:cs/>
                <w:lang w:bidi="si-LK"/>
              </w:rPr>
              <w:t xml:space="preserve"> සංවර්ධනය සඳහා</w:t>
            </w:r>
            <w:r w:rsidRPr="007319E2">
              <w:rPr>
                <w:rFonts w:cs="Iskoola Pota"/>
                <w:sz w:val="24"/>
                <w:szCs w:val="24"/>
              </w:rPr>
              <w:t xml:space="preserve"> </w:t>
            </w:r>
            <w:r w:rsidR="00E97022" w:rsidRPr="007319E2">
              <w:rPr>
                <w:rFonts w:cs="Iskoola Pota"/>
                <w:sz w:val="24"/>
                <w:szCs w:val="24"/>
                <w:cs/>
                <w:lang w:bidi="si-LK"/>
              </w:rPr>
              <w:t xml:space="preserve">අදාළ වන පුහුණු වැඩසටහන් </w:t>
            </w:r>
            <w:r w:rsidRPr="007319E2">
              <w:rPr>
                <w:rFonts w:cs="Iskoola Pota"/>
                <w:sz w:val="24"/>
                <w:szCs w:val="24"/>
                <w:cs/>
                <w:lang w:bidi="si-LK"/>
              </w:rPr>
              <w:t>ක්‍රියාත්මක කිරීම හා මුල් ළමාවිය සංවර්ධනයට</w:t>
            </w:r>
            <w:r w:rsidRPr="007319E2">
              <w:rPr>
                <w:rFonts w:cs="Iskoola Pota"/>
                <w:sz w:val="24"/>
                <w:szCs w:val="24"/>
              </w:rPr>
              <w:t xml:space="preserve"> </w:t>
            </w:r>
            <w:r w:rsidR="00E97022" w:rsidRPr="007319E2">
              <w:rPr>
                <w:rFonts w:cs="Iskoola Pota"/>
                <w:sz w:val="24"/>
                <w:szCs w:val="24"/>
                <w:cs/>
                <w:lang w:bidi="si-LK"/>
              </w:rPr>
              <w:t>අදාල මානව සම්පත්</w:t>
            </w:r>
            <w:r w:rsidRPr="007319E2">
              <w:rPr>
                <w:rFonts w:cs="Iskoola Pota"/>
                <w:sz w:val="24"/>
                <w:szCs w:val="24"/>
                <w:cs/>
                <w:lang w:bidi="si-LK"/>
              </w:rPr>
              <w:t xml:space="preserve"> සංවර්ධනය</w:t>
            </w:r>
            <w:r w:rsidR="007E3768" w:rsidRPr="007319E2">
              <w:rPr>
                <w:rFonts w:cs="Iskoola Pota"/>
                <w:sz w:val="24"/>
                <w:szCs w:val="24"/>
                <w:cs/>
                <w:lang w:bidi="si-LK"/>
              </w:rPr>
              <w:t>, මුල් ළමාවියේ වැදගත්කම පිළිබඳ ජනතාව දැනුවත් කිරීම සහ සංවේදී බව ඇති කිරීම</w:t>
            </w:r>
            <w:r w:rsidRPr="007319E2">
              <w:rPr>
                <w:rFonts w:cs="Iskoola Pota"/>
                <w:sz w:val="24"/>
                <w:szCs w:val="24"/>
                <w:cs/>
                <w:lang w:bidi="si-LK"/>
              </w:rPr>
              <w:t xml:space="preserve"> ප්‍රධාන කාර්ය</w:t>
            </w:r>
            <w:r w:rsidR="001E69DC">
              <w:rPr>
                <w:rFonts w:cs="Iskoola Pota" w:hint="cs"/>
                <w:sz w:val="24"/>
                <w:szCs w:val="24"/>
                <w:cs/>
                <w:lang w:bidi="si-LK"/>
              </w:rPr>
              <w:t xml:space="preserve"> </w:t>
            </w:r>
            <w:r w:rsidRPr="007319E2">
              <w:rPr>
                <w:rFonts w:cs="Iskoola Pota"/>
                <w:sz w:val="24"/>
                <w:szCs w:val="24"/>
                <w:cs/>
                <w:lang w:bidi="si-LK"/>
              </w:rPr>
              <w:t>භාරය</w:t>
            </w:r>
            <w:r w:rsidR="00E97022" w:rsidRPr="007319E2">
              <w:rPr>
                <w:rFonts w:cs="Iskoola Pota"/>
                <w:sz w:val="24"/>
                <w:szCs w:val="24"/>
                <w:cs/>
                <w:lang w:bidi="si-LK"/>
              </w:rPr>
              <w:t xml:space="preserve"> වේ.</w:t>
            </w:r>
          </w:p>
        </w:tc>
        <w:tc>
          <w:tcPr>
            <w:tcW w:w="1530" w:type="dxa"/>
          </w:tcPr>
          <w:p w:rsidR="00F853F4" w:rsidRPr="007319E2" w:rsidRDefault="00B85562" w:rsidP="00A32EDC">
            <w:pPr>
              <w:spacing w:line="276" w:lineRule="auto"/>
              <w:jc w:val="both"/>
              <w:rPr>
                <w:rFonts w:cs="Iskoola Pota"/>
                <w:sz w:val="24"/>
                <w:szCs w:val="24"/>
                <w:lang w:bidi="si-LK"/>
              </w:rPr>
            </w:pPr>
            <w:r w:rsidRPr="007319E2">
              <w:rPr>
                <w:rFonts w:cs="Iskoola Pota"/>
                <w:sz w:val="24"/>
                <w:szCs w:val="24"/>
              </w:rPr>
              <w:t>011 2186054</w:t>
            </w:r>
          </w:p>
          <w:p w:rsidR="007E3768" w:rsidRPr="007319E2" w:rsidRDefault="007E3768" w:rsidP="00A32EDC">
            <w:pPr>
              <w:spacing w:line="276" w:lineRule="auto"/>
              <w:jc w:val="both"/>
              <w:rPr>
                <w:rFonts w:cs="Iskoola Pota"/>
                <w:sz w:val="24"/>
                <w:szCs w:val="24"/>
                <w:lang w:bidi="si-LK"/>
              </w:rPr>
            </w:pPr>
            <w:r w:rsidRPr="007319E2">
              <w:rPr>
                <w:rFonts w:cs="Iskoola Pota"/>
                <w:sz w:val="24"/>
                <w:szCs w:val="24"/>
                <w:cs/>
                <w:lang w:bidi="si-LK"/>
              </w:rPr>
              <w:t>011 2187250</w:t>
            </w:r>
          </w:p>
          <w:p w:rsidR="007E3768" w:rsidRPr="007319E2" w:rsidRDefault="007E3768" w:rsidP="00A32EDC">
            <w:pPr>
              <w:spacing w:line="276" w:lineRule="auto"/>
              <w:jc w:val="both"/>
              <w:rPr>
                <w:rFonts w:cs="Iskoola Pota"/>
                <w:sz w:val="24"/>
                <w:szCs w:val="24"/>
                <w:lang w:bidi="si-LK"/>
              </w:rPr>
            </w:pPr>
            <w:r w:rsidRPr="007319E2">
              <w:rPr>
                <w:rFonts w:cs="Iskoola Pota"/>
                <w:sz w:val="24"/>
                <w:szCs w:val="24"/>
                <w:cs/>
                <w:lang w:bidi="si-LK"/>
              </w:rPr>
              <w:t>0112186058</w:t>
            </w:r>
          </w:p>
          <w:p w:rsidR="007E3768" w:rsidRPr="007319E2" w:rsidRDefault="007E3768" w:rsidP="00A32EDC">
            <w:pPr>
              <w:spacing w:line="276" w:lineRule="auto"/>
              <w:jc w:val="both"/>
              <w:rPr>
                <w:rFonts w:cs="Iskoola Pota"/>
                <w:sz w:val="24"/>
                <w:szCs w:val="24"/>
                <w:lang w:bidi="si-LK"/>
              </w:rPr>
            </w:pPr>
            <w:r w:rsidRPr="007319E2">
              <w:rPr>
                <w:rFonts w:cs="Iskoola Pota"/>
                <w:sz w:val="24"/>
                <w:szCs w:val="24"/>
                <w:cs/>
                <w:lang w:bidi="si-LK"/>
              </w:rPr>
              <w:t>0112187189</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cs/>
                <w:lang w:bidi="si-LK"/>
              </w:rPr>
            </w:pPr>
            <w:r w:rsidRPr="007319E2">
              <w:rPr>
                <w:rFonts w:cs="Iskoola Pota"/>
                <w:sz w:val="24"/>
                <w:szCs w:val="24"/>
                <w:cs/>
                <w:lang w:bidi="si-LK"/>
              </w:rPr>
              <w:t>ජාතික කාන්තා කමිටුව</w:t>
            </w:r>
          </w:p>
        </w:tc>
        <w:tc>
          <w:tcPr>
            <w:tcW w:w="6390" w:type="dxa"/>
          </w:tcPr>
          <w:p w:rsidR="00F853F4" w:rsidRPr="007319E2" w:rsidRDefault="00A028E5" w:rsidP="00A32EDC">
            <w:pPr>
              <w:spacing w:line="276" w:lineRule="auto"/>
              <w:jc w:val="both"/>
              <w:rPr>
                <w:rFonts w:cs="Iskoola Pota"/>
                <w:sz w:val="24"/>
                <w:szCs w:val="24"/>
                <w:lang w:bidi="si-LK"/>
              </w:rPr>
            </w:pPr>
            <w:r w:rsidRPr="007319E2">
              <w:rPr>
                <w:rFonts w:cs="Iskoola Pota"/>
                <w:sz w:val="24"/>
                <w:szCs w:val="24"/>
                <w:cs/>
                <w:lang w:bidi="si-LK"/>
              </w:rPr>
              <w:t>සමානාත්මතාවය</w:t>
            </w:r>
            <w:r w:rsidRPr="007319E2">
              <w:rPr>
                <w:rFonts w:cs="Iskoola Pota"/>
                <w:sz w:val="24"/>
                <w:szCs w:val="24"/>
                <w:lang w:bidi="si-LK"/>
              </w:rPr>
              <w:t xml:space="preserve"> </w:t>
            </w:r>
            <w:r w:rsidRPr="007319E2">
              <w:rPr>
                <w:rFonts w:cs="Iskoola Pota"/>
                <w:sz w:val="24"/>
                <w:szCs w:val="24"/>
                <w:cs/>
                <w:lang w:bidi="si-LK"/>
              </w:rPr>
              <w:t>තහවුරු</w:t>
            </w:r>
            <w:r w:rsidRPr="007319E2">
              <w:rPr>
                <w:rFonts w:cs="Iskoola Pota"/>
                <w:sz w:val="24"/>
                <w:szCs w:val="24"/>
                <w:lang w:bidi="si-LK"/>
              </w:rPr>
              <w:t xml:space="preserve"> </w:t>
            </w:r>
            <w:r w:rsidRPr="007319E2">
              <w:rPr>
                <w:rFonts w:cs="Iskoola Pota"/>
                <w:sz w:val="24"/>
                <w:szCs w:val="24"/>
                <w:cs/>
                <w:lang w:bidi="si-LK"/>
              </w:rPr>
              <w:t>වූ</w:t>
            </w:r>
            <w:r w:rsidRPr="007319E2">
              <w:rPr>
                <w:rFonts w:cs="Iskoola Pota"/>
                <w:sz w:val="24"/>
                <w:szCs w:val="24"/>
                <w:lang w:bidi="si-LK"/>
              </w:rPr>
              <w:t xml:space="preserve">, </w:t>
            </w:r>
            <w:r w:rsidRPr="007319E2">
              <w:rPr>
                <w:rFonts w:cs="Iskoola Pota"/>
                <w:sz w:val="24"/>
                <w:szCs w:val="24"/>
                <w:cs/>
                <w:lang w:bidi="si-LK"/>
              </w:rPr>
              <w:t>හිංසනයෙන්</w:t>
            </w:r>
            <w:r w:rsidRPr="007319E2">
              <w:rPr>
                <w:rFonts w:cs="Iskoola Pota"/>
                <w:sz w:val="24"/>
                <w:szCs w:val="24"/>
                <w:lang w:bidi="si-LK"/>
              </w:rPr>
              <w:t xml:space="preserve"> </w:t>
            </w:r>
            <w:r w:rsidRPr="007319E2">
              <w:rPr>
                <w:rFonts w:cs="Iskoola Pota"/>
                <w:sz w:val="24"/>
                <w:szCs w:val="24"/>
                <w:cs/>
                <w:lang w:bidi="si-LK"/>
              </w:rPr>
              <w:t>තොර</w:t>
            </w:r>
            <w:r w:rsidRPr="007319E2">
              <w:rPr>
                <w:rFonts w:cs="Iskoola Pota"/>
                <w:sz w:val="24"/>
                <w:szCs w:val="24"/>
                <w:lang w:bidi="si-LK"/>
              </w:rPr>
              <w:t xml:space="preserve">, </w:t>
            </w:r>
            <w:r w:rsidRPr="007319E2">
              <w:rPr>
                <w:rFonts w:cs="Iskoola Pota"/>
                <w:sz w:val="24"/>
                <w:szCs w:val="24"/>
                <w:cs/>
                <w:lang w:bidi="si-LK"/>
              </w:rPr>
              <w:t>කාන්තාවන්ට හිතකර</w:t>
            </w:r>
            <w:r w:rsidRPr="007319E2">
              <w:rPr>
                <w:rFonts w:cs="Iskoola Pota"/>
                <w:sz w:val="24"/>
                <w:szCs w:val="24"/>
                <w:lang w:bidi="si-LK"/>
              </w:rPr>
              <w:t xml:space="preserve"> </w:t>
            </w:r>
            <w:r w:rsidRPr="007319E2">
              <w:rPr>
                <w:rFonts w:cs="Iskoola Pota"/>
                <w:sz w:val="24"/>
                <w:szCs w:val="24"/>
                <w:cs/>
                <w:lang w:bidi="si-LK"/>
              </w:rPr>
              <w:t>ශ්‍රී</w:t>
            </w:r>
            <w:r w:rsidRPr="007319E2">
              <w:rPr>
                <w:rFonts w:cs="Iskoola Pota"/>
                <w:sz w:val="24"/>
                <w:szCs w:val="24"/>
                <w:lang w:bidi="si-LK"/>
              </w:rPr>
              <w:t xml:space="preserve"> </w:t>
            </w:r>
            <w:r w:rsidRPr="007319E2">
              <w:rPr>
                <w:rFonts w:cs="Iskoola Pota"/>
                <w:sz w:val="24"/>
                <w:szCs w:val="24"/>
                <w:cs/>
                <w:lang w:bidi="si-LK"/>
              </w:rPr>
              <w:t>ලාංකික</w:t>
            </w:r>
            <w:r w:rsidRPr="007319E2">
              <w:rPr>
                <w:rFonts w:cs="Iskoola Pota"/>
                <w:sz w:val="24"/>
                <w:szCs w:val="24"/>
                <w:lang w:bidi="si-LK"/>
              </w:rPr>
              <w:t xml:space="preserve"> </w:t>
            </w:r>
            <w:r w:rsidRPr="007319E2">
              <w:rPr>
                <w:rFonts w:cs="Iskoola Pota"/>
                <w:sz w:val="24"/>
                <w:szCs w:val="24"/>
                <w:cs/>
                <w:lang w:bidi="si-LK"/>
              </w:rPr>
              <w:t>සමාජයක්</w:t>
            </w:r>
            <w:r w:rsidRPr="007319E2">
              <w:rPr>
                <w:rFonts w:cs="Iskoola Pota"/>
                <w:sz w:val="24"/>
                <w:szCs w:val="24"/>
                <w:lang w:bidi="si-LK"/>
              </w:rPr>
              <w:t xml:space="preserve"> </w:t>
            </w:r>
            <w:r w:rsidRPr="007319E2">
              <w:rPr>
                <w:rFonts w:cs="Iskoola Pota"/>
                <w:sz w:val="24"/>
                <w:szCs w:val="24"/>
                <w:cs/>
                <w:lang w:bidi="si-LK"/>
              </w:rPr>
              <w:t>බිහි</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00FD6BF9" w:rsidRPr="007319E2">
              <w:rPr>
                <w:rFonts w:cs="Iskoola Pota"/>
                <w:sz w:val="24"/>
                <w:szCs w:val="24"/>
                <w:cs/>
                <w:lang w:bidi="si-LK"/>
              </w:rPr>
              <w:t>අරමුණි</w:t>
            </w:r>
            <w:r w:rsidRPr="007319E2">
              <w:rPr>
                <w:rFonts w:cs="Iskoola Pota"/>
                <w:sz w:val="24"/>
                <w:szCs w:val="24"/>
                <w:cs/>
                <w:lang w:bidi="si-LK"/>
              </w:rPr>
              <w:t>න්</w:t>
            </w:r>
            <w:r w:rsidRPr="007319E2">
              <w:rPr>
                <w:rFonts w:cs="Iskoola Pota"/>
                <w:sz w:val="24"/>
                <w:szCs w:val="24"/>
                <w:lang w:bidi="si-LK"/>
              </w:rPr>
              <w:t xml:space="preserve"> </w:t>
            </w:r>
            <w:r w:rsidRPr="007319E2">
              <w:rPr>
                <w:rFonts w:cs="Iskoola Pota"/>
                <w:sz w:val="24"/>
                <w:szCs w:val="24"/>
                <w:cs/>
                <w:lang w:bidi="si-LK"/>
              </w:rPr>
              <w:t>පිහිටුවන</w:t>
            </w:r>
            <w:r w:rsidRPr="007319E2">
              <w:rPr>
                <w:rFonts w:cs="Iskoola Pota"/>
                <w:sz w:val="24"/>
                <w:szCs w:val="24"/>
                <w:lang w:bidi="si-LK"/>
              </w:rPr>
              <w:t xml:space="preserve"> </w:t>
            </w:r>
            <w:r w:rsidRPr="007319E2">
              <w:rPr>
                <w:rFonts w:cs="Iskoola Pota"/>
                <w:sz w:val="24"/>
                <w:szCs w:val="24"/>
                <w:cs/>
                <w:lang w:bidi="si-LK"/>
              </w:rPr>
              <w:t>ලද</w:t>
            </w:r>
            <w:r w:rsidRPr="007319E2">
              <w:rPr>
                <w:rFonts w:cs="Iskoola Pota"/>
                <w:sz w:val="24"/>
                <w:szCs w:val="24"/>
                <w:lang w:bidi="si-LK"/>
              </w:rPr>
              <w:t xml:space="preserve"> </w:t>
            </w:r>
            <w:r w:rsidRPr="007319E2">
              <w:rPr>
                <w:rFonts w:cs="Iskoola Pota"/>
                <w:sz w:val="24"/>
                <w:szCs w:val="24"/>
                <w:cs/>
                <w:lang w:bidi="si-LK"/>
              </w:rPr>
              <w:t>ජාතික</w:t>
            </w:r>
            <w:r w:rsidRPr="007319E2">
              <w:rPr>
                <w:rFonts w:cs="Iskoola Pota"/>
                <w:sz w:val="24"/>
                <w:szCs w:val="24"/>
                <w:lang w:bidi="si-LK"/>
              </w:rPr>
              <w:t xml:space="preserve"> </w:t>
            </w:r>
            <w:r w:rsidRPr="007319E2">
              <w:rPr>
                <w:rFonts w:cs="Iskoola Pota"/>
                <w:sz w:val="24"/>
                <w:szCs w:val="24"/>
                <w:cs/>
                <w:lang w:bidi="si-LK"/>
              </w:rPr>
              <w:t>කාන්තා කමිටුවේ</w:t>
            </w:r>
            <w:r w:rsidRPr="007319E2">
              <w:rPr>
                <w:rFonts w:cs="Iskoola Pota"/>
                <w:sz w:val="24"/>
                <w:szCs w:val="24"/>
                <w:lang w:bidi="si-LK"/>
              </w:rPr>
              <w:t xml:space="preserve"> </w:t>
            </w:r>
            <w:r w:rsidRPr="007319E2">
              <w:rPr>
                <w:rFonts w:cs="Iskoola Pota"/>
                <w:sz w:val="24"/>
                <w:szCs w:val="24"/>
                <w:cs/>
                <w:lang w:bidi="si-LK"/>
              </w:rPr>
              <w:t>ප්‍රධාන</w:t>
            </w:r>
            <w:r w:rsidRPr="007319E2">
              <w:rPr>
                <w:rFonts w:cs="Iskoola Pota"/>
                <w:sz w:val="24"/>
                <w:szCs w:val="24"/>
                <w:lang w:bidi="si-LK"/>
              </w:rPr>
              <w:t xml:space="preserve"> </w:t>
            </w:r>
            <w:r w:rsidRPr="007319E2">
              <w:rPr>
                <w:rFonts w:cs="Iskoola Pota"/>
                <w:sz w:val="24"/>
                <w:szCs w:val="24"/>
                <w:cs/>
                <w:lang w:bidi="si-LK"/>
              </w:rPr>
              <w:t>කාර්යය</w:t>
            </w:r>
            <w:r w:rsidRPr="007319E2">
              <w:rPr>
                <w:rFonts w:cs="Iskoola Pota"/>
                <w:sz w:val="24"/>
                <w:szCs w:val="24"/>
                <w:lang w:bidi="si-LK"/>
              </w:rPr>
              <w:t xml:space="preserve"> </w:t>
            </w:r>
            <w:r w:rsidRPr="007319E2">
              <w:rPr>
                <w:rFonts w:cs="Iskoola Pota"/>
                <w:sz w:val="24"/>
                <w:szCs w:val="24"/>
                <w:cs/>
                <w:lang w:bidi="si-LK"/>
              </w:rPr>
              <w:t>වන්නේ</w:t>
            </w:r>
            <w:r w:rsidRPr="007319E2">
              <w:rPr>
                <w:rFonts w:cs="Iskoola Pota"/>
                <w:sz w:val="24"/>
                <w:szCs w:val="24"/>
                <w:lang w:bidi="si-LK"/>
              </w:rPr>
              <w:t xml:space="preserve">, </w:t>
            </w:r>
            <w:r w:rsidRPr="007319E2">
              <w:rPr>
                <w:rFonts w:cs="Iskoola Pota"/>
                <w:sz w:val="24"/>
                <w:szCs w:val="24"/>
                <w:cs/>
                <w:lang w:bidi="si-LK"/>
              </w:rPr>
              <w:t>ශ්‍රී</w:t>
            </w:r>
            <w:r w:rsidRPr="007319E2">
              <w:rPr>
                <w:rFonts w:cs="Iskoola Pota"/>
                <w:sz w:val="24"/>
                <w:szCs w:val="24"/>
                <w:lang w:bidi="si-LK"/>
              </w:rPr>
              <w:t xml:space="preserve"> </w:t>
            </w:r>
            <w:r w:rsidRPr="007319E2">
              <w:rPr>
                <w:rFonts w:cs="Iskoola Pota"/>
                <w:sz w:val="24"/>
                <w:szCs w:val="24"/>
                <w:cs/>
                <w:lang w:bidi="si-LK"/>
              </w:rPr>
              <w:t>ලාංකික</w:t>
            </w:r>
            <w:r w:rsidRPr="007319E2">
              <w:rPr>
                <w:rFonts w:cs="Iskoola Pota"/>
                <w:sz w:val="24"/>
                <w:szCs w:val="24"/>
                <w:lang w:bidi="si-LK"/>
              </w:rPr>
              <w:t xml:space="preserve"> </w:t>
            </w:r>
            <w:r w:rsidRPr="007319E2">
              <w:rPr>
                <w:rFonts w:cs="Iskoola Pota"/>
                <w:sz w:val="24"/>
                <w:szCs w:val="24"/>
                <w:cs/>
                <w:lang w:bidi="si-LK"/>
              </w:rPr>
              <w:t>කා</w:t>
            </w:r>
            <w:r w:rsidR="00B9668F" w:rsidRPr="007319E2">
              <w:rPr>
                <w:rFonts w:cs="Iskoola Pota"/>
                <w:sz w:val="24"/>
                <w:szCs w:val="24"/>
                <w:cs/>
                <w:lang w:bidi="si-LK"/>
              </w:rPr>
              <w:t>න්තාවන්ගේ අයිතිවාසිකම්</w:t>
            </w:r>
            <w:r w:rsidRPr="007319E2">
              <w:rPr>
                <w:rFonts w:cs="Iskoola Pota"/>
                <w:sz w:val="24"/>
                <w:szCs w:val="24"/>
                <w:lang w:bidi="si-LK"/>
              </w:rPr>
              <w:t xml:space="preserve"> </w:t>
            </w:r>
            <w:r w:rsidR="00B9668F" w:rsidRPr="007319E2">
              <w:rPr>
                <w:rFonts w:cs="Iskoola Pota"/>
                <w:sz w:val="24"/>
                <w:szCs w:val="24"/>
                <w:cs/>
                <w:lang w:bidi="si-LK"/>
              </w:rPr>
              <w:t>සුරක්ෂිත</w:t>
            </w:r>
            <w:r w:rsidRPr="007319E2">
              <w:rPr>
                <w:rFonts w:cs="Iskoola Pota"/>
                <w:sz w:val="24"/>
                <w:szCs w:val="24"/>
                <w:lang w:bidi="si-LK"/>
              </w:rPr>
              <w:t xml:space="preserve"> </w:t>
            </w:r>
            <w:r w:rsidRPr="007319E2">
              <w:rPr>
                <w:rFonts w:cs="Iskoola Pota"/>
                <w:sz w:val="24"/>
                <w:szCs w:val="24"/>
                <w:cs/>
                <w:lang w:bidi="si-LK"/>
              </w:rPr>
              <w:t>කර</w:t>
            </w:r>
            <w:r w:rsidRPr="007319E2">
              <w:rPr>
                <w:rFonts w:cs="Iskoola Pota"/>
                <w:sz w:val="24"/>
                <w:szCs w:val="24"/>
                <w:lang w:bidi="si-LK"/>
              </w:rPr>
              <w:t xml:space="preserve"> </w:t>
            </w:r>
            <w:r w:rsidR="00B9668F" w:rsidRPr="007319E2">
              <w:rPr>
                <w:rFonts w:cs="Iskoola Pota"/>
                <w:sz w:val="24"/>
                <w:szCs w:val="24"/>
                <w:cs/>
                <w:lang w:bidi="si-LK"/>
              </w:rPr>
              <w:t>ප්‍රවර්ධනය</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Pr="007319E2">
              <w:rPr>
                <w:rFonts w:cs="Iskoola Pota"/>
                <w:sz w:val="24"/>
                <w:szCs w:val="24"/>
                <w:cs/>
                <w:lang w:bidi="si-LK"/>
              </w:rPr>
              <w:t>සමානාත්මතාවය</w:t>
            </w:r>
            <w:r w:rsidRPr="007319E2">
              <w:rPr>
                <w:rFonts w:cs="Iskoola Pota"/>
                <w:sz w:val="24"/>
                <w:szCs w:val="24"/>
                <w:lang w:bidi="si-LK"/>
              </w:rPr>
              <w:t xml:space="preserve"> </w:t>
            </w:r>
            <w:r w:rsidRPr="007319E2">
              <w:rPr>
                <w:rFonts w:cs="Iskoola Pota"/>
                <w:sz w:val="24"/>
                <w:szCs w:val="24"/>
                <w:cs/>
                <w:lang w:bidi="si-LK"/>
              </w:rPr>
              <w:t>තහවුරු</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Pr="007319E2">
              <w:rPr>
                <w:rFonts w:cs="Iskoola Pota"/>
                <w:sz w:val="24"/>
                <w:szCs w:val="24"/>
                <w:cs/>
                <w:lang w:bidi="si-LK"/>
              </w:rPr>
              <w:t>හා</w:t>
            </w:r>
            <w:r w:rsidRPr="007319E2">
              <w:rPr>
                <w:rFonts w:cs="Iskoola Pota"/>
                <w:sz w:val="24"/>
                <w:szCs w:val="24"/>
                <w:lang w:bidi="si-LK"/>
              </w:rPr>
              <w:t xml:space="preserve"> </w:t>
            </w:r>
            <w:r w:rsidRPr="007319E2">
              <w:rPr>
                <w:rFonts w:cs="Iskoola Pota"/>
                <w:sz w:val="24"/>
                <w:szCs w:val="24"/>
                <w:cs/>
                <w:lang w:bidi="si-LK"/>
              </w:rPr>
              <w:t>පූර්ණ</w:t>
            </w:r>
            <w:r w:rsidRPr="007319E2">
              <w:rPr>
                <w:rFonts w:cs="Iskoola Pota"/>
                <w:sz w:val="24"/>
                <w:szCs w:val="24"/>
                <w:lang w:bidi="si-LK"/>
              </w:rPr>
              <w:t xml:space="preserve"> </w:t>
            </w:r>
            <w:r w:rsidRPr="007319E2">
              <w:rPr>
                <w:rFonts w:cs="Iskoola Pota"/>
                <w:sz w:val="24"/>
                <w:szCs w:val="24"/>
                <w:cs/>
                <w:lang w:bidi="si-LK"/>
              </w:rPr>
              <w:t>සංවර්ධනයට</w:t>
            </w:r>
            <w:r w:rsidRPr="007319E2">
              <w:rPr>
                <w:rFonts w:cs="Iskoola Pota"/>
                <w:sz w:val="24"/>
                <w:szCs w:val="24"/>
                <w:lang w:bidi="si-LK"/>
              </w:rPr>
              <w:t xml:space="preserve"> </w:t>
            </w:r>
            <w:r w:rsidRPr="007319E2">
              <w:rPr>
                <w:rFonts w:cs="Iskoola Pota"/>
                <w:sz w:val="24"/>
                <w:szCs w:val="24"/>
                <w:cs/>
                <w:lang w:bidi="si-LK"/>
              </w:rPr>
              <w:t>ඉවහල්</w:t>
            </w:r>
            <w:r w:rsidRPr="007319E2">
              <w:rPr>
                <w:rFonts w:cs="Iskoola Pota"/>
                <w:sz w:val="24"/>
                <w:szCs w:val="24"/>
                <w:lang w:bidi="si-LK"/>
              </w:rPr>
              <w:t xml:space="preserve"> </w:t>
            </w:r>
            <w:r w:rsidRPr="007319E2">
              <w:rPr>
                <w:rFonts w:cs="Iskoola Pota"/>
                <w:sz w:val="24"/>
                <w:szCs w:val="24"/>
                <w:cs/>
                <w:lang w:bidi="si-LK"/>
              </w:rPr>
              <w:t>වන</w:t>
            </w:r>
            <w:r w:rsidRPr="007319E2">
              <w:rPr>
                <w:rFonts w:cs="Iskoola Pota"/>
                <w:sz w:val="24"/>
                <w:szCs w:val="24"/>
                <w:lang w:bidi="si-LK"/>
              </w:rPr>
              <w:t xml:space="preserve"> </w:t>
            </w:r>
            <w:r w:rsidR="00B9668F" w:rsidRPr="007319E2">
              <w:rPr>
                <w:rFonts w:cs="Iskoola Pota"/>
                <w:sz w:val="24"/>
                <w:szCs w:val="24"/>
                <w:cs/>
                <w:lang w:bidi="si-LK"/>
              </w:rPr>
              <w:t>ප්‍ර</w:t>
            </w:r>
            <w:r w:rsidRPr="007319E2">
              <w:rPr>
                <w:rFonts w:cs="Iskoola Pota"/>
                <w:sz w:val="24"/>
                <w:szCs w:val="24"/>
                <w:cs/>
                <w:lang w:bidi="si-LK"/>
              </w:rPr>
              <w:t>තිපත්ති</w:t>
            </w:r>
            <w:r w:rsidRPr="007319E2">
              <w:rPr>
                <w:rFonts w:cs="Iskoola Pota"/>
                <w:sz w:val="24"/>
                <w:szCs w:val="24"/>
                <w:lang w:bidi="si-LK"/>
              </w:rPr>
              <w:t xml:space="preserve"> </w:t>
            </w:r>
            <w:r w:rsidRPr="007319E2">
              <w:rPr>
                <w:rFonts w:cs="Iskoola Pota"/>
                <w:sz w:val="24"/>
                <w:szCs w:val="24"/>
                <w:cs/>
                <w:lang w:bidi="si-LK"/>
              </w:rPr>
              <w:t>හා</w:t>
            </w:r>
            <w:r w:rsidRPr="007319E2">
              <w:rPr>
                <w:rFonts w:cs="Iskoola Pota"/>
                <w:sz w:val="24"/>
                <w:szCs w:val="24"/>
                <w:lang w:bidi="si-LK"/>
              </w:rPr>
              <w:t xml:space="preserve"> </w:t>
            </w:r>
            <w:r w:rsidRPr="007319E2">
              <w:rPr>
                <w:rFonts w:cs="Iskoola Pota"/>
                <w:sz w:val="24"/>
                <w:szCs w:val="24"/>
                <w:cs/>
                <w:lang w:bidi="si-LK"/>
              </w:rPr>
              <w:t>නීති</w:t>
            </w:r>
            <w:r w:rsidRPr="007319E2">
              <w:rPr>
                <w:rFonts w:cs="Iskoola Pota"/>
                <w:sz w:val="24"/>
                <w:szCs w:val="24"/>
                <w:lang w:bidi="si-LK"/>
              </w:rPr>
              <w:t xml:space="preserve"> </w:t>
            </w:r>
            <w:r w:rsidR="00B9668F" w:rsidRPr="007319E2">
              <w:rPr>
                <w:rFonts w:cs="Iskoola Pota"/>
                <w:sz w:val="24"/>
                <w:szCs w:val="24"/>
                <w:cs/>
                <w:lang w:bidi="si-LK"/>
              </w:rPr>
              <w:t>පද්ධති</w:t>
            </w:r>
            <w:r w:rsidRPr="007319E2">
              <w:rPr>
                <w:rFonts w:cs="Iskoola Pota"/>
                <w:sz w:val="24"/>
                <w:szCs w:val="24"/>
                <w:lang w:bidi="si-LK"/>
              </w:rPr>
              <w:t xml:space="preserve"> </w:t>
            </w:r>
            <w:r w:rsidR="00B9668F" w:rsidRPr="007319E2">
              <w:rPr>
                <w:rFonts w:cs="Iskoola Pota"/>
                <w:sz w:val="24"/>
                <w:szCs w:val="24"/>
                <w:cs/>
                <w:lang w:bidi="si-LK"/>
              </w:rPr>
              <w:t>සකස්</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00B9668F" w:rsidRPr="007319E2">
              <w:rPr>
                <w:rFonts w:cs="Iskoola Pota"/>
                <w:sz w:val="24"/>
                <w:szCs w:val="24"/>
                <w:cs/>
                <w:lang w:bidi="si-LK"/>
              </w:rPr>
              <w:t>වේ</w:t>
            </w:r>
            <w:r w:rsidRPr="007319E2">
              <w:rPr>
                <w:rFonts w:cs="Iskoola Pota"/>
                <w:sz w:val="24"/>
                <w:szCs w:val="24"/>
                <w:lang w:bidi="si-LK"/>
              </w:rPr>
              <w:t xml:space="preserve">. </w:t>
            </w:r>
            <w:r w:rsidR="00B9668F" w:rsidRPr="007319E2">
              <w:rPr>
                <w:rFonts w:cs="Iskoola Pota"/>
                <w:sz w:val="24"/>
                <w:szCs w:val="24"/>
                <w:cs/>
                <w:lang w:bidi="si-LK"/>
              </w:rPr>
              <w:t>මේ</w:t>
            </w:r>
            <w:r w:rsidRPr="007319E2">
              <w:rPr>
                <w:rFonts w:cs="Iskoola Pota"/>
                <w:sz w:val="24"/>
                <w:szCs w:val="24"/>
                <w:lang w:bidi="si-LK"/>
              </w:rPr>
              <w:t xml:space="preserve"> </w:t>
            </w:r>
            <w:r w:rsidRPr="007319E2">
              <w:rPr>
                <w:rFonts w:cs="Iskoola Pota"/>
                <w:sz w:val="24"/>
                <w:szCs w:val="24"/>
                <w:cs/>
                <w:lang w:bidi="si-LK"/>
              </w:rPr>
              <w:t>සඳහා</w:t>
            </w:r>
            <w:r w:rsidRPr="007319E2">
              <w:rPr>
                <w:rFonts w:cs="Iskoola Pota"/>
                <w:sz w:val="24"/>
                <w:szCs w:val="24"/>
                <w:lang w:bidi="si-LK"/>
              </w:rPr>
              <w:t xml:space="preserve"> </w:t>
            </w:r>
            <w:r w:rsidRPr="007319E2">
              <w:rPr>
                <w:rFonts w:cs="Iskoola Pota"/>
                <w:sz w:val="24"/>
                <w:szCs w:val="24"/>
                <w:cs/>
                <w:lang w:bidi="si-LK"/>
              </w:rPr>
              <w:t>ජාතික</w:t>
            </w:r>
            <w:r w:rsidRPr="007319E2">
              <w:rPr>
                <w:rFonts w:cs="Iskoola Pota"/>
                <w:sz w:val="24"/>
                <w:szCs w:val="24"/>
                <w:lang w:bidi="si-LK"/>
              </w:rPr>
              <w:t xml:space="preserve"> </w:t>
            </w:r>
            <w:r w:rsidR="00B9668F" w:rsidRPr="007319E2">
              <w:rPr>
                <w:rFonts w:cs="Iskoola Pota"/>
                <w:sz w:val="24"/>
                <w:szCs w:val="24"/>
                <w:cs/>
                <w:lang w:bidi="si-LK"/>
              </w:rPr>
              <w:t>කාන්තා</w:t>
            </w:r>
            <w:r w:rsidRPr="007319E2">
              <w:rPr>
                <w:rFonts w:cs="Iskoola Pota"/>
                <w:sz w:val="24"/>
                <w:szCs w:val="24"/>
                <w:lang w:bidi="si-LK"/>
              </w:rPr>
              <w:t xml:space="preserve"> </w:t>
            </w:r>
            <w:r w:rsidR="00B9668F" w:rsidRPr="007319E2">
              <w:rPr>
                <w:rFonts w:cs="Iskoola Pota"/>
                <w:sz w:val="24"/>
                <w:szCs w:val="24"/>
                <w:cs/>
                <w:lang w:bidi="si-LK"/>
              </w:rPr>
              <w:t>කමිටුව</w:t>
            </w:r>
            <w:r w:rsidRPr="007319E2">
              <w:rPr>
                <w:rFonts w:cs="Iskoola Pota"/>
                <w:sz w:val="24"/>
                <w:szCs w:val="24"/>
                <w:lang w:bidi="si-LK"/>
              </w:rPr>
              <w:t xml:space="preserve"> </w:t>
            </w:r>
            <w:r w:rsidR="00B9668F" w:rsidRPr="007319E2">
              <w:rPr>
                <w:rFonts w:cs="Iskoola Pota"/>
                <w:sz w:val="24"/>
                <w:szCs w:val="24"/>
                <w:cs/>
                <w:lang w:bidi="si-LK"/>
              </w:rPr>
              <w:t>මඟින් නිර්දේශ</w:t>
            </w:r>
            <w:r w:rsidRPr="007319E2">
              <w:rPr>
                <w:rFonts w:cs="Iskoola Pota"/>
                <w:sz w:val="24"/>
                <w:szCs w:val="24"/>
                <w:lang w:bidi="si-LK"/>
              </w:rPr>
              <w:t xml:space="preserve"> </w:t>
            </w:r>
            <w:r w:rsidRPr="007319E2">
              <w:rPr>
                <w:rFonts w:cs="Iskoola Pota"/>
                <w:sz w:val="24"/>
                <w:szCs w:val="24"/>
                <w:cs/>
                <w:lang w:bidi="si-LK"/>
              </w:rPr>
              <w:t>හා</w:t>
            </w:r>
            <w:r w:rsidRPr="007319E2">
              <w:rPr>
                <w:rFonts w:cs="Iskoola Pota"/>
                <w:sz w:val="24"/>
                <w:szCs w:val="24"/>
                <w:lang w:bidi="si-LK"/>
              </w:rPr>
              <w:t xml:space="preserve"> </w:t>
            </w:r>
            <w:r w:rsidRPr="007319E2">
              <w:rPr>
                <w:rFonts w:cs="Iskoola Pota"/>
                <w:sz w:val="24"/>
                <w:szCs w:val="24"/>
                <w:cs/>
                <w:lang w:bidi="si-LK"/>
              </w:rPr>
              <w:t>සහාය</w:t>
            </w:r>
            <w:r w:rsidRPr="007319E2">
              <w:rPr>
                <w:rFonts w:cs="Iskoola Pota"/>
                <w:sz w:val="24"/>
                <w:szCs w:val="24"/>
                <w:lang w:bidi="si-LK"/>
              </w:rPr>
              <w:t xml:space="preserve"> </w:t>
            </w:r>
            <w:r w:rsidRPr="007319E2">
              <w:rPr>
                <w:rFonts w:cs="Iskoola Pota"/>
                <w:sz w:val="24"/>
                <w:szCs w:val="24"/>
                <w:cs/>
                <w:lang w:bidi="si-LK"/>
              </w:rPr>
              <w:t>ලබා</w:t>
            </w:r>
            <w:r w:rsidRPr="007319E2">
              <w:rPr>
                <w:rFonts w:cs="Iskoola Pota"/>
                <w:sz w:val="24"/>
                <w:szCs w:val="24"/>
                <w:lang w:bidi="si-LK"/>
              </w:rPr>
              <w:t xml:space="preserve"> </w:t>
            </w:r>
            <w:r w:rsidRPr="007319E2">
              <w:rPr>
                <w:rFonts w:cs="Iskoola Pota"/>
                <w:sz w:val="24"/>
                <w:szCs w:val="24"/>
                <w:cs/>
                <w:lang w:bidi="si-LK"/>
              </w:rPr>
              <w:t>දීම</w:t>
            </w:r>
            <w:r w:rsidRPr="007319E2">
              <w:rPr>
                <w:rFonts w:cs="Iskoola Pota"/>
                <w:sz w:val="24"/>
                <w:szCs w:val="24"/>
                <w:lang w:bidi="si-LK"/>
              </w:rPr>
              <w:t xml:space="preserve">, </w:t>
            </w:r>
            <w:r w:rsidRPr="007319E2">
              <w:rPr>
                <w:rFonts w:cs="Iskoola Pota"/>
                <w:sz w:val="24"/>
                <w:szCs w:val="24"/>
                <w:cs/>
                <w:lang w:bidi="si-LK"/>
              </w:rPr>
              <w:t>අධීක්ෂණය</w:t>
            </w:r>
            <w:r w:rsidRPr="007319E2">
              <w:rPr>
                <w:rFonts w:cs="Iskoola Pota"/>
                <w:sz w:val="24"/>
                <w:szCs w:val="24"/>
                <w:lang w:bidi="si-LK"/>
              </w:rPr>
              <w:t xml:space="preserve"> </w:t>
            </w:r>
            <w:r w:rsidRPr="007319E2">
              <w:rPr>
                <w:rFonts w:cs="Iskoola Pota"/>
                <w:sz w:val="24"/>
                <w:szCs w:val="24"/>
                <w:cs/>
                <w:lang w:bidi="si-LK"/>
              </w:rPr>
              <w:t>කර</w:t>
            </w:r>
            <w:r w:rsidRPr="007319E2">
              <w:rPr>
                <w:rFonts w:cs="Iskoola Pota"/>
                <w:sz w:val="24"/>
                <w:szCs w:val="24"/>
                <w:lang w:bidi="si-LK"/>
              </w:rPr>
              <w:t xml:space="preserve"> </w:t>
            </w:r>
            <w:r w:rsidRPr="007319E2">
              <w:rPr>
                <w:rFonts w:cs="Iskoola Pota"/>
                <w:sz w:val="24"/>
                <w:szCs w:val="24"/>
                <w:cs/>
                <w:lang w:bidi="si-LK"/>
              </w:rPr>
              <w:t>ඇගයීම</w:t>
            </w:r>
            <w:r w:rsidRPr="007319E2">
              <w:rPr>
                <w:rFonts w:cs="Iskoola Pota"/>
                <w:sz w:val="24"/>
                <w:szCs w:val="24"/>
                <w:lang w:bidi="si-LK"/>
              </w:rPr>
              <w:t xml:space="preserve"> </w:t>
            </w:r>
            <w:r w:rsidRPr="007319E2">
              <w:rPr>
                <w:rFonts w:cs="Iskoola Pota"/>
                <w:sz w:val="24"/>
                <w:szCs w:val="24"/>
                <w:cs/>
                <w:lang w:bidi="si-LK"/>
              </w:rPr>
              <w:t>සිදු</w:t>
            </w:r>
            <w:r w:rsidRPr="007319E2">
              <w:rPr>
                <w:rFonts w:cs="Iskoola Pota"/>
                <w:sz w:val="24"/>
                <w:szCs w:val="24"/>
                <w:lang w:bidi="si-LK"/>
              </w:rPr>
              <w:t xml:space="preserve"> </w:t>
            </w:r>
            <w:r w:rsidRPr="007319E2">
              <w:rPr>
                <w:rFonts w:cs="Iskoola Pota"/>
                <w:sz w:val="24"/>
                <w:szCs w:val="24"/>
                <w:cs/>
                <w:lang w:bidi="si-LK"/>
              </w:rPr>
              <w:t>කරනු</w:t>
            </w:r>
            <w:r w:rsidRPr="007319E2">
              <w:rPr>
                <w:rFonts w:cs="Iskoola Pota"/>
                <w:sz w:val="24"/>
                <w:szCs w:val="24"/>
                <w:lang w:bidi="si-LK"/>
              </w:rPr>
              <w:t xml:space="preserve"> </w:t>
            </w:r>
            <w:r w:rsidRPr="007319E2">
              <w:rPr>
                <w:rFonts w:cs="Iskoola Pota"/>
                <w:sz w:val="24"/>
                <w:szCs w:val="24"/>
                <w:cs/>
                <w:lang w:bidi="si-LK"/>
              </w:rPr>
              <w:t>ලබයි</w:t>
            </w:r>
            <w:r w:rsidRPr="007319E2">
              <w:rPr>
                <w:rFonts w:cs="Iskoola Pota"/>
                <w:sz w:val="24"/>
                <w:szCs w:val="24"/>
                <w:lang w:bidi="si-LK"/>
              </w:rPr>
              <w:t xml:space="preserve">. </w:t>
            </w:r>
            <w:r w:rsidRPr="007319E2">
              <w:rPr>
                <w:rFonts w:cs="Iskoola Pota"/>
                <w:sz w:val="24"/>
                <w:szCs w:val="24"/>
                <w:cs/>
                <w:lang w:bidi="si-LK"/>
              </w:rPr>
              <w:t>ඒ</w:t>
            </w:r>
            <w:r w:rsidRPr="007319E2">
              <w:rPr>
                <w:rFonts w:cs="Iskoola Pota"/>
                <w:sz w:val="24"/>
                <w:szCs w:val="24"/>
                <w:lang w:bidi="si-LK"/>
              </w:rPr>
              <w:t xml:space="preserve"> </w:t>
            </w:r>
            <w:r w:rsidRPr="007319E2">
              <w:rPr>
                <w:rFonts w:cs="Iskoola Pota"/>
                <w:sz w:val="24"/>
                <w:szCs w:val="24"/>
                <w:cs/>
                <w:lang w:bidi="si-LK"/>
              </w:rPr>
              <w:t>අනුව</w:t>
            </w:r>
            <w:r w:rsidRPr="007319E2">
              <w:rPr>
                <w:rFonts w:cs="Iskoola Pota"/>
                <w:sz w:val="24"/>
                <w:szCs w:val="24"/>
                <w:lang w:bidi="si-LK"/>
              </w:rPr>
              <w:t xml:space="preserve"> </w:t>
            </w:r>
            <w:r w:rsidRPr="007319E2">
              <w:rPr>
                <w:rFonts w:cs="Iskoola Pota"/>
                <w:sz w:val="24"/>
                <w:szCs w:val="24"/>
                <w:cs/>
                <w:lang w:bidi="si-LK"/>
              </w:rPr>
              <w:t>ජාතික</w:t>
            </w:r>
            <w:r w:rsidRPr="007319E2">
              <w:rPr>
                <w:rFonts w:cs="Iskoola Pota"/>
                <w:sz w:val="24"/>
                <w:szCs w:val="24"/>
                <w:lang w:bidi="si-LK"/>
              </w:rPr>
              <w:t xml:space="preserve"> </w:t>
            </w:r>
            <w:r w:rsidRPr="007319E2">
              <w:rPr>
                <w:rFonts w:cs="Iskoola Pota"/>
                <w:sz w:val="24"/>
                <w:szCs w:val="24"/>
                <w:cs/>
                <w:lang w:bidi="si-LK"/>
              </w:rPr>
              <w:t>කාන්</w:t>
            </w:r>
            <w:r w:rsidR="00B9668F" w:rsidRPr="007319E2">
              <w:rPr>
                <w:rFonts w:cs="Iskoola Pota"/>
                <w:sz w:val="24"/>
                <w:szCs w:val="24"/>
                <w:cs/>
                <w:lang w:bidi="si-LK"/>
              </w:rPr>
              <w:t>තා</w:t>
            </w:r>
            <w:r w:rsidRPr="007319E2">
              <w:rPr>
                <w:rFonts w:cs="Iskoola Pota"/>
                <w:sz w:val="24"/>
                <w:szCs w:val="24"/>
                <w:lang w:bidi="si-LK"/>
              </w:rPr>
              <w:t xml:space="preserve"> </w:t>
            </w:r>
            <w:r w:rsidRPr="007319E2">
              <w:rPr>
                <w:rFonts w:cs="Iskoola Pota"/>
                <w:sz w:val="24"/>
                <w:szCs w:val="24"/>
                <w:cs/>
                <w:lang w:bidi="si-LK"/>
              </w:rPr>
              <w:t>කමිටුව</w:t>
            </w:r>
            <w:r w:rsidRPr="007319E2">
              <w:rPr>
                <w:rFonts w:cs="Iskoola Pota"/>
                <w:sz w:val="24"/>
                <w:szCs w:val="24"/>
                <w:lang w:bidi="si-LK"/>
              </w:rPr>
              <w:t xml:space="preserve"> </w:t>
            </w:r>
            <w:r w:rsidRPr="007319E2">
              <w:rPr>
                <w:rFonts w:cs="Iskoola Pota"/>
                <w:sz w:val="24"/>
                <w:szCs w:val="24"/>
                <w:cs/>
                <w:lang w:bidi="si-LK"/>
              </w:rPr>
              <w:t>තුළ</w:t>
            </w:r>
            <w:r w:rsidRPr="007319E2">
              <w:rPr>
                <w:rFonts w:cs="Iskoola Pota"/>
                <w:sz w:val="24"/>
                <w:szCs w:val="24"/>
                <w:lang w:bidi="si-LK"/>
              </w:rPr>
              <w:t xml:space="preserve"> </w:t>
            </w:r>
            <w:r w:rsidRPr="007319E2">
              <w:rPr>
                <w:rFonts w:cs="Iskoola Pota"/>
                <w:sz w:val="24"/>
                <w:szCs w:val="24"/>
                <w:cs/>
                <w:lang w:bidi="si-LK"/>
              </w:rPr>
              <w:t>පැමිණිලි</w:t>
            </w:r>
            <w:r w:rsidRPr="007319E2">
              <w:rPr>
                <w:rFonts w:cs="Iskoola Pota"/>
                <w:sz w:val="24"/>
                <w:szCs w:val="24"/>
                <w:lang w:bidi="si-LK"/>
              </w:rPr>
              <w:t xml:space="preserve"> </w:t>
            </w:r>
            <w:r w:rsidRPr="007319E2">
              <w:rPr>
                <w:rFonts w:cs="Iskoola Pota"/>
                <w:sz w:val="24"/>
                <w:szCs w:val="24"/>
                <w:cs/>
                <w:lang w:bidi="si-LK"/>
              </w:rPr>
              <w:t>මධ</w:t>
            </w:r>
            <w:r w:rsidR="00FD6BF9" w:rsidRPr="007319E2">
              <w:rPr>
                <w:rFonts w:cs="Iskoola Pota"/>
                <w:sz w:val="24"/>
                <w:szCs w:val="24"/>
                <w:cs/>
                <w:lang w:bidi="si-LK"/>
              </w:rPr>
              <w:t>්‍ය</w:t>
            </w:r>
            <w:r w:rsidR="00B9668F" w:rsidRPr="007319E2">
              <w:rPr>
                <w:rFonts w:cs="Iskoola Pota"/>
                <w:sz w:val="24"/>
                <w:szCs w:val="24"/>
                <w:cs/>
                <w:lang w:bidi="si-LK"/>
              </w:rPr>
              <w:t xml:space="preserve">ස්ථානයක් </w:t>
            </w:r>
            <w:r w:rsidRPr="007319E2">
              <w:rPr>
                <w:rFonts w:cs="Iskoola Pota"/>
                <w:sz w:val="24"/>
                <w:szCs w:val="24"/>
                <w:cs/>
                <w:lang w:bidi="si-LK"/>
              </w:rPr>
              <w:t>සහ</w:t>
            </w:r>
            <w:r w:rsidRPr="007319E2">
              <w:rPr>
                <w:rFonts w:cs="Iskoola Pota"/>
                <w:sz w:val="24"/>
                <w:szCs w:val="24"/>
                <w:lang w:bidi="si-LK"/>
              </w:rPr>
              <w:t xml:space="preserve"> </w:t>
            </w:r>
            <w:r w:rsidRPr="007319E2">
              <w:rPr>
                <w:rFonts w:cs="Iskoola Pota"/>
                <w:sz w:val="24"/>
                <w:szCs w:val="24"/>
                <w:cs/>
                <w:lang w:bidi="si-LK"/>
              </w:rPr>
              <w:t>පැය</w:t>
            </w:r>
            <w:r w:rsidRPr="007319E2">
              <w:rPr>
                <w:rFonts w:cs="Iskoola Pota"/>
                <w:sz w:val="24"/>
                <w:szCs w:val="24"/>
                <w:lang w:bidi="si-LK"/>
              </w:rPr>
              <w:t xml:space="preserve"> 24 </w:t>
            </w:r>
            <w:r w:rsidRPr="007319E2">
              <w:rPr>
                <w:rFonts w:cs="Iskoola Pota"/>
                <w:sz w:val="24"/>
                <w:szCs w:val="24"/>
                <w:cs/>
                <w:lang w:bidi="si-LK"/>
              </w:rPr>
              <w:t>පුරා</w:t>
            </w:r>
            <w:r w:rsidRPr="007319E2">
              <w:rPr>
                <w:rFonts w:cs="Iskoola Pota"/>
                <w:sz w:val="24"/>
                <w:szCs w:val="24"/>
                <w:lang w:bidi="si-LK"/>
              </w:rPr>
              <w:t xml:space="preserve"> </w:t>
            </w:r>
            <w:r w:rsidRPr="007319E2">
              <w:rPr>
                <w:rFonts w:cs="Iskoola Pota"/>
                <w:sz w:val="24"/>
                <w:szCs w:val="24"/>
                <w:cs/>
                <w:lang w:bidi="si-LK"/>
              </w:rPr>
              <w:t>අව</w:t>
            </w:r>
            <w:r w:rsidR="00B9668F" w:rsidRPr="007319E2">
              <w:rPr>
                <w:rFonts w:cs="Iskoola Pota"/>
                <w:sz w:val="24"/>
                <w:szCs w:val="24"/>
                <w:cs/>
                <w:lang w:bidi="si-LK"/>
              </w:rPr>
              <w:t xml:space="preserve">ශ්‍ය </w:t>
            </w:r>
            <w:r w:rsidRPr="007319E2">
              <w:rPr>
                <w:rFonts w:cs="Iskoola Pota"/>
                <w:sz w:val="24"/>
                <w:szCs w:val="24"/>
                <w:cs/>
                <w:lang w:bidi="si-LK"/>
              </w:rPr>
              <w:t>සේවා</w:t>
            </w:r>
            <w:r w:rsidRPr="007319E2">
              <w:rPr>
                <w:rFonts w:cs="Iskoola Pota"/>
                <w:sz w:val="24"/>
                <w:szCs w:val="24"/>
                <w:lang w:bidi="si-LK"/>
              </w:rPr>
              <w:t xml:space="preserve"> </w:t>
            </w:r>
            <w:r w:rsidRPr="007319E2">
              <w:rPr>
                <w:rFonts w:cs="Iskoola Pota"/>
                <w:sz w:val="24"/>
                <w:szCs w:val="24"/>
                <w:cs/>
                <w:lang w:bidi="si-LK"/>
              </w:rPr>
              <w:t>සපයන</w:t>
            </w:r>
            <w:r w:rsidRPr="007319E2">
              <w:rPr>
                <w:rFonts w:cs="Iskoola Pota"/>
                <w:sz w:val="24"/>
                <w:szCs w:val="24"/>
                <w:lang w:bidi="si-LK"/>
              </w:rPr>
              <w:t xml:space="preserve"> 1938 </w:t>
            </w:r>
            <w:r w:rsidR="00B9668F" w:rsidRPr="007319E2">
              <w:rPr>
                <w:rFonts w:cs="Iskoola Pota"/>
                <w:sz w:val="24"/>
                <w:szCs w:val="24"/>
                <w:cs/>
                <w:lang w:bidi="si-LK"/>
              </w:rPr>
              <w:t>කාන්තා</w:t>
            </w:r>
            <w:r w:rsidRPr="007319E2">
              <w:rPr>
                <w:rFonts w:cs="Iskoola Pota"/>
                <w:sz w:val="24"/>
                <w:szCs w:val="24"/>
                <w:lang w:bidi="si-LK"/>
              </w:rPr>
              <w:t xml:space="preserve"> </w:t>
            </w:r>
            <w:r w:rsidRPr="007319E2">
              <w:rPr>
                <w:rFonts w:cs="Iskoola Pota"/>
                <w:sz w:val="24"/>
                <w:szCs w:val="24"/>
                <w:cs/>
                <w:lang w:bidi="si-LK"/>
              </w:rPr>
              <w:t>උපකාරක</w:t>
            </w:r>
            <w:r w:rsidRPr="007319E2">
              <w:rPr>
                <w:rFonts w:cs="Iskoola Pota"/>
                <w:sz w:val="24"/>
                <w:szCs w:val="24"/>
                <w:lang w:bidi="si-LK"/>
              </w:rPr>
              <w:t xml:space="preserve"> </w:t>
            </w:r>
            <w:r w:rsidRPr="007319E2">
              <w:rPr>
                <w:rFonts w:cs="Iskoola Pota"/>
                <w:sz w:val="24"/>
                <w:szCs w:val="24"/>
                <w:cs/>
                <w:lang w:bidi="si-LK"/>
              </w:rPr>
              <w:t>දුරකතන</w:t>
            </w:r>
            <w:r w:rsidRPr="007319E2">
              <w:rPr>
                <w:rFonts w:cs="Iskoola Pota"/>
                <w:sz w:val="24"/>
                <w:szCs w:val="24"/>
                <w:lang w:bidi="si-LK"/>
              </w:rPr>
              <w:t xml:space="preserve"> </w:t>
            </w:r>
            <w:r w:rsidRPr="007319E2">
              <w:rPr>
                <w:rFonts w:cs="Iskoola Pota"/>
                <w:sz w:val="24"/>
                <w:szCs w:val="24"/>
                <w:cs/>
                <w:lang w:bidi="si-LK"/>
              </w:rPr>
              <w:t>සේවාව</w:t>
            </w:r>
            <w:r w:rsidRPr="007319E2">
              <w:rPr>
                <w:rFonts w:cs="Iskoola Pota"/>
                <w:sz w:val="24"/>
                <w:szCs w:val="24"/>
                <w:lang w:bidi="si-LK"/>
              </w:rPr>
              <w:t xml:space="preserve"> </w:t>
            </w:r>
            <w:r w:rsidR="00B9668F" w:rsidRPr="007319E2">
              <w:rPr>
                <w:rFonts w:cs="Iskoola Pota"/>
                <w:sz w:val="24"/>
                <w:szCs w:val="24"/>
                <w:cs/>
                <w:lang w:bidi="si-LK"/>
              </w:rPr>
              <w:t>ක්‍රියාත්මක</w:t>
            </w:r>
            <w:r w:rsidRPr="007319E2">
              <w:rPr>
                <w:rFonts w:cs="Iskoola Pota"/>
                <w:sz w:val="24"/>
                <w:szCs w:val="24"/>
                <w:lang w:bidi="si-LK"/>
              </w:rPr>
              <w:t xml:space="preserve"> </w:t>
            </w:r>
            <w:r w:rsidR="00B9668F" w:rsidRPr="007319E2">
              <w:rPr>
                <w:rFonts w:cs="Iskoola Pota"/>
                <w:sz w:val="24"/>
                <w:szCs w:val="24"/>
                <w:cs/>
                <w:lang w:bidi="si-LK"/>
              </w:rPr>
              <w:t>වේ</w:t>
            </w:r>
            <w:r w:rsidRPr="007319E2">
              <w:rPr>
                <w:rFonts w:cs="Iskoola Pota"/>
                <w:sz w:val="24"/>
                <w:szCs w:val="24"/>
                <w:lang w:bidi="si-LK"/>
              </w:rPr>
              <w:t xml:space="preserve">. </w:t>
            </w:r>
            <w:r w:rsidRPr="007319E2">
              <w:rPr>
                <w:rFonts w:cs="Iskoola Pota"/>
                <w:sz w:val="24"/>
                <w:szCs w:val="24"/>
                <w:cs/>
                <w:lang w:bidi="si-LK"/>
              </w:rPr>
              <w:t>එම</w:t>
            </w:r>
            <w:r w:rsidR="00B9668F" w:rsidRPr="007319E2">
              <w:rPr>
                <w:rFonts w:cs="Iskoola Pota"/>
                <w:sz w:val="24"/>
                <w:szCs w:val="24"/>
                <w:cs/>
                <w:lang w:bidi="si-LK"/>
              </w:rPr>
              <w:t xml:space="preserve"> </w:t>
            </w:r>
            <w:r w:rsidRPr="007319E2">
              <w:rPr>
                <w:rFonts w:cs="Iskoola Pota"/>
                <w:sz w:val="24"/>
                <w:szCs w:val="24"/>
                <w:cs/>
                <w:lang w:bidi="si-LK"/>
              </w:rPr>
              <w:t>සේවාව</w:t>
            </w:r>
            <w:r w:rsidRPr="007319E2">
              <w:rPr>
                <w:rFonts w:cs="Iskoola Pota"/>
                <w:sz w:val="24"/>
                <w:szCs w:val="24"/>
                <w:lang w:bidi="si-LK"/>
              </w:rPr>
              <w:t xml:space="preserve"> </w:t>
            </w:r>
            <w:r w:rsidR="00B9668F" w:rsidRPr="007319E2">
              <w:rPr>
                <w:rFonts w:cs="Iskoola Pota"/>
                <w:sz w:val="24"/>
                <w:szCs w:val="24"/>
                <w:cs/>
                <w:lang w:bidi="si-LK"/>
              </w:rPr>
              <w:t>මඟින්</w:t>
            </w:r>
            <w:r w:rsidRPr="007319E2">
              <w:rPr>
                <w:rFonts w:cs="Iskoola Pota"/>
                <w:sz w:val="24"/>
                <w:szCs w:val="24"/>
                <w:lang w:bidi="si-LK"/>
              </w:rPr>
              <w:t xml:space="preserve"> </w:t>
            </w:r>
            <w:r w:rsidRPr="007319E2">
              <w:rPr>
                <w:rFonts w:cs="Iskoola Pota"/>
                <w:sz w:val="24"/>
                <w:szCs w:val="24"/>
                <w:cs/>
                <w:lang w:bidi="si-LK"/>
              </w:rPr>
              <w:t>නීති</w:t>
            </w:r>
            <w:r w:rsidRPr="007319E2">
              <w:rPr>
                <w:rFonts w:cs="Iskoola Pota"/>
                <w:sz w:val="24"/>
                <w:szCs w:val="24"/>
                <w:lang w:bidi="si-LK"/>
              </w:rPr>
              <w:t xml:space="preserve"> </w:t>
            </w:r>
            <w:r w:rsidR="00B9668F" w:rsidRPr="007319E2">
              <w:rPr>
                <w:rFonts w:cs="Iskoola Pota"/>
                <w:sz w:val="24"/>
                <w:szCs w:val="24"/>
                <w:cs/>
                <w:lang w:bidi="si-LK"/>
              </w:rPr>
              <w:t>උපදෙස්</w:t>
            </w:r>
            <w:r w:rsidRPr="007319E2">
              <w:rPr>
                <w:rFonts w:cs="Iskoola Pota"/>
                <w:sz w:val="24"/>
                <w:szCs w:val="24"/>
                <w:lang w:bidi="si-LK"/>
              </w:rPr>
              <w:t xml:space="preserve"> </w:t>
            </w:r>
            <w:r w:rsidRPr="007319E2">
              <w:rPr>
                <w:rFonts w:cs="Iskoola Pota"/>
                <w:sz w:val="24"/>
                <w:szCs w:val="24"/>
                <w:cs/>
                <w:lang w:bidi="si-LK"/>
              </w:rPr>
              <w:t>ලබා</w:t>
            </w:r>
            <w:r w:rsidRPr="007319E2">
              <w:rPr>
                <w:rFonts w:cs="Iskoola Pota"/>
                <w:sz w:val="24"/>
                <w:szCs w:val="24"/>
                <w:lang w:bidi="si-LK"/>
              </w:rPr>
              <w:t xml:space="preserve"> </w:t>
            </w:r>
            <w:r w:rsidRPr="007319E2">
              <w:rPr>
                <w:rFonts w:cs="Iskoola Pota"/>
                <w:sz w:val="24"/>
                <w:szCs w:val="24"/>
                <w:cs/>
                <w:lang w:bidi="si-LK"/>
              </w:rPr>
              <w:t>දීම</w:t>
            </w:r>
            <w:r w:rsidRPr="007319E2">
              <w:rPr>
                <w:rFonts w:cs="Iskoola Pota"/>
                <w:sz w:val="24"/>
                <w:szCs w:val="24"/>
                <w:lang w:bidi="si-LK"/>
              </w:rPr>
              <w:t xml:space="preserve">, </w:t>
            </w:r>
            <w:r w:rsidR="00FD6BF9" w:rsidRPr="007319E2">
              <w:rPr>
                <w:rFonts w:cs="Iskoola Pota"/>
                <w:sz w:val="24"/>
                <w:szCs w:val="24"/>
                <w:cs/>
                <w:lang w:bidi="si-LK"/>
              </w:rPr>
              <w:t>උප</w:t>
            </w:r>
            <w:r w:rsidR="00B9668F" w:rsidRPr="007319E2">
              <w:rPr>
                <w:rFonts w:cs="Iskoola Pota"/>
                <w:sz w:val="24"/>
                <w:szCs w:val="24"/>
                <w:cs/>
                <w:lang w:bidi="si-LK"/>
              </w:rPr>
              <w:t xml:space="preserve">දේශනය </w:t>
            </w:r>
            <w:r w:rsidRPr="007319E2">
              <w:rPr>
                <w:rFonts w:cs="Iskoola Pota"/>
                <w:sz w:val="24"/>
                <w:szCs w:val="24"/>
                <w:lang w:bidi="si-LK"/>
              </w:rPr>
              <w:t xml:space="preserve"> </w:t>
            </w:r>
            <w:r w:rsidRPr="007319E2">
              <w:rPr>
                <w:rFonts w:cs="Iskoola Pota"/>
                <w:sz w:val="24"/>
                <w:szCs w:val="24"/>
                <w:cs/>
                <w:lang w:bidi="si-LK"/>
              </w:rPr>
              <w:t>ලබා</w:t>
            </w:r>
            <w:r w:rsidRPr="007319E2">
              <w:rPr>
                <w:rFonts w:cs="Iskoola Pota"/>
                <w:sz w:val="24"/>
                <w:szCs w:val="24"/>
                <w:lang w:bidi="si-LK"/>
              </w:rPr>
              <w:t xml:space="preserve"> </w:t>
            </w:r>
            <w:r w:rsidRPr="007319E2">
              <w:rPr>
                <w:rFonts w:cs="Iskoola Pota"/>
                <w:sz w:val="24"/>
                <w:szCs w:val="24"/>
                <w:cs/>
                <w:lang w:bidi="si-LK"/>
              </w:rPr>
              <w:t>දීම</w:t>
            </w:r>
            <w:r w:rsidRPr="007319E2">
              <w:rPr>
                <w:rFonts w:cs="Iskoola Pota"/>
                <w:sz w:val="24"/>
                <w:szCs w:val="24"/>
                <w:lang w:bidi="si-LK"/>
              </w:rPr>
              <w:t xml:space="preserve"> </w:t>
            </w:r>
            <w:r w:rsidRPr="007319E2">
              <w:rPr>
                <w:rFonts w:cs="Iskoola Pota"/>
                <w:sz w:val="24"/>
                <w:szCs w:val="24"/>
                <w:cs/>
                <w:lang w:bidi="si-LK"/>
              </w:rPr>
              <w:t>හා</w:t>
            </w:r>
            <w:r w:rsidRPr="007319E2">
              <w:rPr>
                <w:rFonts w:cs="Iskoola Pota"/>
                <w:sz w:val="24"/>
                <w:szCs w:val="24"/>
                <w:lang w:bidi="si-LK"/>
              </w:rPr>
              <w:t xml:space="preserve"> </w:t>
            </w:r>
            <w:r w:rsidR="00B9668F" w:rsidRPr="007319E2">
              <w:rPr>
                <w:rFonts w:cs="Iskoola Pota"/>
                <w:sz w:val="24"/>
                <w:szCs w:val="24"/>
                <w:cs/>
                <w:lang w:bidi="si-LK"/>
              </w:rPr>
              <w:t>අදාල</w:t>
            </w:r>
            <w:r w:rsidRPr="007319E2">
              <w:rPr>
                <w:rFonts w:cs="Iskoola Pota"/>
                <w:sz w:val="24"/>
                <w:szCs w:val="24"/>
                <w:lang w:bidi="si-LK"/>
              </w:rPr>
              <w:t xml:space="preserve"> </w:t>
            </w:r>
            <w:r w:rsidRPr="007319E2">
              <w:rPr>
                <w:rFonts w:cs="Iskoola Pota"/>
                <w:sz w:val="24"/>
                <w:szCs w:val="24"/>
                <w:cs/>
                <w:lang w:bidi="si-LK"/>
              </w:rPr>
              <w:t>ආයතන</w:t>
            </w:r>
            <w:r w:rsidRPr="007319E2">
              <w:rPr>
                <w:rFonts w:cs="Iskoola Pota"/>
                <w:sz w:val="24"/>
                <w:szCs w:val="24"/>
                <w:lang w:bidi="si-LK"/>
              </w:rPr>
              <w:t xml:space="preserve"> </w:t>
            </w:r>
            <w:r w:rsidR="00B9668F" w:rsidRPr="007319E2">
              <w:rPr>
                <w:rFonts w:cs="Iskoola Pota"/>
                <w:sz w:val="24"/>
                <w:szCs w:val="24"/>
                <w:cs/>
                <w:lang w:bidi="si-LK"/>
              </w:rPr>
              <w:t>වෙත</w:t>
            </w:r>
            <w:r w:rsidRPr="007319E2">
              <w:rPr>
                <w:rFonts w:cs="Iskoola Pota"/>
                <w:sz w:val="24"/>
                <w:szCs w:val="24"/>
                <w:lang w:bidi="si-LK"/>
              </w:rPr>
              <w:t xml:space="preserve"> </w:t>
            </w:r>
            <w:r w:rsidRPr="007319E2">
              <w:rPr>
                <w:rFonts w:cs="Iskoola Pota"/>
                <w:sz w:val="24"/>
                <w:szCs w:val="24"/>
                <w:cs/>
                <w:lang w:bidi="si-LK"/>
              </w:rPr>
              <w:t>පැමිණිලිකරුවන්</w:t>
            </w:r>
            <w:r w:rsidR="00B9668F" w:rsidRPr="007319E2">
              <w:rPr>
                <w:rFonts w:cs="Iskoola Pota"/>
                <w:sz w:val="24"/>
                <w:szCs w:val="24"/>
                <w:cs/>
                <w:lang w:bidi="si-LK"/>
              </w:rPr>
              <w:t xml:space="preserve"> යො</w:t>
            </w:r>
            <w:r w:rsidRPr="007319E2">
              <w:rPr>
                <w:rFonts w:cs="Iskoola Pota"/>
                <w:sz w:val="24"/>
                <w:szCs w:val="24"/>
                <w:cs/>
                <w:lang w:bidi="si-LK"/>
              </w:rPr>
              <w:t>මු</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Pr="007319E2">
              <w:rPr>
                <w:rFonts w:cs="Iskoola Pota"/>
                <w:sz w:val="24"/>
                <w:szCs w:val="24"/>
                <w:cs/>
                <w:lang w:bidi="si-LK"/>
              </w:rPr>
              <w:t>හා</w:t>
            </w:r>
            <w:r w:rsidRPr="007319E2">
              <w:rPr>
                <w:rFonts w:cs="Iskoola Pota"/>
                <w:sz w:val="24"/>
                <w:szCs w:val="24"/>
                <w:lang w:bidi="si-LK"/>
              </w:rPr>
              <w:t xml:space="preserve"> </w:t>
            </w:r>
            <w:r w:rsidRPr="007319E2">
              <w:rPr>
                <w:rFonts w:cs="Iskoola Pota"/>
                <w:sz w:val="24"/>
                <w:szCs w:val="24"/>
                <w:cs/>
                <w:lang w:bidi="si-LK"/>
              </w:rPr>
              <w:t>වාර්තා</w:t>
            </w:r>
            <w:r w:rsidRPr="007319E2">
              <w:rPr>
                <w:rFonts w:cs="Iskoola Pota"/>
                <w:sz w:val="24"/>
                <w:szCs w:val="24"/>
                <w:lang w:bidi="si-LK"/>
              </w:rPr>
              <w:t xml:space="preserve"> </w:t>
            </w:r>
            <w:r w:rsidRPr="007319E2">
              <w:rPr>
                <w:rFonts w:cs="Iskoola Pota"/>
                <w:sz w:val="24"/>
                <w:szCs w:val="24"/>
                <w:cs/>
                <w:lang w:bidi="si-LK"/>
              </w:rPr>
              <w:t>කැඳවීම</w:t>
            </w:r>
            <w:r w:rsidRPr="007319E2">
              <w:rPr>
                <w:rFonts w:cs="Iskoola Pota"/>
                <w:sz w:val="24"/>
                <w:szCs w:val="24"/>
                <w:lang w:bidi="si-LK"/>
              </w:rPr>
              <w:t xml:space="preserve"> </w:t>
            </w:r>
            <w:r w:rsidRPr="007319E2">
              <w:rPr>
                <w:rFonts w:cs="Iskoola Pota"/>
                <w:sz w:val="24"/>
                <w:szCs w:val="24"/>
                <w:cs/>
                <w:lang w:bidi="si-LK"/>
              </w:rPr>
              <w:t>සිදු</w:t>
            </w:r>
            <w:r w:rsidRPr="007319E2">
              <w:rPr>
                <w:rFonts w:cs="Iskoola Pota"/>
                <w:sz w:val="24"/>
                <w:szCs w:val="24"/>
                <w:lang w:bidi="si-LK"/>
              </w:rPr>
              <w:t xml:space="preserve"> </w:t>
            </w:r>
            <w:r w:rsidRPr="007319E2">
              <w:rPr>
                <w:rFonts w:cs="Iskoola Pota"/>
                <w:sz w:val="24"/>
                <w:szCs w:val="24"/>
                <w:cs/>
                <w:lang w:bidi="si-LK"/>
              </w:rPr>
              <w:t>කරනු</w:t>
            </w:r>
            <w:r w:rsidRPr="007319E2">
              <w:rPr>
                <w:rFonts w:cs="Iskoola Pota"/>
                <w:sz w:val="24"/>
                <w:szCs w:val="24"/>
                <w:lang w:bidi="si-LK"/>
              </w:rPr>
              <w:t xml:space="preserve"> </w:t>
            </w:r>
            <w:r w:rsidRPr="007319E2">
              <w:rPr>
                <w:rFonts w:cs="Iskoola Pota"/>
                <w:sz w:val="24"/>
                <w:szCs w:val="24"/>
                <w:cs/>
                <w:lang w:bidi="si-LK"/>
              </w:rPr>
              <w:t>ලබයි</w:t>
            </w:r>
            <w:r w:rsidRPr="007319E2">
              <w:rPr>
                <w:rFonts w:cs="Iskoola Pota"/>
                <w:sz w:val="24"/>
                <w:szCs w:val="24"/>
                <w:lang w:bidi="si-LK"/>
              </w:rPr>
              <w:t xml:space="preserve">. </w:t>
            </w:r>
            <w:r w:rsidR="00B9668F" w:rsidRPr="007319E2">
              <w:rPr>
                <w:rFonts w:cs="Iskoola Pota"/>
                <w:sz w:val="24"/>
                <w:szCs w:val="24"/>
                <w:cs/>
                <w:lang w:bidi="si-LK"/>
              </w:rPr>
              <w:t>එමෙන්ම</w:t>
            </w:r>
            <w:r w:rsidRPr="007319E2">
              <w:rPr>
                <w:rFonts w:cs="Iskoola Pota"/>
                <w:sz w:val="24"/>
                <w:szCs w:val="24"/>
                <w:lang w:bidi="si-LK"/>
              </w:rPr>
              <w:t xml:space="preserve">, </w:t>
            </w:r>
            <w:r w:rsidR="00B9668F" w:rsidRPr="007319E2">
              <w:rPr>
                <w:rFonts w:cs="Iskoola Pota"/>
                <w:sz w:val="24"/>
                <w:szCs w:val="24"/>
                <w:cs/>
                <w:lang w:bidi="si-LK"/>
              </w:rPr>
              <w:t>ලැ‍බෙ</w:t>
            </w:r>
            <w:r w:rsidRPr="007319E2">
              <w:rPr>
                <w:rFonts w:cs="Iskoola Pota"/>
                <w:sz w:val="24"/>
                <w:szCs w:val="24"/>
                <w:cs/>
                <w:lang w:bidi="si-LK"/>
              </w:rPr>
              <w:t>න</w:t>
            </w:r>
            <w:r w:rsidRPr="007319E2">
              <w:rPr>
                <w:rFonts w:cs="Iskoola Pota"/>
                <w:sz w:val="24"/>
                <w:szCs w:val="24"/>
                <w:lang w:bidi="si-LK"/>
              </w:rPr>
              <w:t xml:space="preserve"> </w:t>
            </w:r>
            <w:r w:rsidRPr="007319E2">
              <w:rPr>
                <w:rFonts w:cs="Iskoola Pota"/>
                <w:sz w:val="24"/>
                <w:szCs w:val="24"/>
                <w:cs/>
                <w:lang w:bidi="si-LK"/>
              </w:rPr>
              <w:t>පැමිණිලි</w:t>
            </w:r>
            <w:r w:rsidRPr="007319E2">
              <w:rPr>
                <w:rFonts w:cs="Iskoola Pota"/>
                <w:sz w:val="24"/>
                <w:szCs w:val="24"/>
                <w:lang w:bidi="si-LK"/>
              </w:rPr>
              <w:t xml:space="preserve"> </w:t>
            </w:r>
            <w:r w:rsidR="00B9668F" w:rsidRPr="007319E2">
              <w:rPr>
                <w:rFonts w:cs="Iskoola Pota"/>
                <w:sz w:val="24"/>
                <w:szCs w:val="24"/>
                <w:cs/>
                <w:lang w:bidi="si-LK"/>
              </w:rPr>
              <w:t>සම්බන්ධව</w:t>
            </w:r>
            <w:r w:rsidRPr="007319E2">
              <w:rPr>
                <w:rFonts w:cs="Iskoola Pota"/>
                <w:sz w:val="24"/>
                <w:szCs w:val="24"/>
                <w:lang w:bidi="si-LK"/>
              </w:rPr>
              <w:t xml:space="preserve"> </w:t>
            </w:r>
            <w:r w:rsidRPr="007319E2">
              <w:rPr>
                <w:rFonts w:cs="Iskoola Pota"/>
                <w:sz w:val="24"/>
                <w:szCs w:val="24"/>
                <w:cs/>
                <w:lang w:bidi="si-LK"/>
              </w:rPr>
              <w:t>කාලීන</w:t>
            </w:r>
            <w:r w:rsidRPr="007319E2">
              <w:rPr>
                <w:rFonts w:cs="Iskoola Pota"/>
                <w:sz w:val="24"/>
                <w:szCs w:val="24"/>
                <w:lang w:bidi="si-LK"/>
              </w:rPr>
              <w:t xml:space="preserve"> </w:t>
            </w:r>
            <w:r w:rsidR="007A1B38" w:rsidRPr="007319E2">
              <w:rPr>
                <w:rFonts w:cs="Iskoola Pota"/>
                <w:sz w:val="24"/>
                <w:szCs w:val="24"/>
                <w:cs/>
                <w:lang w:bidi="si-LK"/>
              </w:rPr>
              <w:t>පසුවිපරම්</w:t>
            </w:r>
            <w:r w:rsidRPr="007319E2">
              <w:rPr>
                <w:rFonts w:cs="Iskoola Pota"/>
                <w:sz w:val="24"/>
                <w:szCs w:val="24"/>
                <w:lang w:bidi="si-LK"/>
              </w:rPr>
              <w:t xml:space="preserve"> </w:t>
            </w:r>
            <w:r w:rsidRPr="007319E2">
              <w:rPr>
                <w:rFonts w:cs="Iskoola Pota"/>
                <w:sz w:val="24"/>
                <w:szCs w:val="24"/>
                <w:cs/>
                <w:lang w:bidi="si-LK"/>
              </w:rPr>
              <w:t>සිදු</w:t>
            </w:r>
            <w:r w:rsidRPr="007319E2">
              <w:rPr>
                <w:rFonts w:cs="Iskoola Pota"/>
                <w:sz w:val="24"/>
                <w:szCs w:val="24"/>
                <w:lang w:bidi="si-LK"/>
              </w:rPr>
              <w:t xml:space="preserve"> </w:t>
            </w:r>
            <w:r w:rsidRPr="007319E2">
              <w:rPr>
                <w:rFonts w:cs="Iskoola Pota"/>
                <w:sz w:val="24"/>
                <w:szCs w:val="24"/>
                <w:cs/>
                <w:lang w:bidi="si-LK"/>
              </w:rPr>
              <w:t>කිරීම</w:t>
            </w:r>
            <w:r w:rsidRPr="007319E2">
              <w:rPr>
                <w:rFonts w:cs="Iskoola Pota"/>
                <w:sz w:val="24"/>
                <w:szCs w:val="24"/>
                <w:lang w:bidi="si-LK"/>
              </w:rPr>
              <w:t xml:space="preserve"> </w:t>
            </w:r>
            <w:r w:rsidR="00B9668F" w:rsidRPr="007319E2">
              <w:rPr>
                <w:rFonts w:cs="Iskoola Pota"/>
                <w:sz w:val="24"/>
                <w:szCs w:val="24"/>
                <w:cs/>
                <w:lang w:bidi="si-LK"/>
              </w:rPr>
              <w:t xml:space="preserve">ද </w:t>
            </w:r>
            <w:r w:rsidRPr="007319E2">
              <w:rPr>
                <w:rFonts w:cs="Iskoola Pota"/>
                <w:sz w:val="24"/>
                <w:szCs w:val="24"/>
                <w:cs/>
                <w:lang w:bidi="si-LK"/>
              </w:rPr>
              <w:t>ජාතික</w:t>
            </w:r>
            <w:r w:rsidRPr="007319E2">
              <w:rPr>
                <w:rFonts w:cs="Iskoola Pota"/>
                <w:sz w:val="24"/>
                <w:szCs w:val="24"/>
                <w:lang w:bidi="si-LK"/>
              </w:rPr>
              <w:t xml:space="preserve"> </w:t>
            </w:r>
            <w:r w:rsidR="00B9668F" w:rsidRPr="007319E2">
              <w:rPr>
                <w:rFonts w:cs="Iskoola Pota"/>
                <w:sz w:val="24"/>
                <w:szCs w:val="24"/>
                <w:cs/>
                <w:lang w:bidi="si-LK"/>
              </w:rPr>
              <w:t>කාන්තා</w:t>
            </w:r>
            <w:r w:rsidRPr="007319E2">
              <w:rPr>
                <w:rFonts w:cs="Iskoola Pota"/>
                <w:sz w:val="24"/>
                <w:szCs w:val="24"/>
                <w:lang w:bidi="si-LK"/>
              </w:rPr>
              <w:t xml:space="preserve"> </w:t>
            </w:r>
            <w:r w:rsidR="007A1B38" w:rsidRPr="007319E2">
              <w:rPr>
                <w:rFonts w:cs="Iskoola Pota"/>
                <w:sz w:val="24"/>
                <w:szCs w:val="24"/>
                <w:cs/>
                <w:lang w:bidi="si-LK"/>
              </w:rPr>
              <w:t>කමිටුවේ</w:t>
            </w:r>
            <w:r w:rsidRPr="007319E2">
              <w:rPr>
                <w:rFonts w:cs="Iskoola Pota"/>
                <w:sz w:val="24"/>
                <w:szCs w:val="24"/>
                <w:lang w:bidi="si-LK"/>
              </w:rPr>
              <w:t xml:space="preserve"> </w:t>
            </w:r>
            <w:r w:rsidR="00B9668F" w:rsidRPr="007319E2">
              <w:rPr>
                <w:rFonts w:cs="Iskoola Pota"/>
                <w:sz w:val="24"/>
                <w:szCs w:val="24"/>
                <w:cs/>
                <w:lang w:bidi="si-LK"/>
              </w:rPr>
              <w:t>ප්‍ර</w:t>
            </w:r>
            <w:r w:rsidRPr="007319E2">
              <w:rPr>
                <w:rFonts w:cs="Iskoola Pota"/>
                <w:sz w:val="24"/>
                <w:szCs w:val="24"/>
                <w:cs/>
                <w:lang w:bidi="si-LK"/>
              </w:rPr>
              <w:t>ධාන</w:t>
            </w:r>
            <w:r w:rsidRPr="007319E2">
              <w:rPr>
                <w:rFonts w:cs="Iskoola Pota"/>
                <w:sz w:val="24"/>
                <w:szCs w:val="24"/>
                <w:lang w:bidi="si-LK"/>
              </w:rPr>
              <w:t xml:space="preserve"> </w:t>
            </w:r>
            <w:r w:rsidRPr="007319E2">
              <w:rPr>
                <w:rFonts w:cs="Iskoola Pota"/>
                <w:sz w:val="24"/>
                <w:szCs w:val="24"/>
                <w:cs/>
                <w:lang w:bidi="si-LK"/>
              </w:rPr>
              <w:t>කාර්ය</w:t>
            </w:r>
            <w:r w:rsidR="001E69DC">
              <w:rPr>
                <w:rFonts w:cs="Iskoola Pota" w:hint="cs"/>
                <w:sz w:val="24"/>
                <w:szCs w:val="24"/>
                <w:cs/>
                <w:lang w:bidi="si-LK"/>
              </w:rPr>
              <w:t xml:space="preserve"> </w:t>
            </w:r>
            <w:r w:rsidRPr="007319E2">
              <w:rPr>
                <w:rFonts w:cs="Iskoola Pota"/>
                <w:sz w:val="24"/>
                <w:szCs w:val="24"/>
                <w:cs/>
                <w:lang w:bidi="si-LK"/>
              </w:rPr>
              <w:t>භාරයකි</w:t>
            </w:r>
            <w:r w:rsidRPr="007319E2">
              <w:rPr>
                <w:rFonts w:cs="Iskoola Pota"/>
                <w:sz w:val="24"/>
                <w:szCs w:val="24"/>
                <w:lang w:bidi="si-LK"/>
              </w:rPr>
              <w:t>.</w:t>
            </w:r>
          </w:p>
        </w:tc>
        <w:tc>
          <w:tcPr>
            <w:tcW w:w="1530" w:type="dxa"/>
          </w:tcPr>
          <w:p w:rsidR="00F853F4" w:rsidRPr="007319E2" w:rsidRDefault="00B85562" w:rsidP="00A32EDC">
            <w:pPr>
              <w:spacing w:line="276" w:lineRule="auto"/>
              <w:jc w:val="both"/>
              <w:rPr>
                <w:rFonts w:cs="Iskoola Pota"/>
                <w:sz w:val="24"/>
                <w:szCs w:val="24"/>
              </w:rPr>
            </w:pPr>
            <w:r w:rsidRPr="007319E2">
              <w:rPr>
                <w:rFonts w:cs="Iskoola Pota"/>
                <w:sz w:val="24"/>
                <w:szCs w:val="24"/>
              </w:rPr>
              <w:t>011 2187038</w:t>
            </w:r>
          </w:p>
        </w:tc>
      </w:tr>
      <w:tr w:rsidR="00922EDD" w:rsidRPr="007319E2" w:rsidTr="00A32EDC">
        <w:trPr>
          <w:trHeight w:val="519"/>
        </w:trPr>
        <w:tc>
          <w:tcPr>
            <w:tcW w:w="1998" w:type="dxa"/>
          </w:tcPr>
          <w:p w:rsidR="00922EDD" w:rsidRPr="007319E2" w:rsidRDefault="00922EDD" w:rsidP="00A32EDC">
            <w:pPr>
              <w:spacing w:line="276" w:lineRule="auto"/>
              <w:jc w:val="both"/>
              <w:rPr>
                <w:rFonts w:cs="Iskoola Pota"/>
                <w:sz w:val="24"/>
                <w:szCs w:val="24"/>
                <w:cs/>
                <w:lang w:bidi="si-LK"/>
              </w:rPr>
            </w:pPr>
            <w:r w:rsidRPr="007319E2">
              <w:rPr>
                <w:rFonts w:cs="Iskoola Pota"/>
                <w:sz w:val="24"/>
                <w:szCs w:val="24"/>
                <w:cs/>
                <w:lang w:bidi="si-LK"/>
              </w:rPr>
              <w:t>අභ්‍යන්තර විගණන අංශය</w:t>
            </w:r>
          </w:p>
        </w:tc>
        <w:tc>
          <w:tcPr>
            <w:tcW w:w="6390" w:type="dxa"/>
          </w:tcPr>
          <w:p w:rsidR="00922EDD" w:rsidRPr="007319E2" w:rsidRDefault="00922EDD" w:rsidP="00A32EDC">
            <w:pPr>
              <w:spacing w:line="276" w:lineRule="auto"/>
              <w:jc w:val="both"/>
              <w:rPr>
                <w:rFonts w:cs="Iskoola Pota"/>
                <w:sz w:val="24"/>
                <w:szCs w:val="24"/>
                <w:rtl/>
                <w:cs/>
              </w:rPr>
            </w:pPr>
            <w:r w:rsidRPr="007319E2">
              <w:rPr>
                <w:rFonts w:cs="Iskoola Pota"/>
                <w:sz w:val="24"/>
                <w:szCs w:val="24"/>
                <w:cs/>
                <w:lang w:bidi="si-LK"/>
              </w:rPr>
              <w:t>අමාත්‍යාංශය</w:t>
            </w:r>
            <w:r w:rsidRPr="007319E2">
              <w:rPr>
                <w:rFonts w:cs="Iskoola Pota"/>
                <w:sz w:val="24"/>
                <w:szCs w:val="24"/>
              </w:rPr>
              <w:t xml:space="preserve"> </w:t>
            </w:r>
            <w:r w:rsidRPr="007319E2">
              <w:rPr>
                <w:rFonts w:cs="Iskoola Pota"/>
                <w:sz w:val="24"/>
                <w:szCs w:val="24"/>
                <w:cs/>
                <w:lang w:bidi="si-LK"/>
              </w:rPr>
              <w:t>විසින්</w:t>
            </w:r>
            <w:r w:rsidRPr="007319E2">
              <w:rPr>
                <w:rFonts w:cs="Iskoola Pota"/>
                <w:sz w:val="24"/>
                <w:szCs w:val="24"/>
              </w:rPr>
              <w:t xml:space="preserve"> </w:t>
            </w:r>
            <w:r w:rsidRPr="007319E2">
              <w:rPr>
                <w:rFonts w:cs="Iskoola Pota"/>
                <w:sz w:val="24"/>
                <w:szCs w:val="24"/>
                <w:cs/>
                <w:lang w:bidi="si-LK"/>
              </w:rPr>
              <w:t>සිදු</w:t>
            </w:r>
            <w:r w:rsidRPr="007319E2">
              <w:rPr>
                <w:rFonts w:cs="Iskoola Pota"/>
                <w:sz w:val="24"/>
                <w:szCs w:val="24"/>
              </w:rPr>
              <w:t xml:space="preserve"> </w:t>
            </w:r>
            <w:r w:rsidRPr="007319E2">
              <w:rPr>
                <w:rFonts w:cs="Iskoola Pota"/>
                <w:sz w:val="24"/>
                <w:szCs w:val="24"/>
                <w:cs/>
                <w:lang w:bidi="si-LK"/>
              </w:rPr>
              <w:t>කරනු</w:t>
            </w:r>
            <w:r w:rsidRPr="007319E2">
              <w:rPr>
                <w:rFonts w:cs="Iskoola Pota"/>
                <w:sz w:val="24"/>
                <w:szCs w:val="24"/>
              </w:rPr>
              <w:t xml:space="preserve"> </w:t>
            </w:r>
            <w:r w:rsidRPr="007319E2">
              <w:rPr>
                <w:rFonts w:cs="Iskoola Pota"/>
                <w:sz w:val="24"/>
                <w:szCs w:val="24"/>
                <w:cs/>
                <w:lang w:bidi="si-LK"/>
              </w:rPr>
              <w:t>ලබන</w:t>
            </w:r>
            <w:r w:rsidRPr="007319E2">
              <w:rPr>
                <w:rFonts w:cs="Iskoola Pota"/>
                <w:sz w:val="24"/>
                <w:szCs w:val="24"/>
              </w:rPr>
              <w:t xml:space="preserve"> </w:t>
            </w:r>
            <w:r w:rsidRPr="007319E2">
              <w:rPr>
                <w:rFonts w:cs="Iskoola Pota"/>
                <w:sz w:val="24"/>
                <w:szCs w:val="24"/>
                <w:cs/>
                <w:lang w:bidi="si-LK"/>
              </w:rPr>
              <w:t>සේවාවන්</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වැඩසටහන්</w:t>
            </w:r>
            <w:r w:rsidRPr="007319E2">
              <w:rPr>
                <w:rFonts w:cs="Iskoola Pota"/>
                <w:sz w:val="24"/>
                <w:szCs w:val="24"/>
              </w:rPr>
              <w:t xml:space="preserve"> </w:t>
            </w:r>
            <w:r w:rsidRPr="007319E2">
              <w:rPr>
                <w:rFonts w:cs="Iskoola Pota"/>
                <w:sz w:val="24"/>
                <w:szCs w:val="24"/>
                <w:cs/>
                <w:lang w:bidi="si-LK"/>
              </w:rPr>
              <w:t>ගුණාත්මකව</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කාර්යක්ෂමව</w:t>
            </w:r>
            <w:r w:rsidRPr="007319E2">
              <w:rPr>
                <w:rFonts w:cs="Iskoola Pota"/>
                <w:sz w:val="24"/>
                <w:szCs w:val="24"/>
              </w:rPr>
              <w:t xml:space="preserve"> </w:t>
            </w:r>
            <w:r w:rsidRPr="007319E2">
              <w:rPr>
                <w:rFonts w:cs="Iskoola Pota"/>
                <w:sz w:val="24"/>
                <w:szCs w:val="24"/>
                <w:cs/>
                <w:lang w:bidi="si-LK"/>
              </w:rPr>
              <w:t>පවත්වාගෙන</w:t>
            </w:r>
            <w:r w:rsidRPr="007319E2">
              <w:rPr>
                <w:rFonts w:cs="Iskoola Pota"/>
                <w:sz w:val="24"/>
                <w:szCs w:val="24"/>
              </w:rPr>
              <w:t xml:space="preserve"> </w:t>
            </w:r>
            <w:r w:rsidRPr="007319E2">
              <w:rPr>
                <w:rFonts w:cs="Iskoola Pota"/>
                <w:sz w:val="24"/>
                <w:szCs w:val="24"/>
                <w:cs/>
                <w:lang w:bidi="si-LK"/>
              </w:rPr>
              <w:t>යාමට</w:t>
            </w:r>
            <w:r w:rsidRPr="007319E2">
              <w:rPr>
                <w:rFonts w:cs="Iskoola Pota"/>
                <w:sz w:val="24"/>
                <w:szCs w:val="24"/>
              </w:rPr>
              <w:t xml:space="preserve"> </w:t>
            </w:r>
            <w:r w:rsidRPr="007319E2">
              <w:rPr>
                <w:rFonts w:cs="Iskoola Pota"/>
                <w:sz w:val="24"/>
                <w:szCs w:val="24"/>
                <w:cs/>
                <w:lang w:bidi="si-LK"/>
              </w:rPr>
              <w:t>අවශ්‍ය</w:t>
            </w:r>
            <w:r w:rsidRPr="007319E2">
              <w:rPr>
                <w:rFonts w:cs="Iskoola Pota"/>
                <w:sz w:val="24"/>
                <w:szCs w:val="24"/>
              </w:rPr>
              <w:t xml:space="preserve"> </w:t>
            </w:r>
            <w:r w:rsidRPr="007319E2">
              <w:rPr>
                <w:rFonts w:cs="Iskoola Pota"/>
                <w:sz w:val="24"/>
                <w:szCs w:val="24"/>
                <w:cs/>
                <w:lang w:bidi="si-LK"/>
              </w:rPr>
              <w:t>මූල්‍ය</w:t>
            </w:r>
            <w:r w:rsidRPr="007319E2">
              <w:rPr>
                <w:rFonts w:cs="Iskoola Pota"/>
                <w:sz w:val="24"/>
                <w:szCs w:val="24"/>
              </w:rPr>
              <w:t xml:space="preserve"> </w:t>
            </w:r>
            <w:r w:rsidRPr="007319E2">
              <w:rPr>
                <w:rFonts w:cs="Iskoola Pota"/>
                <w:sz w:val="24"/>
                <w:szCs w:val="24"/>
                <w:cs/>
                <w:lang w:bidi="si-LK"/>
              </w:rPr>
              <w:t>විගණනය</w:t>
            </w:r>
            <w:r w:rsidRPr="007319E2">
              <w:rPr>
                <w:rFonts w:cs="Iskoola Pota"/>
                <w:sz w:val="24"/>
                <w:szCs w:val="24"/>
              </w:rPr>
              <w:t xml:space="preserve">, </w:t>
            </w:r>
            <w:r w:rsidRPr="007319E2">
              <w:rPr>
                <w:rFonts w:cs="Iskoola Pota"/>
                <w:sz w:val="24"/>
                <w:szCs w:val="24"/>
                <w:cs/>
                <w:lang w:bidi="si-LK"/>
              </w:rPr>
              <w:t>කාර්යසාධන</w:t>
            </w:r>
            <w:r w:rsidRPr="007319E2">
              <w:rPr>
                <w:rFonts w:cs="Iskoola Pota"/>
                <w:sz w:val="24"/>
                <w:szCs w:val="24"/>
              </w:rPr>
              <w:t xml:space="preserve"> </w:t>
            </w:r>
            <w:r w:rsidRPr="007319E2">
              <w:rPr>
                <w:rFonts w:cs="Iskoola Pota"/>
                <w:sz w:val="24"/>
                <w:szCs w:val="24"/>
                <w:cs/>
                <w:lang w:bidi="si-LK"/>
              </w:rPr>
              <w:t>විගණනය</w:t>
            </w:r>
            <w:r w:rsidRPr="007319E2">
              <w:rPr>
                <w:rFonts w:cs="Iskoola Pota"/>
                <w:sz w:val="24"/>
                <w:szCs w:val="24"/>
              </w:rPr>
              <w:t xml:space="preserve">, </w:t>
            </w:r>
            <w:r w:rsidRPr="007319E2">
              <w:rPr>
                <w:rFonts w:cs="Iskoola Pota"/>
                <w:sz w:val="24"/>
                <w:szCs w:val="24"/>
                <w:cs/>
                <w:lang w:bidi="si-LK"/>
              </w:rPr>
              <w:t>කළමනාකරණ</w:t>
            </w:r>
            <w:r w:rsidRPr="007319E2">
              <w:rPr>
                <w:rFonts w:cs="Iskoola Pota"/>
                <w:sz w:val="24"/>
                <w:szCs w:val="24"/>
              </w:rPr>
              <w:t xml:space="preserve"> </w:t>
            </w:r>
            <w:r w:rsidRPr="007319E2">
              <w:rPr>
                <w:rFonts w:cs="Iskoola Pota"/>
                <w:sz w:val="24"/>
                <w:szCs w:val="24"/>
                <w:cs/>
                <w:lang w:bidi="si-LK"/>
              </w:rPr>
              <w:t>විගණනය</w:t>
            </w:r>
            <w:r w:rsidRPr="007319E2">
              <w:rPr>
                <w:rFonts w:cs="Iskoola Pota"/>
                <w:sz w:val="24"/>
                <w:szCs w:val="24"/>
              </w:rPr>
              <w:t xml:space="preserve">, </w:t>
            </w:r>
            <w:r w:rsidRPr="007319E2">
              <w:rPr>
                <w:rFonts w:cs="Iskoola Pota"/>
                <w:sz w:val="24"/>
                <w:szCs w:val="24"/>
                <w:cs/>
                <w:lang w:bidi="si-LK"/>
              </w:rPr>
              <w:t>පද්ධති</w:t>
            </w:r>
            <w:r w:rsidRPr="007319E2">
              <w:rPr>
                <w:rFonts w:cs="Iskoola Pota"/>
                <w:sz w:val="24"/>
                <w:szCs w:val="24"/>
              </w:rPr>
              <w:t xml:space="preserve"> </w:t>
            </w:r>
            <w:r w:rsidRPr="007319E2">
              <w:rPr>
                <w:rFonts w:cs="Iskoola Pota"/>
                <w:sz w:val="24"/>
                <w:szCs w:val="24"/>
                <w:cs/>
                <w:lang w:bidi="si-LK"/>
              </w:rPr>
              <w:t>පාලන</w:t>
            </w:r>
            <w:r w:rsidRPr="007319E2">
              <w:rPr>
                <w:rFonts w:cs="Iskoola Pota"/>
                <w:sz w:val="24"/>
                <w:szCs w:val="24"/>
              </w:rPr>
              <w:t xml:space="preserve"> </w:t>
            </w:r>
            <w:r w:rsidRPr="007319E2">
              <w:rPr>
                <w:rFonts w:cs="Iskoola Pota"/>
                <w:sz w:val="24"/>
                <w:szCs w:val="24"/>
                <w:cs/>
                <w:lang w:bidi="si-LK"/>
              </w:rPr>
              <w:t>විගණනය</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අවදානම්</w:t>
            </w:r>
            <w:r w:rsidRPr="007319E2">
              <w:rPr>
                <w:rFonts w:cs="Iskoola Pota"/>
                <w:sz w:val="24"/>
                <w:szCs w:val="24"/>
              </w:rPr>
              <w:t xml:space="preserve"> </w:t>
            </w:r>
            <w:r w:rsidRPr="007319E2">
              <w:rPr>
                <w:rFonts w:cs="Iskoola Pota"/>
                <w:sz w:val="24"/>
                <w:szCs w:val="24"/>
                <w:cs/>
                <w:lang w:bidi="si-LK"/>
              </w:rPr>
              <w:t>සහගත</w:t>
            </w:r>
            <w:r w:rsidRPr="007319E2">
              <w:rPr>
                <w:rFonts w:cs="Iskoola Pota"/>
                <w:sz w:val="24"/>
                <w:szCs w:val="24"/>
              </w:rPr>
              <w:t xml:space="preserve"> </w:t>
            </w:r>
            <w:r w:rsidRPr="007319E2">
              <w:rPr>
                <w:rFonts w:cs="Iskoola Pota"/>
                <w:sz w:val="24"/>
                <w:szCs w:val="24"/>
                <w:cs/>
                <w:lang w:bidi="si-LK"/>
              </w:rPr>
              <w:t>ක්ෂේත්‍ර පාදක</w:t>
            </w:r>
            <w:r w:rsidRPr="007319E2">
              <w:rPr>
                <w:rFonts w:cs="Iskoola Pota"/>
                <w:sz w:val="24"/>
                <w:szCs w:val="24"/>
              </w:rPr>
              <w:t xml:space="preserve"> </w:t>
            </w:r>
            <w:r w:rsidRPr="007319E2">
              <w:rPr>
                <w:rFonts w:cs="Iskoola Pota"/>
                <w:sz w:val="24"/>
                <w:szCs w:val="24"/>
                <w:cs/>
                <w:lang w:bidi="si-LK"/>
              </w:rPr>
              <w:t>කරගත්</w:t>
            </w:r>
            <w:r w:rsidRPr="007319E2">
              <w:rPr>
                <w:rFonts w:cs="Iskoola Pota"/>
                <w:sz w:val="24"/>
                <w:szCs w:val="24"/>
              </w:rPr>
              <w:t xml:space="preserve"> </w:t>
            </w:r>
            <w:r w:rsidRPr="007319E2">
              <w:rPr>
                <w:rFonts w:cs="Iskoola Pota"/>
                <w:sz w:val="24"/>
                <w:szCs w:val="24"/>
                <w:cs/>
                <w:lang w:bidi="si-LK"/>
              </w:rPr>
              <w:t>විගණනය</w:t>
            </w:r>
            <w:r w:rsidRPr="007319E2">
              <w:rPr>
                <w:rFonts w:cs="Iskoola Pota"/>
                <w:sz w:val="24"/>
                <w:szCs w:val="24"/>
              </w:rPr>
              <w:t xml:space="preserve"> </w:t>
            </w:r>
            <w:r w:rsidRPr="007319E2">
              <w:rPr>
                <w:rFonts w:cs="Iskoola Pota"/>
                <w:sz w:val="24"/>
                <w:szCs w:val="24"/>
                <w:cs/>
                <w:lang w:bidi="si-LK"/>
              </w:rPr>
              <w:t>සිදු</w:t>
            </w:r>
            <w:r w:rsidRPr="007319E2">
              <w:rPr>
                <w:rFonts w:cs="Iskoola Pota"/>
                <w:sz w:val="24"/>
                <w:szCs w:val="24"/>
              </w:rPr>
              <w:t xml:space="preserve"> </w:t>
            </w:r>
            <w:r w:rsidRPr="007319E2">
              <w:rPr>
                <w:rFonts w:cs="Iskoola Pota"/>
                <w:sz w:val="24"/>
                <w:szCs w:val="24"/>
                <w:cs/>
                <w:lang w:bidi="si-LK"/>
              </w:rPr>
              <w:t>කිරීම</w:t>
            </w:r>
            <w:r w:rsidRPr="007319E2">
              <w:rPr>
                <w:rFonts w:cs="Iskoola Pota"/>
                <w:sz w:val="24"/>
                <w:szCs w:val="24"/>
              </w:rPr>
              <w:t xml:space="preserve"> </w:t>
            </w:r>
            <w:r w:rsidRPr="007319E2">
              <w:rPr>
                <w:rFonts w:cs="Iskoola Pota"/>
                <w:sz w:val="24"/>
                <w:szCs w:val="24"/>
                <w:cs/>
                <w:lang w:bidi="si-LK"/>
              </w:rPr>
              <w:t>තුළින්</w:t>
            </w:r>
            <w:r w:rsidRPr="007319E2">
              <w:rPr>
                <w:rFonts w:cs="Iskoola Pota"/>
                <w:sz w:val="24"/>
                <w:szCs w:val="24"/>
              </w:rPr>
              <w:t xml:space="preserve"> </w:t>
            </w:r>
            <w:r w:rsidRPr="007319E2">
              <w:rPr>
                <w:rFonts w:cs="Iskoola Pota"/>
                <w:sz w:val="24"/>
                <w:szCs w:val="24"/>
                <w:cs/>
                <w:lang w:bidi="si-LK"/>
              </w:rPr>
              <w:t>ආයතනයේ</w:t>
            </w:r>
            <w:r w:rsidRPr="007319E2">
              <w:rPr>
                <w:rFonts w:cs="Iskoola Pota"/>
                <w:sz w:val="24"/>
                <w:szCs w:val="24"/>
              </w:rPr>
              <w:t xml:space="preserve"> </w:t>
            </w:r>
            <w:r w:rsidRPr="007319E2">
              <w:rPr>
                <w:rFonts w:cs="Iskoola Pota"/>
                <w:sz w:val="24"/>
                <w:szCs w:val="24"/>
                <w:cs/>
                <w:lang w:bidi="si-LK"/>
              </w:rPr>
              <w:t>අපේක්ෂිත</w:t>
            </w:r>
            <w:r w:rsidRPr="007319E2">
              <w:rPr>
                <w:rFonts w:cs="Iskoola Pota"/>
                <w:sz w:val="24"/>
                <w:szCs w:val="24"/>
              </w:rPr>
              <w:t xml:space="preserve"> </w:t>
            </w:r>
            <w:r w:rsidRPr="007319E2">
              <w:rPr>
                <w:rFonts w:cs="Iskoola Pota"/>
                <w:sz w:val="24"/>
                <w:szCs w:val="24"/>
                <w:cs/>
                <w:lang w:bidi="si-LK"/>
              </w:rPr>
              <w:t>ඉලක්ක</w:t>
            </w:r>
            <w:r w:rsidRPr="007319E2">
              <w:rPr>
                <w:rFonts w:cs="Iskoola Pota"/>
                <w:sz w:val="24"/>
                <w:szCs w:val="24"/>
              </w:rPr>
              <w:t xml:space="preserve"> </w:t>
            </w:r>
            <w:r w:rsidRPr="007319E2">
              <w:rPr>
                <w:rFonts w:cs="Iskoola Pota"/>
                <w:sz w:val="24"/>
                <w:szCs w:val="24"/>
                <w:cs/>
                <w:lang w:bidi="si-LK"/>
              </w:rPr>
              <w:t>ළඟා</w:t>
            </w:r>
            <w:r w:rsidRPr="007319E2">
              <w:rPr>
                <w:rFonts w:cs="Iskoola Pota"/>
                <w:sz w:val="24"/>
                <w:szCs w:val="24"/>
              </w:rPr>
              <w:t xml:space="preserve"> </w:t>
            </w:r>
            <w:r w:rsidRPr="007319E2">
              <w:rPr>
                <w:rFonts w:cs="Iskoola Pota"/>
                <w:sz w:val="24"/>
                <w:szCs w:val="24"/>
                <w:cs/>
                <w:lang w:bidi="si-LK"/>
              </w:rPr>
              <w:t>කර</w:t>
            </w:r>
            <w:r w:rsidRPr="007319E2">
              <w:rPr>
                <w:rFonts w:cs="Iskoola Pota"/>
                <w:sz w:val="24"/>
                <w:szCs w:val="24"/>
              </w:rPr>
              <w:t xml:space="preserve"> </w:t>
            </w:r>
            <w:r w:rsidRPr="007319E2">
              <w:rPr>
                <w:rFonts w:cs="Iskoola Pota"/>
                <w:sz w:val="24"/>
                <w:szCs w:val="24"/>
                <w:cs/>
                <w:lang w:bidi="si-LK"/>
              </w:rPr>
              <w:t>ගැනීමට</w:t>
            </w:r>
            <w:r w:rsidRPr="007319E2">
              <w:rPr>
                <w:rFonts w:cs="Iskoola Pota"/>
                <w:sz w:val="24"/>
                <w:szCs w:val="24"/>
              </w:rPr>
              <w:t xml:space="preserve"> </w:t>
            </w:r>
            <w:r w:rsidRPr="007319E2">
              <w:rPr>
                <w:rFonts w:cs="Iskoola Pota"/>
                <w:sz w:val="24"/>
                <w:szCs w:val="24"/>
                <w:cs/>
                <w:lang w:bidi="si-LK"/>
              </w:rPr>
              <w:t>මඟ</w:t>
            </w:r>
            <w:r w:rsidRPr="007319E2">
              <w:rPr>
                <w:rFonts w:cs="Iskoola Pota"/>
                <w:sz w:val="24"/>
                <w:szCs w:val="24"/>
              </w:rPr>
              <w:t xml:space="preserve"> </w:t>
            </w:r>
            <w:r w:rsidRPr="007319E2">
              <w:rPr>
                <w:rFonts w:cs="Iskoola Pota"/>
                <w:sz w:val="24"/>
                <w:szCs w:val="24"/>
                <w:cs/>
                <w:lang w:bidi="si-LK"/>
              </w:rPr>
              <w:t>පෙන්වීම</w:t>
            </w:r>
            <w:r w:rsidRPr="007319E2">
              <w:rPr>
                <w:rFonts w:cs="Iskoola Pota"/>
                <w:sz w:val="24"/>
                <w:szCs w:val="24"/>
              </w:rPr>
              <w:t xml:space="preserve"> </w:t>
            </w:r>
            <w:r w:rsidRPr="007319E2">
              <w:rPr>
                <w:rFonts w:cs="Iskoola Pota"/>
                <w:sz w:val="24"/>
                <w:szCs w:val="24"/>
                <w:cs/>
                <w:lang w:bidi="si-LK"/>
              </w:rPr>
              <w:t>සිදු</w:t>
            </w:r>
            <w:r w:rsidRPr="007319E2">
              <w:rPr>
                <w:rFonts w:cs="Iskoola Pota"/>
                <w:sz w:val="24"/>
                <w:szCs w:val="24"/>
              </w:rPr>
              <w:t xml:space="preserve"> </w:t>
            </w:r>
            <w:r w:rsidRPr="007319E2">
              <w:rPr>
                <w:rFonts w:cs="Iskoola Pota"/>
                <w:sz w:val="24"/>
                <w:szCs w:val="24"/>
                <w:cs/>
                <w:lang w:bidi="si-LK"/>
              </w:rPr>
              <w:t>කිරීමයි</w:t>
            </w:r>
            <w:r w:rsidRPr="007319E2">
              <w:rPr>
                <w:rFonts w:cs="Iskoola Pota"/>
                <w:sz w:val="24"/>
                <w:szCs w:val="24"/>
              </w:rPr>
              <w:t>.</w:t>
            </w:r>
          </w:p>
        </w:tc>
        <w:tc>
          <w:tcPr>
            <w:tcW w:w="1530" w:type="dxa"/>
          </w:tcPr>
          <w:p w:rsidR="00922EDD" w:rsidRPr="007319E2" w:rsidRDefault="00B85562" w:rsidP="00A32EDC">
            <w:pPr>
              <w:spacing w:line="276" w:lineRule="auto"/>
              <w:jc w:val="both"/>
              <w:rPr>
                <w:rFonts w:cs="Iskoola Pota"/>
                <w:sz w:val="24"/>
                <w:szCs w:val="24"/>
              </w:rPr>
            </w:pPr>
            <w:r w:rsidRPr="007319E2">
              <w:rPr>
                <w:rFonts w:cs="Iskoola Pota"/>
                <w:sz w:val="24"/>
                <w:szCs w:val="24"/>
              </w:rPr>
              <w:t>011 2187252</w:t>
            </w:r>
          </w:p>
        </w:tc>
      </w:tr>
      <w:tr w:rsidR="00F853F4" w:rsidRPr="007319E2" w:rsidTr="00A32EDC">
        <w:trPr>
          <w:trHeight w:val="519"/>
        </w:trPr>
        <w:tc>
          <w:tcPr>
            <w:tcW w:w="1998" w:type="dxa"/>
          </w:tcPr>
          <w:p w:rsidR="00F853F4" w:rsidRPr="007319E2" w:rsidRDefault="00F853F4" w:rsidP="00A32EDC">
            <w:pPr>
              <w:spacing w:line="276" w:lineRule="auto"/>
              <w:jc w:val="both"/>
              <w:rPr>
                <w:rFonts w:cs="Iskoola Pota"/>
                <w:sz w:val="24"/>
                <w:szCs w:val="24"/>
                <w:cs/>
                <w:lang w:bidi="si-LK"/>
              </w:rPr>
            </w:pPr>
            <w:r w:rsidRPr="007319E2">
              <w:rPr>
                <w:rFonts w:cs="Iskoola Pota"/>
                <w:sz w:val="24"/>
                <w:szCs w:val="24"/>
                <w:cs/>
                <w:lang w:bidi="si-LK"/>
              </w:rPr>
              <w:lastRenderedPageBreak/>
              <w:t>ශ්‍රී ලංකා කාන්තා කාර්යාංශය</w:t>
            </w:r>
          </w:p>
        </w:tc>
        <w:tc>
          <w:tcPr>
            <w:tcW w:w="6390" w:type="dxa"/>
          </w:tcPr>
          <w:p w:rsidR="00B9668F" w:rsidRPr="007319E2" w:rsidRDefault="00B9668F" w:rsidP="00A32EDC">
            <w:pPr>
              <w:pStyle w:val="Default"/>
              <w:spacing w:line="276" w:lineRule="auto"/>
              <w:jc w:val="both"/>
            </w:pPr>
            <w:r w:rsidRPr="007319E2">
              <w:rPr>
                <w:cs/>
              </w:rPr>
              <w:t>ශ්‍රී</w:t>
            </w:r>
            <w:r w:rsidRPr="007319E2">
              <w:t xml:space="preserve"> </w:t>
            </w:r>
            <w:r w:rsidRPr="007319E2">
              <w:rPr>
                <w:cs/>
              </w:rPr>
              <w:t>ලාංකීය</w:t>
            </w:r>
            <w:r w:rsidRPr="007319E2">
              <w:t xml:space="preserve"> </w:t>
            </w:r>
            <w:r w:rsidR="007D004F" w:rsidRPr="007319E2">
              <w:rPr>
                <w:cs/>
              </w:rPr>
              <w:t>කාන්තාවන්</w:t>
            </w:r>
            <w:r w:rsidRPr="007319E2">
              <w:t xml:space="preserve"> </w:t>
            </w:r>
            <w:r w:rsidR="007D004F" w:rsidRPr="007319E2">
              <w:rPr>
                <w:cs/>
              </w:rPr>
              <w:t>ආර්ථි</w:t>
            </w:r>
            <w:r w:rsidRPr="007319E2">
              <w:rPr>
                <w:cs/>
              </w:rPr>
              <w:t>ක</w:t>
            </w:r>
            <w:r w:rsidRPr="007319E2">
              <w:t xml:space="preserve"> </w:t>
            </w:r>
            <w:r w:rsidRPr="007319E2">
              <w:rPr>
                <w:cs/>
              </w:rPr>
              <w:t>හා</w:t>
            </w:r>
            <w:r w:rsidRPr="007319E2">
              <w:t xml:space="preserve"> </w:t>
            </w:r>
            <w:r w:rsidRPr="007319E2">
              <w:rPr>
                <w:cs/>
              </w:rPr>
              <w:t>සමාජීය</w:t>
            </w:r>
            <w:r w:rsidRPr="007319E2">
              <w:t xml:space="preserve"> </w:t>
            </w:r>
            <w:r w:rsidRPr="007319E2">
              <w:rPr>
                <w:cs/>
              </w:rPr>
              <w:t>ව</w:t>
            </w:r>
            <w:r w:rsidR="007D004F" w:rsidRPr="007319E2">
              <w:rPr>
                <w:cs/>
              </w:rPr>
              <w:t>ශයෙන් බලගැන්වීම</w:t>
            </w:r>
            <w:r w:rsidRPr="007319E2">
              <w:t xml:space="preserve"> </w:t>
            </w:r>
            <w:r w:rsidRPr="007319E2">
              <w:rPr>
                <w:cs/>
              </w:rPr>
              <w:t>සඳහා</w:t>
            </w:r>
            <w:r w:rsidRPr="007319E2">
              <w:t xml:space="preserve"> </w:t>
            </w:r>
            <w:r w:rsidRPr="007319E2">
              <w:rPr>
                <w:cs/>
              </w:rPr>
              <w:t>සුදුසු</w:t>
            </w:r>
            <w:r w:rsidRPr="007319E2">
              <w:t xml:space="preserve"> </w:t>
            </w:r>
            <w:r w:rsidR="007D004F" w:rsidRPr="007319E2">
              <w:rPr>
                <w:cs/>
              </w:rPr>
              <w:t>වැඩසටහන්</w:t>
            </w:r>
            <w:r w:rsidRPr="007319E2">
              <w:t xml:space="preserve"> </w:t>
            </w:r>
            <w:r w:rsidRPr="007319E2">
              <w:rPr>
                <w:cs/>
              </w:rPr>
              <w:t>හා</w:t>
            </w:r>
            <w:r w:rsidRPr="007319E2">
              <w:t xml:space="preserve"> </w:t>
            </w:r>
            <w:r w:rsidRPr="007319E2">
              <w:rPr>
                <w:cs/>
              </w:rPr>
              <w:t>ව</w:t>
            </w:r>
            <w:r w:rsidR="007D004F" w:rsidRPr="007319E2">
              <w:rPr>
                <w:cs/>
              </w:rPr>
              <w:t>්‍යා</w:t>
            </w:r>
            <w:r w:rsidRPr="007319E2">
              <w:rPr>
                <w:cs/>
              </w:rPr>
              <w:t>පෘති</w:t>
            </w:r>
            <w:r w:rsidRPr="007319E2">
              <w:t xml:space="preserve"> </w:t>
            </w:r>
            <w:r w:rsidRPr="007319E2">
              <w:rPr>
                <w:cs/>
              </w:rPr>
              <w:t>හඳුනා</w:t>
            </w:r>
            <w:r w:rsidRPr="007319E2">
              <w:t xml:space="preserve"> </w:t>
            </w:r>
            <w:r w:rsidRPr="007319E2">
              <w:rPr>
                <w:cs/>
              </w:rPr>
              <w:t>ගැනීම</w:t>
            </w:r>
            <w:r w:rsidRPr="007319E2">
              <w:t xml:space="preserve">, </w:t>
            </w:r>
            <w:r w:rsidR="007D004F" w:rsidRPr="007319E2">
              <w:rPr>
                <w:cs/>
              </w:rPr>
              <w:t>සැලසුම්</w:t>
            </w:r>
            <w:r w:rsidRPr="007319E2">
              <w:t xml:space="preserve"> </w:t>
            </w:r>
            <w:r w:rsidRPr="007319E2">
              <w:rPr>
                <w:cs/>
              </w:rPr>
              <w:t>කිරීම</w:t>
            </w:r>
            <w:r w:rsidRPr="007319E2">
              <w:t xml:space="preserve">, </w:t>
            </w:r>
            <w:r w:rsidR="007D004F" w:rsidRPr="007319E2">
              <w:rPr>
                <w:cs/>
              </w:rPr>
              <w:t>ක්‍රි</w:t>
            </w:r>
            <w:r w:rsidRPr="007319E2">
              <w:rPr>
                <w:cs/>
              </w:rPr>
              <w:t>යාත්මක</w:t>
            </w:r>
            <w:r w:rsidRPr="007319E2">
              <w:t xml:space="preserve"> </w:t>
            </w:r>
            <w:r w:rsidRPr="007319E2">
              <w:rPr>
                <w:cs/>
              </w:rPr>
              <w:t>කිරීම</w:t>
            </w:r>
            <w:r w:rsidRPr="007319E2">
              <w:t xml:space="preserve"> </w:t>
            </w:r>
            <w:r w:rsidRPr="007319E2">
              <w:rPr>
                <w:cs/>
              </w:rPr>
              <w:t>සහ</w:t>
            </w:r>
            <w:r w:rsidRPr="007319E2">
              <w:t xml:space="preserve"> </w:t>
            </w:r>
            <w:r w:rsidRPr="007319E2">
              <w:rPr>
                <w:cs/>
              </w:rPr>
              <w:t>ඇගයීම</w:t>
            </w:r>
            <w:r w:rsidRPr="007319E2">
              <w:t xml:space="preserve"> </w:t>
            </w:r>
            <w:r w:rsidR="007D004F" w:rsidRPr="007319E2">
              <w:rPr>
                <w:cs/>
              </w:rPr>
              <w:t>මෙන්ම</w:t>
            </w:r>
            <w:r w:rsidRPr="007319E2">
              <w:t xml:space="preserve"> </w:t>
            </w:r>
            <w:r w:rsidRPr="007319E2">
              <w:rPr>
                <w:cs/>
              </w:rPr>
              <w:t>සියලුම</w:t>
            </w:r>
            <w:r w:rsidRPr="007319E2">
              <w:t xml:space="preserve"> </w:t>
            </w:r>
            <w:r w:rsidR="007D004F" w:rsidRPr="007319E2">
              <w:rPr>
                <w:cs/>
              </w:rPr>
              <w:t>වයස්</w:t>
            </w:r>
            <w:r w:rsidRPr="007319E2">
              <w:t xml:space="preserve"> </w:t>
            </w:r>
            <w:r w:rsidRPr="007319E2">
              <w:rPr>
                <w:cs/>
              </w:rPr>
              <w:t>පරාසවල</w:t>
            </w:r>
            <w:r w:rsidRPr="007319E2">
              <w:t xml:space="preserve"> </w:t>
            </w:r>
            <w:r w:rsidRPr="007319E2">
              <w:rPr>
                <w:cs/>
              </w:rPr>
              <w:t>කාන්</w:t>
            </w:r>
            <w:r w:rsidR="007D004F" w:rsidRPr="007319E2">
              <w:rPr>
                <w:cs/>
              </w:rPr>
              <w:t>තාවන්ගේ</w:t>
            </w:r>
            <w:r w:rsidRPr="007319E2">
              <w:t xml:space="preserve"> </w:t>
            </w:r>
            <w:r w:rsidR="007D004F" w:rsidRPr="007319E2">
              <w:rPr>
                <w:cs/>
              </w:rPr>
              <w:t>සුවිශේෂිතා</w:t>
            </w:r>
            <w:r w:rsidRPr="007319E2">
              <w:t xml:space="preserve"> </w:t>
            </w:r>
            <w:r w:rsidR="007D004F" w:rsidRPr="007319E2">
              <w:rPr>
                <w:cs/>
              </w:rPr>
              <w:t>හඳුනා‍ගෙන</w:t>
            </w:r>
            <w:r w:rsidRPr="007319E2">
              <w:t xml:space="preserve"> </w:t>
            </w:r>
            <w:r w:rsidR="007D004F" w:rsidRPr="007319E2">
              <w:rPr>
                <w:cs/>
              </w:rPr>
              <w:t>ඔවුන්</w:t>
            </w:r>
            <w:r w:rsidRPr="007319E2">
              <w:t xml:space="preserve"> </w:t>
            </w:r>
            <w:r w:rsidRPr="007319E2">
              <w:rPr>
                <w:cs/>
              </w:rPr>
              <w:t>උචිත</w:t>
            </w:r>
            <w:r w:rsidRPr="007319E2">
              <w:t xml:space="preserve"> </w:t>
            </w:r>
            <w:r w:rsidRPr="007319E2">
              <w:rPr>
                <w:cs/>
              </w:rPr>
              <w:t>පරිදි</w:t>
            </w:r>
            <w:r w:rsidRPr="007319E2">
              <w:t xml:space="preserve"> </w:t>
            </w:r>
            <w:r w:rsidR="007D004F" w:rsidRPr="007319E2">
              <w:rPr>
                <w:cs/>
              </w:rPr>
              <w:t>රටේ</w:t>
            </w:r>
            <w:r w:rsidRPr="007319E2">
              <w:t xml:space="preserve"> </w:t>
            </w:r>
            <w:r w:rsidR="007D004F" w:rsidRPr="007319E2">
              <w:rPr>
                <w:cs/>
              </w:rPr>
              <w:t>සමස්ත</w:t>
            </w:r>
            <w:r w:rsidRPr="007319E2">
              <w:t xml:space="preserve"> </w:t>
            </w:r>
            <w:r w:rsidRPr="007319E2">
              <w:rPr>
                <w:cs/>
              </w:rPr>
              <w:t>සංවර්ධනයේ</w:t>
            </w:r>
            <w:r w:rsidRPr="007319E2">
              <w:t xml:space="preserve"> </w:t>
            </w:r>
            <w:r w:rsidR="007D004F" w:rsidRPr="007319E2">
              <w:rPr>
                <w:cs/>
              </w:rPr>
              <w:t xml:space="preserve">කොටස්කරුවන් </w:t>
            </w:r>
            <w:r w:rsidRPr="007319E2">
              <w:rPr>
                <w:cs/>
              </w:rPr>
              <w:t>කිරීම</w:t>
            </w:r>
            <w:r w:rsidRPr="007319E2">
              <w:t xml:space="preserve"> </w:t>
            </w:r>
            <w:r w:rsidRPr="007319E2">
              <w:rPr>
                <w:cs/>
              </w:rPr>
              <w:t>සඳහා</w:t>
            </w:r>
            <w:r w:rsidRPr="007319E2">
              <w:t xml:space="preserve"> </w:t>
            </w:r>
            <w:r w:rsidR="007D004F" w:rsidRPr="007319E2">
              <w:rPr>
                <w:cs/>
              </w:rPr>
              <w:t>වැඩසටහන්</w:t>
            </w:r>
            <w:r w:rsidRPr="007319E2">
              <w:t xml:space="preserve"> </w:t>
            </w:r>
            <w:r w:rsidR="007D004F" w:rsidRPr="007319E2">
              <w:rPr>
                <w:cs/>
              </w:rPr>
              <w:t>ක්‍රි</w:t>
            </w:r>
            <w:r w:rsidRPr="007319E2">
              <w:rPr>
                <w:cs/>
              </w:rPr>
              <w:t>යාත්මක</w:t>
            </w:r>
            <w:r w:rsidRPr="007319E2">
              <w:t xml:space="preserve"> </w:t>
            </w:r>
            <w:r w:rsidRPr="007319E2">
              <w:rPr>
                <w:cs/>
              </w:rPr>
              <w:t>කිරීම</w:t>
            </w:r>
            <w:r w:rsidRPr="007319E2">
              <w:t xml:space="preserve"> </w:t>
            </w:r>
            <w:r w:rsidR="007D004F" w:rsidRPr="007319E2">
              <w:rPr>
                <w:cs/>
              </w:rPr>
              <w:t>ප්‍රධාන</w:t>
            </w:r>
            <w:r w:rsidRPr="007319E2">
              <w:t xml:space="preserve"> </w:t>
            </w:r>
            <w:r w:rsidR="007D004F" w:rsidRPr="007319E2">
              <w:rPr>
                <w:cs/>
              </w:rPr>
              <w:t>කාර්ය</w:t>
            </w:r>
            <w:r w:rsidR="00600104">
              <w:rPr>
                <w:rFonts w:hint="cs"/>
                <w:cs/>
              </w:rPr>
              <w:t xml:space="preserve"> </w:t>
            </w:r>
            <w:r w:rsidR="007D004F" w:rsidRPr="007319E2">
              <w:rPr>
                <w:cs/>
              </w:rPr>
              <w:t>භාරයන්</w:t>
            </w:r>
            <w:r w:rsidRPr="007319E2">
              <w:t xml:space="preserve"> </w:t>
            </w:r>
            <w:r w:rsidRPr="007319E2">
              <w:rPr>
                <w:cs/>
              </w:rPr>
              <w:t>අතර</w:t>
            </w:r>
            <w:r w:rsidRPr="007319E2">
              <w:t xml:space="preserve"> </w:t>
            </w:r>
            <w:r w:rsidR="007D004F" w:rsidRPr="007319E2">
              <w:rPr>
                <w:cs/>
              </w:rPr>
              <w:t>වේ</w:t>
            </w:r>
            <w:r w:rsidRPr="007319E2">
              <w:t xml:space="preserve">. </w:t>
            </w:r>
          </w:p>
          <w:p w:rsidR="00F853F4" w:rsidRPr="007319E2" w:rsidRDefault="00B9668F" w:rsidP="00A32EDC">
            <w:pPr>
              <w:spacing w:line="276" w:lineRule="auto"/>
              <w:jc w:val="both"/>
              <w:rPr>
                <w:rFonts w:cs="Iskoola Pota"/>
                <w:sz w:val="24"/>
                <w:szCs w:val="24"/>
              </w:rPr>
            </w:pPr>
            <w:r w:rsidRPr="007319E2">
              <w:rPr>
                <w:rFonts w:cs="Iskoola Pota"/>
                <w:sz w:val="24"/>
                <w:szCs w:val="24"/>
                <w:cs/>
                <w:lang w:bidi="si-LK"/>
              </w:rPr>
              <w:t>කාන්</w:t>
            </w:r>
            <w:r w:rsidR="007D004F" w:rsidRPr="007319E2">
              <w:rPr>
                <w:rFonts w:cs="Iskoola Pota"/>
                <w:sz w:val="24"/>
                <w:szCs w:val="24"/>
                <w:cs/>
                <w:lang w:bidi="si-LK"/>
              </w:rPr>
              <w:t>තාවන්</w:t>
            </w:r>
            <w:r w:rsidRPr="007319E2">
              <w:rPr>
                <w:rFonts w:cs="Iskoola Pota"/>
                <w:sz w:val="24"/>
                <w:szCs w:val="24"/>
              </w:rPr>
              <w:t xml:space="preserve"> </w:t>
            </w:r>
            <w:r w:rsidRPr="007319E2">
              <w:rPr>
                <w:rFonts w:cs="Iskoola Pota"/>
                <w:sz w:val="24"/>
                <w:szCs w:val="24"/>
                <w:cs/>
                <w:lang w:bidi="si-LK"/>
              </w:rPr>
              <w:t>වීම</w:t>
            </w:r>
            <w:r w:rsidRPr="007319E2">
              <w:rPr>
                <w:rFonts w:cs="Iskoola Pota"/>
                <w:sz w:val="24"/>
                <w:szCs w:val="24"/>
              </w:rPr>
              <w:t xml:space="preserve"> </w:t>
            </w:r>
            <w:r w:rsidRPr="007319E2">
              <w:rPr>
                <w:rFonts w:cs="Iskoola Pota"/>
                <w:sz w:val="24"/>
                <w:szCs w:val="24"/>
                <w:cs/>
                <w:lang w:bidi="si-LK"/>
              </w:rPr>
              <w:t>නිසාම</w:t>
            </w:r>
            <w:r w:rsidRPr="007319E2">
              <w:rPr>
                <w:rFonts w:cs="Iskoola Pota"/>
                <w:sz w:val="24"/>
                <w:szCs w:val="24"/>
              </w:rPr>
              <w:t xml:space="preserve"> </w:t>
            </w:r>
            <w:r w:rsidR="007D004F" w:rsidRPr="007319E2">
              <w:rPr>
                <w:rFonts w:cs="Iskoola Pota"/>
                <w:sz w:val="24"/>
                <w:szCs w:val="24"/>
                <w:cs/>
                <w:lang w:bidi="si-LK"/>
              </w:rPr>
              <w:t>ඔවුන්</w:t>
            </w:r>
            <w:r w:rsidRPr="007319E2">
              <w:rPr>
                <w:rFonts w:cs="Iskoola Pota"/>
                <w:sz w:val="24"/>
                <w:szCs w:val="24"/>
              </w:rPr>
              <w:t xml:space="preserve"> </w:t>
            </w:r>
            <w:r w:rsidR="007D004F" w:rsidRPr="007319E2">
              <w:rPr>
                <w:rFonts w:cs="Iskoola Pota"/>
                <w:sz w:val="24"/>
                <w:szCs w:val="24"/>
                <w:cs/>
                <w:lang w:bidi="si-LK"/>
              </w:rPr>
              <w:t>මුහුණදෙ</w:t>
            </w:r>
            <w:r w:rsidRPr="007319E2">
              <w:rPr>
                <w:rFonts w:cs="Iskoola Pota"/>
                <w:sz w:val="24"/>
                <w:szCs w:val="24"/>
                <w:cs/>
                <w:lang w:bidi="si-LK"/>
              </w:rPr>
              <w:t>න</w:t>
            </w:r>
            <w:r w:rsidRPr="007319E2">
              <w:rPr>
                <w:rFonts w:cs="Iskoola Pota"/>
                <w:sz w:val="24"/>
                <w:szCs w:val="24"/>
              </w:rPr>
              <w:t xml:space="preserve"> </w:t>
            </w:r>
            <w:r w:rsidRPr="007319E2">
              <w:rPr>
                <w:rFonts w:cs="Iskoola Pota"/>
                <w:sz w:val="24"/>
                <w:szCs w:val="24"/>
                <w:cs/>
                <w:lang w:bidi="si-LK"/>
              </w:rPr>
              <w:t>සමාජීය</w:t>
            </w:r>
            <w:r w:rsidRPr="007319E2">
              <w:rPr>
                <w:rFonts w:cs="Iskoola Pota"/>
                <w:sz w:val="24"/>
                <w:szCs w:val="24"/>
              </w:rPr>
              <w:t xml:space="preserve"> </w:t>
            </w:r>
            <w:r w:rsidR="007D004F" w:rsidRPr="007319E2">
              <w:rPr>
                <w:rFonts w:cs="Iskoola Pota"/>
                <w:sz w:val="24"/>
                <w:szCs w:val="24"/>
                <w:cs/>
                <w:lang w:bidi="si-LK"/>
              </w:rPr>
              <w:t xml:space="preserve">දුෂ්කරතා </w:t>
            </w:r>
            <w:r w:rsidRPr="007319E2">
              <w:rPr>
                <w:rFonts w:cs="Iskoola Pota"/>
                <w:sz w:val="24"/>
                <w:szCs w:val="24"/>
                <w:cs/>
                <w:lang w:bidi="si-LK"/>
              </w:rPr>
              <w:t>මඟ</w:t>
            </w:r>
            <w:r w:rsidRPr="007319E2">
              <w:rPr>
                <w:rFonts w:cs="Iskoola Pota"/>
                <w:sz w:val="24"/>
                <w:szCs w:val="24"/>
              </w:rPr>
              <w:t xml:space="preserve"> </w:t>
            </w:r>
            <w:r w:rsidRPr="007319E2">
              <w:rPr>
                <w:rFonts w:cs="Iskoola Pota"/>
                <w:sz w:val="24"/>
                <w:szCs w:val="24"/>
                <w:cs/>
                <w:lang w:bidi="si-LK"/>
              </w:rPr>
              <w:t>හැරවීම</w:t>
            </w:r>
            <w:r w:rsidRPr="007319E2">
              <w:rPr>
                <w:rFonts w:cs="Iskoola Pota"/>
                <w:sz w:val="24"/>
                <w:szCs w:val="24"/>
              </w:rPr>
              <w:t xml:space="preserve"> </w:t>
            </w:r>
            <w:r w:rsidRPr="007319E2">
              <w:rPr>
                <w:rFonts w:cs="Iskoola Pota"/>
                <w:sz w:val="24"/>
                <w:szCs w:val="24"/>
                <w:cs/>
                <w:lang w:bidi="si-LK"/>
              </w:rPr>
              <w:t>සඳහා</w:t>
            </w:r>
            <w:r w:rsidRPr="007319E2">
              <w:rPr>
                <w:rFonts w:cs="Iskoola Pota"/>
                <w:sz w:val="24"/>
                <w:szCs w:val="24"/>
              </w:rPr>
              <w:t xml:space="preserve"> </w:t>
            </w:r>
            <w:r w:rsidR="007D004F" w:rsidRPr="007319E2">
              <w:rPr>
                <w:rFonts w:cs="Iskoola Pota"/>
                <w:sz w:val="24"/>
                <w:szCs w:val="24"/>
                <w:cs/>
                <w:lang w:bidi="si-LK"/>
              </w:rPr>
              <w:t>වැඩසටහන්</w:t>
            </w:r>
            <w:r w:rsidRPr="007319E2">
              <w:rPr>
                <w:rFonts w:cs="Iskoola Pota"/>
                <w:sz w:val="24"/>
                <w:szCs w:val="24"/>
              </w:rPr>
              <w:t xml:space="preserve"> </w:t>
            </w:r>
            <w:r w:rsidR="007D004F" w:rsidRPr="007319E2">
              <w:rPr>
                <w:rFonts w:cs="Iskoola Pota"/>
                <w:sz w:val="24"/>
                <w:szCs w:val="24"/>
                <w:cs/>
                <w:lang w:bidi="si-LK"/>
              </w:rPr>
              <w:t>ක්‍රි</w:t>
            </w:r>
            <w:r w:rsidRPr="007319E2">
              <w:rPr>
                <w:rFonts w:cs="Iskoola Pota"/>
                <w:sz w:val="24"/>
                <w:szCs w:val="24"/>
                <w:cs/>
                <w:lang w:bidi="si-LK"/>
              </w:rPr>
              <w:t>යාත්මක</w:t>
            </w:r>
            <w:r w:rsidRPr="007319E2">
              <w:rPr>
                <w:rFonts w:cs="Iskoola Pota"/>
                <w:sz w:val="24"/>
                <w:szCs w:val="24"/>
              </w:rPr>
              <w:t xml:space="preserve"> </w:t>
            </w:r>
            <w:r w:rsidRPr="007319E2">
              <w:rPr>
                <w:rFonts w:cs="Iskoola Pota"/>
                <w:sz w:val="24"/>
                <w:szCs w:val="24"/>
                <w:cs/>
                <w:lang w:bidi="si-LK"/>
              </w:rPr>
              <w:t>කිරීමත්</w:t>
            </w:r>
            <w:r w:rsidRPr="007319E2">
              <w:rPr>
                <w:rFonts w:cs="Iskoola Pota"/>
                <w:sz w:val="24"/>
                <w:szCs w:val="24"/>
              </w:rPr>
              <w:t xml:space="preserve">, </w:t>
            </w:r>
            <w:r w:rsidRPr="007319E2">
              <w:rPr>
                <w:rFonts w:cs="Iskoola Pota"/>
                <w:sz w:val="24"/>
                <w:szCs w:val="24"/>
                <w:cs/>
                <w:lang w:bidi="si-LK"/>
              </w:rPr>
              <w:t>සමාජයේ</w:t>
            </w:r>
            <w:r w:rsidRPr="007319E2">
              <w:rPr>
                <w:rFonts w:cs="Iskoola Pota"/>
                <w:sz w:val="24"/>
                <w:szCs w:val="24"/>
              </w:rPr>
              <w:t xml:space="preserve"> </w:t>
            </w:r>
            <w:r w:rsidR="007D004F" w:rsidRPr="007319E2">
              <w:rPr>
                <w:rFonts w:cs="Iskoola Pota"/>
                <w:sz w:val="24"/>
                <w:szCs w:val="24"/>
                <w:cs/>
                <w:lang w:bidi="si-LK"/>
              </w:rPr>
              <w:t xml:space="preserve">විශේෂ හේතු </w:t>
            </w:r>
            <w:r w:rsidRPr="007319E2">
              <w:rPr>
                <w:rFonts w:cs="Iskoola Pota"/>
                <w:sz w:val="24"/>
                <w:szCs w:val="24"/>
                <w:cs/>
                <w:lang w:bidi="si-LK"/>
              </w:rPr>
              <w:t>නිසා</w:t>
            </w:r>
            <w:r w:rsidRPr="007319E2">
              <w:rPr>
                <w:rFonts w:cs="Iskoola Pota"/>
                <w:sz w:val="24"/>
                <w:szCs w:val="24"/>
              </w:rPr>
              <w:t xml:space="preserve"> </w:t>
            </w:r>
            <w:r w:rsidRPr="007319E2">
              <w:rPr>
                <w:rFonts w:cs="Iskoola Pota"/>
                <w:sz w:val="24"/>
                <w:szCs w:val="24"/>
                <w:cs/>
                <w:lang w:bidi="si-LK"/>
              </w:rPr>
              <w:t>විවිධ</w:t>
            </w:r>
            <w:r w:rsidRPr="007319E2">
              <w:rPr>
                <w:rFonts w:cs="Iskoola Pota"/>
                <w:sz w:val="24"/>
                <w:szCs w:val="24"/>
              </w:rPr>
              <w:t xml:space="preserve"> </w:t>
            </w:r>
            <w:r w:rsidRPr="007319E2">
              <w:rPr>
                <w:rFonts w:cs="Iskoola Pota"/>
                <w:sz w:val="24"/>
                <w:szCs w:val="24"/>
                <w:cs/>
                <w:lang w:bidi="si-LK"/>
              </w:rPr>
              <w:t>පීඩාවන්</w:t>
            </w:r>
            <w:r w:rsidR="007D004F" w:rsidRPr="007319E2">
              <w:rPr>
                <w:rFonts w:cs="Iskoola Pota"/>
                <w:sz w:val="24"/>
                <w:szCs w:val="24"/>
                <w:cs/>
                <w:lang w:bidi="si-LK"/>
              </w:rPr>
              <w:t>ට</w:t>
            </w:r>
            <w:r w:rsidRPr="007319E2">
              <w:rPr>
                <w:rFonts w:cs="Iskoola Pota"/>
                <w:sz w:val="24"/>
                <w:szCs w:val="24"/>
              </w:rPr>
              <w:t xml:space="preserve"> </w:t>
            </w:r>
            <w:r w:rsidRPr="007319E2">
              <w:rPr>
                <w:rFonts w:cs="Iskoola Pota"/>
                <w:sz w:val="24"/>
                <w:szCs w:val="24"/>
                <w:cs/>
                <w:lang w:bidi="si-LK"/>
              </w:rPr>
              <w:t>මුහුණ</w:t>
            </w:r>
            <w:r w:rsidRPr="007319E2">
              <w:rPr>
                <w:rFonts w:cs="Iskoola Pota"/>
                <w:sz w:val="24"/>
                <w:szCs w:val="24"/>
              </w:rPr>
              <w:t xml:space="preserve"> </w:t>
            </w:r>
            <w:r w:rsidR="00AC4958" w:rsidRPr="007319E2">
              <w:rPr>
                <w:rFonts w:cs="Iskoola Pota"/>
                <w:sz w:val="24"/>
                <w:szCs w:val="24"/>
                <w:cs/>
                <w:lang w:bidi="si-LK"/>
              </w:rPr>
              <w:t>දෙන</w:t>
            </w:r>
            <w:r w:rsidRPr="007319E2">
              <w:rPr>
                <w:rFonts w:cs="Iskoola Pota"/>
                <w:sz w:val="24"/>
                <w:szCs w:val="24"/>
              </w:rPr>
              <w:t xml:space="preserve"> </w:t>
            </w:r>
            <w:r w:rsidR="00AC4958" w:rsidRPr="007319E2">
              <w:rPr>
                <w:rFonts w:cs="Iskoola Pota"/>
                <w:sz w:val="24"/>
                <w:szCs w:val="24"/>
                <w:cs/>
                <w:lang w:bidi="si-LK"/>
              </w:rPr>
              <w:t>කාන්තාවන්</w:t>
            </w:r>
            <w:r w:rsidRPr="007319E2">
              <w:rPr>
                <w:rFonts w:cs="Iskoola Pota"/>
                <w:sz w:val="24"/>
                <w:szCs w:val="24"/>
              </w:rPr>
              <w:t xml:space="preserve"> </w:t>
            </w:r>
            <w:r w:rsidRPr="007319E2">
              <w:rPr>
                <w:rFonts w:cs="Iskoola Pota"/>
                <w:sz w:val="24"/>
                <w:szCs w:val="24"/>
                <w:cs/>
                <w:lang w:bidi="si-LK"/>
              </w:rPr>
              <w:t>අරඹයා</w:t>
            </w:r>
            <w:r w:rsidRPr="007319E2">
              <w:rPr>
                <w:rFonts w:cs="Iskoola Pota"/>
                <w:sz w:val="24"/>
                <w:szCs w:val="24"/>
              </w:rPr>
              <w:t xml:space="preserve"> </w:t>
            </w:r>
            <w:r w:rsidR="00AC4958" w:rsidRPr="007319E2">
              <w:rPr>
                <w:rFonts w:cs="Iskoola Pota"/>
                <w:sz w:val="24"/>
                <w:szCs w:val="24"/>
                <w:cs/>
                <w:lang w:bidi="si-LK"/>
              </w:rPr>
              <w:t>විශේෂ</w:t>
            </w:r>
            <w:r w:rsidRPr="007319E2">
              <w:rPr>
                <w:rFonts w:cs="Iskoola Pota"/>
                <w:sz w:val="24"/>
                <w:szCs w:val="24"/>
              </w:rPr>
              <w:t xml:space="preserve"> </w:t>
            </w:r>
            <w:r w:rsidR="00AC4958" w:rsidRPr="007319E2">
              <w:rPr>
                <w:rFonts w:cs="Iskoola Pota"/>
                <w:sz w:val="24"/>
                <w:szCs w:val="24"/>
                <w:cs/>
                <w:lang w:bidi="si-LK"/>
              </w:rPr>
              <w:t>වැඩසටහන්</w:t>
            </w:r>
            <w:r w:rsidRPr="007319E2">
              <w:rPr>
                <w:rFonts w:cs="Iskoola Pota"/>
                <w:sz w:val="24"/>
                <w:szCs w:val="24"/>
              </w:rPr>
              <w:t xml:space="preserve"> </w:t>
            </w:r>
            <w:r w:rsidR="00AC4958" w:rsidRPr="007319E2">
              <w:rPr>
                <w:rFonts w:cs="Iskoola Pota"/>
                <w:sz w:val="24"/>
                <w:szCs w:val="24"/>
                <w:cs/>
                <w:lang w:bidi="si-LK"/>
              </w:rPr>
              <w:t>මෙන්ම</w:t>
            </w:r>
            <w:r w:rsidRPr="007319E2">
              <w:rPr>
                <w:rFonts w:cs="Iskoola Pota"/>
                <w:sz w:val="24"/>
                <w:szCs w:val="24"/>
              </w:rPr>
              <w:t xml:space="preserve"> </w:t>
            </w:r>
            <w:r w:rsidR="00AC4958" w:rsidRPr="007319E2">
              <w:rPr>
                <w:rFonts w:cs="Iskoola Pota"/>
                <w:sz w:val="24"/>
                <w:szCs w:val="24"/>
                <w:cs/>
                <w:lang w:bidi="si-LK"/>
              </w:rPr>
              <w:t>සමස්</w:t>
            </w:r>
            <w:r w:rsidRPr="007319E2">
              <w:rPr>
                <w:rFonts w:cs="Iskoola Pota"/>
                <w:sz w:val="24"/>
                <w:szCs w:val="24"/>
                <w:cs/>
                <w:lang w:bidi="si-LK"/>
              </w:rPr>
              <w:t>ත</w:t>
            </w:r>
            <w:r w:rsidRPr="007319E2">
              <w:rPr>
                <w:rFonts w:cs="Iskoola Pota"/>
                <w:sz w:val="24"/>
                <w:szCs w:val="24"/>
              </w:rPr>
              <w:t xml:space="preserve"> </w:t>
            </w:r>
            <w:r w:rsidR="00AC4958" w:rsidRPr="007319E2">
              <w:rPr>
                <w:rFonts w:cs="Iskoola Pota"/>
                <w:sz w:val="24"/>
                <w:szCs w:val="24"/>
                <w:cs/>
                <w:lang w:bidi="si-LK"/>
              </w:rPr>
              <w:t>කාන්තා</w:t>
            </w:r>
            <w:r w:rsidRPr="007319E2">
              <w:rPr>
                <w:rFonts w:cs="Iskoola Pota"/>
                <w:sz w:val="24"/>
                <w:szCs w:val="24"/>
              </w:rPr>
              <w:t xml:space="preserve"> </w:t>
            </w:r>
            <w:r w:rsidR="00AC4958" w:rsidRPr="007319E2">
              <w:rPr>
                <w:rFonts w:cs="Iskoola Pota"/>
                <w:sz w:val="24"/>
                <w:szCs w:val="24"/>
                <w:cs/>
                <w:lang w:bidi="si-LK"/>
              </w:rPr>
              <w:t>පරපුරේ</w:t>
            </w:r>
            <w:r w:rsidRPr="007319E2">
              <w:rPr>
                <w:rFonts w:cs="Iskoola Pota"/>
                <w:sz w:val="24"/>
                <w:szCs w:val="24"/>
              </w:rPr>
              <w:t xml:space="preserve"> </w:t>
            </w:r>
            <w:r w:rsidR="00AC4958" w:rsidRPr="007319E2">
              <w:rPr>
                <w:rFonts w:cs="Iskoola Pota"/>
                <w:sz w:val="24"/>
                <w:szCs w:val="24"/>
                <w:cs/>
                <w:lang w:bidi="si-LK"/>
              </w:rPr>
              <w:t>දැ</w:t>
            </w:r>
            <w:r w:rsidRPr="007319E2">
              <w:rPr>
                <w:rFonts w:cs="Iskoola Pota"/>
                <w:sz w:val="24"/>
                <w:szCs w:val="24"/>
                <w:cs/>
                <w:lang w:bidi="si-LK"/>
              </w:rPr>
              <w:t>නුම</w:t>
            </w:r>
            <w:r w:rsidRPr="007319E2">
              <w:rPr>
                <w:rFonts w:cs="Iskoola Pota"/>
                <w:sz w:val="24"/>
                <w:szCs w:val="24"/>
              </w:rPr>
              <w:t xml:space="preserve">, </w:t>
            </w:r>
            <w:r w:rsidRPr="007319E2">
              <w:rPr>
                <w:rFonts w:cs="Iskoola Pota"/>
                <w:sz w:val="24"/>
                <w:szCs w:val="24"/>
                <w:cs/>
                <w:lang w:bidi="si-LK"/>
              </w:rPr>
              <w:t>කුසලතා</w:t>
            </w:r>
            <w:r w:rsidRPr="007319E2">
              <w:rPr>
                <w:rFonts w:cs="Iskoola Pota"/>
                <w:sz w:val="24"/>
                <w:szCs w:val="24"/>
              </w:rPr>
              <w:t xml:space="preserve"> </w:t>
            </w:r>
            <w:r w:rsidRPr="007319E2">
              <w:rPr>
                <w:rFonts w:cs="Iskoola Pota"/>
                <w:sz w:val="24"/>
                <w:szCs w:val="24"/>
                <w:cs/>
                <w:lang w:bidi="si-LK"/>
              </w:rPr>
              <w:t>සහ</w:t>
            </w:r>
            <w:r w:rsidRPr="007319E2">
              <w:rPr>
                <w:rFonts w:cs="Iskoola Pota"/>
                <w:sz w:val="24"/>
                <w:szCs w:val="24"/>
              </w:rPr>
              <w:t xml:space="preserve"> </w:t>
            </w:r>
            <w:r w:rsidRPr="007319E2">
              <w:rPr>
                <w:rFonts w:cs="Iskoola Pota"/>
                <w:sz w:val="24"/>
                <w:szCs w:val="24"/>
                <w:cs/>
                <w:lang w:bidi="si-LK"/>
              </w:rPr>
              <w:t>ආකල්ප</w:t>
            </w:r>
            <w:r w:rsidRPr="007319E2">
              <w:rPr>
                <w:rFonts w:cs="Iskoola Pota"/>
                <w:sz w:val="24"/>
                <w:szCs w:val="24"/>
              </w:rPr>
              <w:t xml:space="preserve"> </w:t>
            </w:r>
            <w:r w:rsidRPr="007319E2">
              <w:rPr>
                <w:rFonts w:cs="Iskoola Pota"/>
                <w:sz w:val="24"/>
                <w:szCs w:val="24"/>
                <w:cs/>
                <w:lang w:bidi="si-LK"/>
              </w:rPr>
              <w:t>ඉහළ</w:t>
            </w:r>
            <w:r w:rsidRPr="007319E2">
              <w:rPr>
                <w:rFonts w:cs="Iskoola Pota"/>
                <w:sz w:val="24"/>
                <w:szCs w:val="24"/>
              </w:rPr>
              <w:t xml:space="preserve"> </w:t>
            </w:r>
            <w:r w:rsidRPr="007319E2">
              <w:rPr>
                <w:rFonts w:cs="Iskoola Pota"/>
                <w:sz w:val="24"/>
                <w:szCs w:val="24"/>
                <w:cs/>
                <w:lang w:bidi="si-LK"/>
              </w:rPr>
              <w:t>තලයකට</w:t>
            </w:r>
            <w:r w:rsidRPr="007319E2">
              <w:rPr>
                <w:rFonts w:cs="Iskoola Pota"/>
                <w:sz w:val="24"/>
                <w:szCs w:val="24"/>
              </w:rPr>
              <w:t xml:space="preserve"> </w:t>
            </w:r>
            <w:r w:rsidRPr="007319E2">
              <w:rPr>
                <w:rFonts w:cs="Iskoola Pota"/>
                <w:sz w:val="24"/>
                <w:szCs w:val="24"/>
                <w:cs/>
                <w:lang w:bidi="si-LK"/>
              </w:rPr>
              <w:t>නංවාලීම</w:t>
            </w:r>
            <w:r w:rsidRPr="007319E2">
              <w:rPr>
                <w:rFonts w:cs="Iskoola Pota"/>
                <w:sz w:val="24"/>
                <w:szCs w:val="24"/>
              </w:rPr>
              <w:t xml:space="preserve"> </w:t>
            </w:r>
            <w:r w:rsidRPr="007319E2">
              <w:rPr>
                <w:rFonts w:cs="Iskoola Pota"/>
                <w:sz w:val="24"/>
                <w:szCs w:val="24"/>
                <w:cs/>
                <w:lang w:bidi="si-LK"/>
              </w:rPr>
              <w:t>සඳහා</w:t>
            </w:r>
            <w:r w:rsidRPr="007319E2">
              <w:rPr>
                <w:rFonts w:cs="Iskoola Pota"/>
                <w:sz w:val="24"/>
                <w:szCs w:val="24"/>
              </w:rPr>
              <w:t xml:space="preserve"> </w:t>
            </w:r>
            <w:r w:rsidR="00AC4958" w:rsidRPr="007319E2">
              <w:rPr>
                <w:rFonts w:cs="Iskoola Pota"/>
                <w:sz w:val="24"/>
                <w:szCs w:val="24"/>
                <w:cs/>
                <w:lang w:bidi="si-LK"/>
              </w:rPr>
              <w:t>වැඩසටහන්</w:t>
            </w:r>
            <w:r w:rsidRPr="007319E2">
              <w:rPr>
                <w:rFonts w:cs="Iskoola Pota"/>
                <w:sz w:val="24"/>
                <w:szCs w:val="24"/>
              </w:rPr>
              <w:t xml:space="preserve"> </w:t>
            </w:r>
            <w:r w:rsidR="00AC4958" w:rsidRPr="007319E2">
              <w:rPr>
                <w:rFonts w:cs="Iskoola Pota"/>
                <w:sz w:val="24"/>
                <w:szCs w:val="24"/>
                <w:cs/>
                <w:lang w:bidi="si-LK"/>
              </w:rPr>
              <w:t>ක්‍රියාත්මක</w:t>
            </w:r>
            <w:r w:rsidRPr="007319E2">
              <w:rPr>
                <w:rFonts w:cs="Iskoola Pota"/>
                <w:sz w:val="24"/>
                <w:szCs w:val="24"/>
              </w:rPr>
              <w:t xml:space="preserve"> </w:t>
            </w:r>
            <w:r w:rsidRPr="007319E2">
              <w:rPr>
                <w:rFonts w:cs="Iskoola Pota"/>
                <w:sz w:val="24"/>
                <w:szCs w:val="24"/>
                <w:cs/>
                <w:lang w:bidi="si-LK"/>
              </w:rPr>
              <w:t>කිරීම</w:t>
            </w:r>
            <w:r w:rsidRPr="007319E2">
              <w:rPr>
                <w:rFonts w:cs="Iskoola Pota"/>
                <w:sz w:val="24"/>
                <w:szCs w:val="24"/>
              </w:rPr>
              <w:t xml:space="preserve"> </w:t>
            </w:r>
            <w:r w:rsidR="00AC4958" w:rsidRPr="007319E2">
              <w:rPr>
                <w:rFonts w:cs="Iskoola Pota"/>
                <w:sz w:val="24"/>
                <w:szCs w:val="24"/>
                <w:cs/>
                <w:lang w:bidi="si-LK"/>
              </w:rPr>
              <w:t xml:space="preserve">ද </w:t>
            </w:r>
            <w:r w:rsidRPr="007319E2">
              <w:rPr>
                <w:rFonts w:cs="Iskoola Pota"/>
                <w:sz w:val="24"/>
                <w:szCs w:val="24"/>
                <w:cs/>
                <w:lang w:bidi="si-LK"/>
              </w:rPr>
              <w:t>සිදුකරනු</w:t>
            </w:r>
            <w:r w:rsidRPr="007319E2">
              <w:rPr>
                <w:rFonts w:cs="Iskoola Pota"/>
                <w:sz w:val="24"/>
                <w:szCs w:val="24"/>
                <w:lang w:bidi="si-LK"/>
              </w:rPr>
              <w:t xml:space="preserve"> </w:t>
            </w:r>
            <w:r w:rsidRPr="007319E2">
              <w:rPr>
                <w:rFonts w:cs="Iskoola Pota"/>
                <w:sz w:val="24"/>
                <w:szCs w:val="24"/>
                <w:cs/>
                <w:lang w:bidi="si-LK"/>
              </w:rPr>
              <w:t>ලබයි</w:t>
            </w:r>
            <w:r w:rsidRPr="007319E2">
              <w:rPr>
                <w:rFonts w:cs="Iskoola Pota"/>
                <w:sz w:val="24"/>
                <w:szCs w:val="24"/>
              </w:rPr>
              <w:t xml:space="preserve">. </w:t>
            </w:r>
            <w:r w:rsidR="00AC4958" w:rsidRPr="007319E2">
              <w:rPr>
                <w:rFonts w:cs="Iskoola Pota"/>
                <w:sz w:val="24"/>
                <w:szCs w:val="24"/>
                <w:cs/>
                <w:lang w:bidi="si-LK"/>
              </w:rPr>
              <w:t>තවද</w:t>
            </w:r>
            <w:r w:rsidRPr="007319E2">
              <w:rPr>
                <w:rFonts w:cs="Iskoola Pota"/>
                <w:sz w:val="24"/>
                <w:szCs w:val="24"/>
              </w:rPr>
              <w:t xml:space="preserve"> </w:t>
            </w:r>
            <w:r w:rsidRPr="007319E2">
              <w:rPr>
                <w:rFonts w:cs="Iskoola Pota"/>
                <w:sz w:val="24"/>
                <w:szCs w:val="24"/>
                <w:cs/>
                <w:lang w:bidi="si-LK"/>
              </w:rPr>
              <w:t>කා</w:t>
            </w:r>
            <w:r w:rsidR="00AC4958" w:rsidRPr="007319E2">
              <w:rPr>
                <w:rFonts w:cs="Iskoola Pota"/>
                <w:sz w:val="24"/>
                <w:szCs w:val="24"/>
                <w:cs/>
                <w:lang w:bidi="si-LK"/>
              </w:rPr>
              <w:t>න්තාවන්ට</w:t>
            </w:r>
            <w:r w:rsidRPr="007319E2">
              <w:rPr>
                <w:rFonts w:cs="Iskoola Pota"/>
                <w:sz w:val="24"/>
                <w:szCs w:val="24"/>
              </w:rPr>
              <w:t xml:space="preserve"> </w:t>
            </w:r>
            <w:r w:rsidRPr="007319E2">
              <w:rPr>
                <w:rFonts w:cs="Iskoola Pota"/>
                <w:sz w:val="24"/>
                <w:szCs w:val="24"/>
                <w:cs/>
                <w:lang w:bidi="si-LK"/>
              </w:rPr>
              <w:t>එකම</w:t>
            </w:r>
            <w:r w:rsidRPr="007319E2">
              <w:rPr>
                <w:rFonts w:cs="Iskoola Pota"/>
                <w:sz w:val="24"/>
                <w:szCs w:val="24"/>
              </w:rPr>
              <w:t xml:space="preserve"> </w:t>
            </w:r>
            <w:r w:rsidRPr="007319E2">
              <w:rPr>
                <w:rFonts w:cs="Iskoola Pota"/>
                <w:sz w:val="24"/>
                <w:szCs w:val="24"/>
                <w:cs/>
                <w:lang w:bidi="si-LK"/>
              </w:rPr>
              <w:t>සංවිධානයක්</w:t>
            </w:r>
            <w:r w:rsidRPr="007319E2">
              <w:rPr>
                <w:rFonts w:cs="Iskoola Pota"/>
                <w:sz w:val="24"/>
                <w:szCs w:val="24"/>
              </w:rPr>
              <w:t xml:space="preserve"> </w:t>
            </w:r>
            <w:r w:rsidRPr="007319E2">
              <w:rPr>
                <w:rFonts w:cs="Iskoola Pota"/>
                <w:sz w:val="24"/>
                <w:szCs w:val="24"/>
                <w:cs/>
                <w:lang w:bidi="si-LK"/>
              </w:rPr>
              <w:t>තුළ</w:t>
            </w:r>
            <w:r w:rsidRPr="007319E2">
              <w:rPr>
                <w:rFonts w:cs="Iskoola Pota"/>
                <w:sz w:val="24"/>
                <w:szCs w:val="24"/>
              </w:rPr>
              <w:t xml:space="preserve"> </w:t>
            </w:r>
            <w:r w:rsidR="00AC4958" w:rsidRPr="007319E2">
              <w:rPr>
                <w:rFonts w:cs="Iskoola Pota"/>
                <w:sz w:val="24"/>
                <w:szCs w:val="24"/>
                <w:cs/>
                <w:lang w:bidi="si-LK"/>
              </w:rPr>
              <w:t>ක්‍රියාත්මක</w:t>
            </w:r>
            <w:r w:rsidRPr="007319E2">
              <w:rPr>
                <w:rFonts w:cs="Iskoola Pota"/>
                <w:sz w:val="24"/>
                <w:szCs w:val="24"/>
              </w:rPr>
              <w:t xml:space="preserve"> </w:t>
            </w:r>
            <w:r w:rsidRPr="007319E2">
              <w:rPr>
                <w:rFonts w:cs="Iskoola Pota"/>
                <w:sz w:val="24"/>
                <w:szCs w:val="24"/>
                <w:cs/>
                <w:lang w:bidi="si-LK"/>
              </w:rPr>
              <w:t>වීම</w:t>
            </w:r>
            <w:r w:rsidRPr="007319E2">
              <w:rPr>
                <w:rFonts w:cs="Iskoola Pota"/>
                <w:sz w:val="24"/>
                <w:szCs w:val="24"/>
              </w:rPr>
              <w:t xml:space="preserve"> </w:t>
            </w:r>
            <w:r w:rsidRPr="007319E2">
              <w:rPr>
                <w:rFonts w:cs="Iskoola Pota"/>
                <w:sz w:val="24"/>
                <w:szCs w:val="24"/>
                <w:cs/>
                <w:lang w:bidi="si-LK"/>
              </w:rPr>
              <w:t>සඳහා</w:t>
            </w:r>
            <w:r w:rsidRPr="007319E2">
              <w:rPr>
                <w:rFonts w:cs="Iskoola Pota"/>
                <w:sz w:val="24"/>
                <w:szCs w:val="24"/>
              </w:rPr>
              <w:t xml:space="preserve"> (Smooth Functioning) </w:t>
            </w:r>
            <w:r w:rsidR="00AC4958" w:rsidRPr="007319E2">
              <w:rPr>
                <w:rFonts w:cs="Iskoola Pota"/>
                <w:sz w:val="24"/>
                <w:szCs w:val="24"/>
                <w:cs/>
                <w:lang w:bidi="si-LK"/>
              </w:rPr>
              <w:t>ප්‍රජා</w:t>
            </w:r>
            <w:r w:rsidRPr="007319E2">
              <w:rPr>
                <w:rFonts w:cs="Iskoola Pota"/>
                <w:sz w:val="24"/>
                <w:szCs w:val="24"/>
              </w:rPr>
              <w:t xml:space="preserve"> </w:t>
            </w:r>
            <w:r w:rsidRPr="007319E2">
              <w:rPr>
                <w:rFonts w:cs="Iskoola Pota"/>
                <w:sz w:val="24"/>
                <w:szCs w:val="24"/>
                <w:cs/>
                <w:lang w:bidi="si-LK"/>
              </w:rPr>
              <w:t>මූල</w:t>
            </w:r>
            <w:r w:rsidRPr="007319E2">
              <w:rPr>
                <w:rFonts w:cs="Iskoola Pota"/>
                <w:sz w:val="24"/>
                <w:szCs w:val="24"/>
              </w:rPr>
              <w:t xml:space="preserve"> </w:t>
            </w:r>
            <w:r w:rsidR="00AC4958" w:rsidRPr="007319E2">
              <w:rPr>
                <w:rFonts w:cs="Iskoola Pota"/>
                <w:sz w:val="24"/>
                <w:szCs w:val="24"/>
                <w:cs/>
                <w:lang w:bidi="si-LK"/>
              </w:rPr>
              <w:t>මට්ටමේ</w:t>
            </w:r>
            <w:r w:rsidRPr="007319E2">
              <w:rPr>
                <w:rFonts w:cs="Iskoola Pota"/>
                <w:sz w:val="24"/>
                <w:szCs w:val="24"/>
              </w:rPr>
              <w:t xml:space="preserve"> </w:t>
            </w:r>
            <w:r w:rsidRPr="007319E2">
              <w:rPr>
                <w:rFonts w:cs="Iskoola Pota"/>
                <w:sz w:val="24"/>
                <w:szCs w:val="24"/>
                <w:cs/>
                <w:lang w:bidi="si-LK"/>
              </w:rPr>
              <w:t>සිට</w:t>
            </w:r>
            <w:r w:rsidRPr="007319E2">
              <w:rPr>
                <w:rFonts w:cs="Iskoola Pota"/>
                <w:sz w:val="24"/>
                <w:szCs w:val="24"/>
              </w:rPr>
              <w:t xml:space="preserve"> </w:t>
            </w:r>
            <w:r w:rsidRPr="007319E2">
              <w:rPr>
                <w:rFonts w:cs="Iskoola Pota"/>
                <w:sz w:val="24"/>
                <w:szCs w:val="24"/>
                <w:cs/>
                <w:lang w:bidi="si-LK"/>
              </w:rPr>
              <w:t>ජාතික</w:t>
            </w:r>
            <w:r w:rsidRPr="007319E2">
              <w:rPr>
                <w:rFonts w:cs="Iskoola Pota"/>
                <w:sz w:val="24"/>
                <w:szCs w:val="24"/>
              </w:rPr>
              <w:t xml:space="preserve"> </w:t>
            </w:r>
            <w:r w:rsidRPr="007319E2">
              <w:rPr>
                <w:rFonts w:cs="Iskoola Pota"/>
                <w:sz w:val="24"/>
                <w:szCs w:val="24"/>
                <w:cs/>
                <w:lang w:bidi="si-LK"/>
              </w:rPr>
              <w:t>තලය</w:t>
            </w:r>
            <w:r w:rsidR="00AC4958" w:rsidRPr="007319E2">
              <w:rPr>
                <w:rFonts w:cs="Iskoola Pota"/>
                <w:sz w:val="24"/>
                <w:szCs w:val="24"/>
                <w:cs/>
                <w:lang w:bidi="si-LK"/>
              </w:rPr>
              <w:t xml:space="preserve"> ද</w:t>
            </w:r>
            <w:r w:rsidRPr="007319E2">
              <w:rPr>
                <w:rFonts w:cs="Iskoola Pota"/>
                <w:sz w:val="24"/>
                <w:szCs w:val="24"/>
                <w:cs/>
                <w:lang w:bidi="si-LK"/>
              </w:rPr>
              <w:t>ක්වා</w:t>
            </w:r>
            <w:r w:rsidRPr="007319E2">
              <w:rPr>
                <w:rFonts w:cs="Iskoola Pota"/>
                <w:sz w:val="24"/>
                <w:szCs w:val="24"/>
              </w:rPr>
              <w:t xml:space="preserve"> </w:t>
            </w:r>
            <w:r w:rsidR="00AC4958" w:rsidRPr="007319E2">
              <w:rPr>
                <w:rFonts w:cs="Iskoola Pota"/>
                <w:sz w:val="24"/>
                <w:szCs w:val="24"/>
                <w:cs/>
                <w:lang w:bidi="si-LK"/>
              </w:rPr>
              <w:t>කාන්තාවන්</w:t>
            </w:r>
            <w:r w:rsidRPr="007319E2">
              <w:rPr>
                <w:rFonts w:cs="Iskoola Pota"/>
                <w:sz w:val="24"/>
                <w:szCs w:val="24"/>
              </w:rPr>
              <w:t xml:space="preserve"> </w:t>
            </w:r>
            <w:r w:rsidRPr="007319E2">
              <w:rPr>
                <w:rFonts w:cs="Iskoola Pota"/>
                <w:sz w:val="24"/>
                <w:szCs w:val="24"/>
                <w:cs/>
                <w:lang w:bidi="si-LK"/>
              </w:rPr>
              <w:t>සංවිධානගත</w:t>
            </w:r>
            <w:r w:rsidRPr="007319E2">
              <w:rPr>
                <w:rFonts w:cs="Iskoola Pota"/>
                <w:sz w:val="24"/>
                <w:szCs w:val="24"/>
              </w:rPr>
              <w:t xml:space="preserve"> </w:t>
            </w:r>
            <w:r w:rsidRPr="007319E2">
              <w:rPr>
                <w:rFonts w:cs="Iskoola Pota"/>
                <w:sz w:val="24"/>
                <w:szCs w:val="24"/>
                <w:cs/>
                <w:lang w:bidi="si-LK"/>
              </w:rPr>
              <w:t>කිරීම</w:t>
            </w:r>
            <w:r w:rsidRPr="007319E2">
              <w:rPr>
                <w:rFonts w:cs="Iskoola Pota"/>
                <w:sz w:val="24"/>
                <w:szCs w:val="24"/>
              </w:rPr>
              <w:t xml:space="preserve"> </w:t>
            </w:r>
            <w:r w:rsidR="00AC4958" w:rsidRPr="007319E2">
              <w:rPr>
                <w:rFonts w:cs="Iskoola Pota"/>
                <w:sz w:val="24"/>
                <w:szCs w:val="24"/>
                <w:cs/>
                <w:lang w:bidi="si-LK"/>
              </w:rPr>
              <w:t>ද ප්‍රධාන කාර්යයන් ය</w:t>
            </w:r>
            <w:r w:rsidRPr="007319E2">
              <w:rPr>
                <w:rFonts w:cs="Iskoola Pota"/>
                <w:sz w:val="24"/>
                <w:szCs w:val="24"/>
              </w:rPr>
              <w:t>.</w:t>
            </w:r>
          </w:p>
        </w:tc>
        <w:tc>
          <w:tcPr>
            <w:tcW w:w="1530" w:type="dxa"/>
          </w:tcPr>
          <w:p w:rsidR="00F853F4" w:rsidRPr="007319E2" w:rsidRDefault="00B85562" w:rsidP="00A32EDC">
            <w:pPr>
              <w:spacing w:line="276" w:lineRule="auto"/>
              <w:jc w:val="both"/>
              <w:rPr>
                <w:rFonts w:cs="Iskoola Pota"/>
                <w:sz w:val="24"/>
                <w:szCs w:val="24"/>
              </w:rPr>
            </w:pPr>
            <w:r w:rsidRPr="007319E2">
              <w:rPr>
                <w:rFonts w:cs="Iskoola Pota"/>
                <w:sz w:val="24"/>
                <w:szCs w:val="24"/>
              </w:rPr>
              <w:t>011 2186348</w:t>
            </w:r>
          </w:p>
        </w:tc>
      </w:tr>
    </w:tbl>
    <w:p w:rsidR="00CD1104" w:rsidRPr="007319E2" w:rsidRDefault="00CD1104" w:rsidP="00A32EDC">
      <w:pPr>
        <w:spacing w:after="0"/>
        <w:rPr>
          <w:rFonts w:cs="Iskoola Pota"/>
          <w:sz w:val="24"/>
          <w:szCs w:val="24"/>
        </w:rPr>
      </w:pPr>
    </w:p>
    <w:p w:rsidR="00F240CA" w:rsidRDefault="00836AF7" w:rsidP="00A32EDC">
      <w:pPr>
        <w:spacing w:after="0"/>
        <w:rPr>
          <w:rFonts w:cs="Iskoola Pota"/>
          <w:b/>
          <w:bCs/>
          <w:sz w:val="24"/>
          <w:szCs w:val="24"/>
          <w:lang w:bidi="si-LK"/>
        </w:rPr>
      </w:pPr>
      <w:r w:rsidRPr="007319E2">
        <w:rPr>
          <w:rFonts w:cs="Iskoola Pota"/>
          <w:b/>
          <w:sz w:val="24"/>
          <w:szCs w:val="24"/>
        </w:rPr>
        <w:t xml:space="preserve">04. </w:t>
      </w:r>
      <w:r w:rsidRPr="007319E2">
        <w:rPr>
          <w:rFonts w:cs="Iskoola Pota"/>
          <w:b/>
          <w:bCs/>
          <w:sz w:val="24"/>
          <w:szCs w:val="24"/>
          <w:cs/>
          <w:lang w:bidi="si-LK"/>
        </w:rPr>
        <w:t>අමාත</w:t>
      </w:r>
      <w:r w:rsidR="00EE7B13" w:rsidRPr="007319E2">
        <w:rPr>
          <w:rFonts w:cs="Iskoola Pota"/>
          <w:b/>
          <w:bCs/>
          <w:sz w:val="24"/>
          <w:szCs w:val="24"/>
          <w:cs/>
          <w:lang w:bidi="si-LK"/>
        </w:rPr>
        <w:t>්‍යාංශ</w:t>
      </w:r>
      <w:r w:rsidRPr="007319E2">
        <w:rPr>
          <w:rFonts w:cs="Iskoola Pota"/>
          <w:b/>
          <w:sz w:val="24"/>
          <w:szCs w:val="24"/>
        </w:rPr>
        <w:t xml:space="preserve"> </w:t>
      </w:r>
      <w:r w:rsidRPr="007319E2">
        <w:rPr>
          <w:rFonts w:cs="Iskoola Pota"/>
          <w:b/>
          <w:bCs/>
          <w:sz w:val="24"/>
          <w:szCs w:val="24"/>
          <w:cs/>
          <w:lang w:bidi="si-LK"/>
        </w:rPr>
        <w:t>කාර්යයන්</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00EE7B13" w:rsidRPr="007319E2">
        <w:rPr>
          <w:rFonts w:cs="Iskoola Pota"/>
          <w:b/>
          <w:bCs/>
          <w:sz w:val="24"/>
          <w:szCs w:val="24"/>
          <w:cs/>
          <w:lang w:bidi="si-LK"/>
        </w:rPr>
        <w:t>කර්තව්‍යයන්</w:t>
      </w:r>
      <w:r w:rsidRPr="007319E2">
        <w:rPr>
          <w:rFonts w:cs="Iskoola Pota"/>
          <w:b/>
          <w:sz w:val="24"/>
          <w:szCs w:val="24"/>
        </w:rPr>
        <w:t xml:space="preserve"> </w:t>
      </w:r>
      <w:r w:rsidRPr="007319E2">
        <w:rPr>
          <w:rFonts w:cs="Iskoola Pota"/>
          <w:b/>
          <w:bCs/>
          <w:sz w:val="24"/>
          <w:szCs w:val="24"/>
          <w:cs/>
          <w:lang w:bidi="si-LK"/>
        </w:rPr>
        <w:t>ඉටු</w:t>
      </w:r>
      <w:r w:rsidRPr="007319E2">
        <w:rPr>
          <w:rFonts w:cs="Iskoola Pota"/>
          <w:b/>
          <w:sz w:val="24"/>
          <w:szCs w:val="24"/>
        </w:rPr>
        <w:t xml:space="preserve"> </w:t>
      </w:r>
      <w:r w:rsidRPr="007319E2">
        <w:rPr>
          <w:rFonts w:cs="Iskoola Pota"/>
          <w:b/>
          <w:bCs/>
          <w:sz w:val="24"/>
          <w:szCs w:val="24"/>
          <w:cs/>
          <w:lang w:bidi="si-LK"/>
        </w:rPr>
        <w:t>කිරීමේදි</w:t>
      </w:r>
      <w:r w:rsidRPr="007319E2">
        <w:rPr>
          <w:rFonts w:cs="Iskoola Pota"/>
          <w:b/>
          <w:sz w:val="24"/>
          <w:szCs w:val="24"/>
        </w:rPr>
        <w:t xml:space="preserve"> </w:t>
      </w:r>
      <w:r w:rsidRPr="007319E2">
        <w:rPr>
          <w:rFonts w:cs="Iskoola Pota"/>
          <w:b/>
          <w:bCs/>
          <w:sz w:val="24"/>
          <w:szCs w:val="24"/>
          <w:cs/>
          <w:lang w:bidi="si-LK"/>
        </w:rPr>
        <w:t>නියමිත</w:t>
      </w:r>
      <w:r w:rsidRPr="007319E2">
        <w:rPr>
          <w:rFonts w:cs="Iskoola Pota"/>
          <w:b/>
          <w:sz w:val="24"/>
          <w:szCs w:val="24"/>
        </w:rPr>
        <w:t xml:space="preserve"> </w:t>
      </w:r>
      <w:r w:rsidRPr="007319E2">
        <w:rPr>
          <w:rFonts w:cs="Iskoola Pota"/>
          <w:b/>
          <w:bCs/>
          <w:sz w:val="24"/>
          <w:szCs w:val="24"/>
          <w:cs/>
          <w:lang w:bidi="si-LK"/>
        </w:rPr>
        <w:t>කාර්යය</w:t>
      </w:r>
      <w:r w:rsidRPr="007319E2">
        <w:rPr>
          <w:rFonts w:cs="Iskoola Pota"/>
          <w:b/>
          <w:sz w:val="24"/>
          <w:szCs w:val="24"/>
        </w:rPr>
        <w:t xml:space="preserve"> </w:t>
      </w:r>
      <w:r w:rsidRPr="007319E2">
        <w:rPr>
          <w:rFonts w:cs="Iskoola Pota"/>
          <w:b/>
          <w:bCs/>
          <w:sz w:val="24"/>
          <w:szCs w:val="24"/>
          <w:cs/>
          <w:lang w:bidi="si-LK"/>
        </w:rPr>
        <w:t>පටිපාටි</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සම්මතයන්</w:t>
      </w:r>
      <w:r w:rsidR="009F02BA" w:rsidRPr="007319E2">
        <w:rPr>
          <w:rFonts w:cs="Iskoola Pota"/>
          <w:b/>
          <w:bCs/>
          <w:sz w:val="24"/>
          <w:szCs w:val="24"/>
          <w:cs/>
          <w:lang w:bidi="si-LK"/>
        </w:rPr>
        <w:t xml:space="preserve"> </w:t>
      </w:r>
    </w:p>
    <w:p w:rsidR="007319E2" w:rsidRPr="007319E2" w:rsidRDefault="007319E2" w:rsidP="00A32EDC">
      <w:pPr>
        <w:spacing w:after="0"/>
        <w:rPr>
          <w:rFonts w:cs="Iskoola Pota"/>
          <w:b/>
          <w:bCs/>
          <w:sz w:val="24"/>
          <w:szCs w:val="24"/>
          <w:lang w:bidi="si-LK"/>
        </w:rPr>
      </w:pPr>
    </w:p>
    <w:tbl>
      <w:tblPr>
        <w:tblStyle w:val="TableGrid"/>
        <w:tblW w:w="9626" w:type="dxa"/>
        <w:tblLayout w:type="fixed"/>
        <w:tblLook w:val="04A0"/>
      </w:tblPr>
      <w:tblGrid>
        <w:gridCol w:w="4248"/>
        <w:gridCol w:w="3240"/>
        <w:gridCol w:w="2138"/>
      </w:tblGrid>
      <w:tr w:rsidR="00CD1104" w:rsidRPr="007319E2" w:rsidTr="00250DD6">
        <w:trPr>
          <w:trHeight w:val="1637"/>
        </w:trPr>
        <w:tc>
          <w:tcPr>
            <w:tcW w:w="4248" w:type="dxa"/>
          </w:tcPr>
          <w:p w:rsidR="00CD1104" w:rsidRPr="007319E2" w:rsidRDefault="00836AF7" w:rsidP="00A32EDC">
            <w:pPr>
              <w:spacing w:line="276" w:lineRule="auto"/>
              <w:jc w:val="center"/>
              <w:rPr>
                <w:rFonts w:cs="Iskoola Pota"/>
                <w:sz w:val="24"/>
                <w:szCs w:val="24"/>
                <w:lang w:bidi="si-LK"/>
              </w:rPr>
            </w:pPr>
            <w:r w:rsidRPr="007319E2">
              <w:rPr>
                <w:rFonts w:cs="Iskoola Pota"/>
                <w:b/>
                <w:bCs/>
                <w:sz w:val="24"/>
                <w:szCs w:val="24"/>
                <w:cs/>
                <w:lang w:bidi="si-LK"/>
              </w:rPr>
              <w:t>කාර්යය</w:t>
            </w:r>
            <w:r w:rsidRPr="007319E2">
              <w:rPr>
                <w:rFonts w:cs="Iskoola Pota"/>
                <w:b/>
                <w:sz w:val="24"/>
                <w:szCs w:val="24"/>
              </w:rPr>
              <w:t xml:space="preserve"> / </w:t>
            </w:r>
            <w:r w:rsidRPr="007319E2">
              <w:rPr>
                <w:rFonts w:cs="Iskoola Pota"/>
                <w:b/>
                <w:bCs/>
                <w:sz w:val="24"/>
                <w:szCs w:val="24"/>
                <w:cs/>
                <w:lang w:bidi="si-LK"/>
              </w:rPr>
              <w:t>කර්ත</w:t>
            </w:r>
            <w:r w:rsidR="00D807A6" w:rsidRPr="007319E2">
              <w:rPr>
                <w:rFonts w:cs="Iskoola Pota"/>
                <w:b/>
                <w:bCs/>
                <w:sz w:val="24"/>
                <w:szCs w:val="24"/>
                <w:cs/>
                <w:lang w:bidi="si-LK"/>
              </w:rPr>
              <w:t>ව්‍යයන්</w:t>
            </w:r>
          </w:p>
        </w:tc>
        <w:tc>
          <w:tcPr>
            <w:tcW w:w="3240" w:type="dxa"/>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කාර්යයන්</w:t>
            </w:r>
            <w:r w:rsidRPr="007319E2">
              <w:rPr>
                <w:rFonts w:cs="Iskoola Pota"/>
                <w:b/>
                <w:sz w:val="24"/>
                <w:szCs w:val="24"/>
              </w:rPr>
              <w:t xml:space="preserve"> / </w:t>
            </w:r>
            <w:r w:rsidRPr="007319E2">
              <w:rPr>
                <w:rFonts w:cs="Iskoola Pota"/>
                <w:b/>
                <w:bCs/>
                <w:sz w:val="24"/>
                <w:szCs w:val="24"/>
                <w:cs/>
                <w:lang w:bidi="si-LK"/>
              </w:rPr>
              <w:t>කර්තව</w:t>
            </w:r>
            <w:r w:rsidR="00D807A6" w:rsidRPr="007319E2">
              <w:rPr>
                <w:rFonts w:cs="Iskoola Pota"/>
                <w:b/>
                <w:bCs/>
                <w:sz w:val="24"/>
                <w:szCs w:val="24"/>
                <w:cs/>
                <w:lang w:bidi="si-LK"/>
              </w:rPr>
              <w:t xml:space="preserve">්‍යයන්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සම්මතයන්</w:t>
            </w:r>
            <w:r w:rsidRPr="007319E2">
              <w:rPr>
                <w:rFonts w:cs="Iskoola Pota"/>
                <w:b/>
                <w:sz w:val="24"/>
                <w:szCs w:val="24"/>
              </w:rPr>
              <w:t xml:space="preserve"> </w:t>
            </w:r>
            <w:r w:rsidRPr="007319E2">
              <w:rPr>
                <w:rFonts w:cs="Iskoola Pota"/>
                <w:b/>
                <w:bCs/>
                <w:sz w:val="24"/>
                <w:szCs w:val="24"/>
                <w:cs/>
                <w:lang w:bidi="si-LK"/>
              </w:rPr>
              <w:t>අඩංගු</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ලිඛිත</w:t>
            </w:r>
            <w:r w:rsidRPr="007319E2">
              <w:rPr>
                <w:rFonts w:cs="Iskoola Pota"/>
                <w:b/>
                <w:sz w:val="24"/>
                <w:szCs w:val="24"/>
              </w:rPr>
              <w:t xml:space="preserve"> </w:t>
            </w:r>
            <w:r w:rsidRPr="007319E2">
              <w:rPr>
                <w:rFonts w:cs="Iskoola Pota"/>
                <w:b/>
                <w:bCs/>
                <w:sz w:val="24"/>
                <w:szCs w:val="24"/>
                <w:cs/>
                <w:lang w:bidi="si-LK"/>
              </w:rPr>
              <w:t>නීති</w:t>
            </w:r>
            <w:r w:rsidRPr="007319E2">
              <w:rPr>
                <w:rFonts w:cs="Iskoola Pota"/>
                <w:b/>
                <w:sz w:val="24"/>
                <w:szCs w:val="24"/>
              </w:rPr>
              <w:t xml:space="preserve"> </w:t>
            </w:r>
            <w:r w:rsidRPr="007319E2">
              <w:rPr>
                <w:rFonts w:cs="Iskoola Pota"/>
                <w:b/>
                <w:bCs/>
                <w:sz w:val="24"/>
                <w:szCs w:val="24"/>
                <w:cs/>
                <w:lang w:bidi="si-LK"/>
              </w:rPr>
              <w:t>රෙගුලාසි</w:t>
            </w:r>
            <w:r w:rsidRPr="007319E2">
              <w:rPr>
                <w:rFonts w:cs="Iskoola Pota"/>
                <w:b/>
                <w:sz w:val="24"/>
                <w:szCs w:val="24"/>
              </w:rPr>
              <w:t xml:space="preserve"> </w:t>
            </w:r>
            <w:r w:rsidRPr="007319E2">
              <w:rPr>
                <w:rFonts w:cs="Iskoola Pota"/>
                <w:b/>
                <w:bCs/>
                <w:sz w:val="24"/>
                <w:szCs w:val="24"/>
                <w:cs/>
                <w:lang w:bidi="si-LK"/>
              </w:rPr>
              <w:t>සඳහන්</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පනත්</w:t>
            </w:r>
            <w:r w:rsidRPr="007319E2">
              <w:rPr>
                <w:rFonts w:cs="Iskoola Pota"/>
                <w:b/>
                <w:sz w:val="24"/>
                <w:szCs w:val="24"/>
              </w:rPr>
              <w:t xml:space="preserve"> / </w:t>
            </w:r>
            <w:r w:rsidRPr="007319E2">
              <w:rPr>
                <w:rFonts w:cs="Iskoola Pota"/>
                <w:b/>
                <w:bCs/>
                <w:sz w:val="24"/>
                <w:szCs w:val="24"/>
                <w:cs/>
                <w:lang w:bidi="si-LK"/>
              </w:rPr>
              <w:t>රීති</w:t>
            </w:r>
            <w:r w:rsidRPr="007319E2">
              <w:rPr>
                <w:rFonts w:cs="Iskoola Pota"/>
                <w:b/>
                <w:sz w:val="24"/>
                <w:szCs w:val="24"/>
              </w:rPr>
              <w:t xml:space="preserve"> / </w:t>
            </w:r>
            <w:r w:rsidRPr="007319E2">
              <w:rPr>
                <w:rFonts w:cs="Iskoola Pota"/>
                <w:b/>
                <w:bCs/>
                <w:sz w:val="24"/>
                <w:szCs w:val="24"/>
                <w:cs/>
                <w:lang w:bidi="si-LK"/>
              </w:rPr>
              <w:t>නියෝග</w:t>
            </w:r>
            <w:r w:rsidRPr="007319E2">
              <w:rPr>
                <w:rFonts w:cs="Iskoola Pota"/>
                <w:b/>
                <w:sz w:val="24"/>
                <w:szCs w:val="24"/>
              </w:rPr>
              <w:t xml:space="preserve"> / </w:t>
            </w:r>
            <w:r w:rsidRPr="007319E2">
              <w:rPr>
                <w:rFonts w:cs="Iskoola Pota"/>
                <w:b/>
                <w:bCs/>
                <w:sz w:val="24"/>
                <w:szCs w:val="24"/>
                <w:cs/>
                <w:lang w:bidi="si-LK"/>
              </w:rPr>
              <w:t>රෙගුලාසි</w:t>
            </w:r>
            <w:r w:rsidRPr="007319E2">
              <w:rPr>
                <w:rFonts w:cs="Iskoola Pota"/>
                <w:b/>
                <w:sz w:val="24"/>
                <w:szCs w:val="24"/>
              </w:rPr>
              <w:t xml:space="preserve"> / </w:t>
            </w:r>
            <w:r w:rsidRPr="007319E2">
              <w:rPr>
                <w:rFonts w:cs="Iskoola Pota"/>
                <w:b/>
                <w:bCs/>
                <w:sz w:val="24"/>
                <w:szCs w:val="24"/>
                <w:cs/>
                <w:lang w:bidi="si-LK"/>
              </w:rPr>
              <w:t>මාර්ගෝපදේශ</w:t>
            </w:r>
            <w:r w:rsidRPr="007319E2">
              <w:rPr>
                <w:rFonts w:cs="Iskoola Pota"/>
                <w:b/>
                <w:sz w:val="24"/>
                <w:szCs w:val="24"/>
              </w:rPr>
              <w:t xml:space="preserve"> / </w:t>
            </w:r>
            <w:r w:rsidRPr="007319E2">
              <w:rPr>
                <w:rFonts w:cs="Iskoola Pota"/>
                <w:b/>
                <w:bCs/>
                <w:sz w:val="24"/>
                <w:szCs w:val="24"/>
                <w:cs/>
                <w:lang w:bidi="si-LK"/>
              </w:rPr>
              <w:t>චක</w:t>
            </w:r>
            <w:r w:rsidR="007A1B38" w:rsidRPr="007319E2">
              <w:rPr>
                <w:rFonts w:cs="Iskoola Pota"/>
                <w:b/>
                <w:bCs/>
                <w:sz w:val="24"/>
                <w:szCs w:val="24"/>
                <w:cs/>
                <w:lang w:bidi="si-LK"/>
              </w:rPr>
              <w:t>්‍ර</w:t>
            </w:r>
            <w:r w:rsidRPr="007319E2">
              <w:rPr>
                <w:rFonts w:cs="Iskoola Pota"/>
                <w:b/>
                <w:bCs/>
                <w:sz w:val="24"/>
                <w:szCs w:val="24"/>
                <w:cs/>
                <w:lang w:bidi="si-LK"/>
              </w:rPr>
              <w:t>ලේඛන</w:t>
            </w:r>
            <w:r w:rsidRPr="007319E2">
              <w:rPr>
                <w:rFonts w:cs="Iskoola Pota"/>
                <w:b/>
                <w:sz w:val="24"/>
                <w:szCs w:val="24"/>
              </w:rPr>
              <w:t xml:space="preserve"> / </w:t>
            </w:r>
            <w:r w:rsidRPr="007319E2">
              <w:rPr>
                <w:rFonts w:cs="Iskoola Pota"/>
                <w:b/>
                <w:bCs/>
                <w:sz w:val="24"/>
                <w:szCs w:val="24"/>
                <w:cs/>
                <w:lang w:bidi="si-LK"/>
              </w:rPr>
              <w:t>අත්පොත්</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වෙනත්</w:t>
            </w:r>
            <w:r w:rsidRPr="007319E2">
              <w:rPr>
                <w:rFonts w:cs="Iskoola Pota"/>
                <w:b/>
                <w:sz w:val="24"/>
                <w:szCs w:val="24"/>
              </w:rPr>
              <w:t xml:space="preserve"> </w:t>
            </w:r>
            <w:r w:rsidRPr="007319E2">
              <w:rPr>
                <w:rFonts w:cs="Iskoola Pota"/>
                <w:b/>
                <w:bCs/>
                <w:sz w:val="24"/>
                <w:szCs w:val="24"/>
                <w:cs/>
                <w:lang w:bidi="si-LK"/>
              </w:rPr>
              <w:t>වාර්තා</w:t>
            </w:r>
            <w:r w:rsidRPr="007319E2">
              <w:rPr>
                <w:rFonts w:cs="Iskoola Pota"/>
                <w:b/>
                <w:sz w:val="24"/>
                <w:szCs w:val="24"/>
              </w:rPr>
              <w:t xml:space="preserve"> </w:t>
            </w:r>
            <w:r w:rsidRPr="007319E2">
              <w:rPr>
                <w:rFonts w:cs="Iskoola Pota"/>
                <w:b/>
                <w:bCs/>
                <w:sz w:val="24"/>
                <w:szCs w:val="24"/>
                <w:cs/>
                <w:lang w:bidi="si-LK"/>
              </w:rPr>
              <w:t>ලැයිස්තුව</w:t>
            </w:r>
          </w:p>
        </w:tc>
        <w:tc>
          <w:tcPr>
            <w:tcW w:w="2138" w:type="dxa"/>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වාර්තාවල</w:t>
            </w:r>
            <w:r w:rsidRPr="007319E2">
              <w:rPr>
                <w:rFonts w:cs="Iskoola Pota"/>
                <w:b/>
                <w:sz w:val="24"/>
                <w:szCs w:val="24"/>
              </w:rPr>
              <w:t xml:space="preserve"> </w:t>
            </w: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ලබාගත</w:t>
            </w:r>
            <w:r w:rsidRPr="007319E2">
              <w:rPr>
                <w:rFonts w:cs="Iskoola Pota"/>
                <w:b/>
                <w:sz w:val="24"/>
                <w:szCs w:val="24"/>
              </w:rPr>
              <w:t xml:space="preserve"> </w:t>
            </w:r>
            <w:r w:rsidRPr="007319E2">
              <w:rPr>
                <w:rFonts w:cs="Iskoola Pota"/>
                <w:b/>
                <w:bCs/>
                <w:sz w:val="24"/>
                <w:szCs w:val="24"/>
                <w:cs/>
                <w:lang w:bidi="si-LK"/>
              </w:rPr>
              <w:t>හැකි</w:t>
            </w:r>
            <w:r w:rsidRPr="007319E2">
              <w:rPr>
                <w:rFonts w:cs="Iskoola Pota"/>
                <w:b/>
                <w:sz w:val="24"/>
                <w:szCs w:val="24"/>
              </w:rPr>
              <w:t xml:space="preserve"> </w:t>
            </w: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අඩවිය</w:t>
            </w:r>
          </w:p>
        </w:tc>
      </w:tr>
      <w:tr w:rsidR="001A6035" w:rsidRPr="007319E2" w:rsidTr="00250DD6">
        <w:trPr>
          <w:trHeight w:val="1637"/>
        </w:trPr>
        <w:tc>
          <w:tcPr>
            <w:tcW w:w="4248" w:type="dxa"/>
          </w:tcPr>
          <w:p w:rsidR="0018143E"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කාර්ය මණ්ඩලයට අදාල  ආයතනික හා පරිපාලන කටයුතු  මෙහෙයවීම</w:t>
            </w:r>
            <w:r w:rsidR="0018143E" w:rsidRPr="007319E2">
              <w:rPr>
                <w:rFonts w:cs="Iskoola Pota"/>
                <w:sz w:val="24"/>
                <w:szCs w:val="24"/>
                <w:cs/>
                <w:lang w:bidi="si-LK"/>
              </w:rPr>
              <w:t>.</w:t>
            </w:r>
          </w:p>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දේශීය හා විදේශීය පුහුණුවීම් ලබාදීම</w:t>
            </w:r>
            <w:r w:rsidR="0018143E" w:rsidRPr="007319E2">
              <w:rPr>
                <w:rFonts w:cs="Iskoola Pota"/>
                <w:sz w:val="24"/>
                <w:szCs w:val="24"/>
                <w:cs/>
                <w:lang w:bidi="si-LK"/>
              </w:rPr>
              <w:t>.</w:t>
            </w:r>
            <w:r w:rsidRPr="007319E2">
              <w:rPr>
                <w:rFonts w:cs="Iskoola Pota"/>
                <w:sz w:val="24"/>
                <w:szCs w:val="24"/>
                <w:cs/>
                <w:lang w:bidi="si-LK"/>
              </w:rPr>
              <w:t xml:space="preserve"> අමාත‍්‍යාංශ විෂය පථයට අදාළව අමාත‍්‍ය මණ්ඩල සංදේශ </w:t>
            </w:r>
            <w:r w:rsidRPr="007319E2">
              <w:rPr>
                <w:rFonts w:cs="Iskoola Pota"/>
                <w:sz w:val="24"/>
                <w:szCs w:val="24"/>
              </w:rPr>
              <w:t xml:space="preserve">, </w:t>
            </w:r>
            <w:r w:rsidRPr="007319E2">
              <w:rPr>
                <w:rFonts w:cs="Iskoola Pota"/>
                <w:sz w:val="24"/>
                <w:szCs w:val="24"/>
                <w:cs/>
                <w:lang w:bidi="si-LK"/>
              </w:rPr>
              <w:t>පනත් කෙටුම්පත් ආදිය නිසි පරිදි ඉදිරිපත් කිරීම මඟින් ප්‍රතිපත්ති සම්පාදනයට දායක වීම</w:t>
            </w:r>
            <w:r w:rsidR="0018143E" w:rsidRPr="007319E2">
              <w:rPr>
                <w:rFonts w:cs="Iskoola Pota"/>
                <w:sz w:val="24"/>
                <w:szCs w:val="24"/>
                <w:cs/>
                <w:lang w:bidi="si-LK"/>
              </w:rPr>
              <w:t>.</w:t>
            </w:r>
          </w:p>
          <w:p w:rsidR="00250DD6" w:rsidRDefault="0018143E" w:rsidP="00A32EDC">
            <w:pPr>
              <w:spacing w:line="276" w:lineRule="auto"/>
              <w:jc w:val="both"/>
              <w:rPr>
                <w:rFonts w:cs="Iskoola Pota"/>
                <w:sz w:val="24"/>
                <w:szCs w:val="24"/>
                <w:lang w:bidi="si-LK"/>
              </w:rPr>
            </w:pPr>
            <w:r w:rsidRPr="007319E2">
              <w:rPr>
                <w:rFonts w:cs="Iskoola Pota"/>
                <w:sz w:val="24"/>
                <w:szCs w:val="24"/>
                <w:cs/>
                <w:lang w:bidi="si-LK"/>
              </w:rPr>
              <w:t>‍තොරතුරු දැන ගැනීමේ පනත සම්බන්ධව කටයුතු කිරීම.</w:t>
            </w:r>
          </w:p>
          <w:p w:rsidR="007319E2" w:rsidRPr="007319E2" w:rsidRDefault="007319E2" w:rsidP="00A32EDC">
            <w:pPr>
              <w:spacing w:line="276" w:lineRule="auto"/>
              <w:jc w:val="both"/>
              <w:rPr>
                <w:rFonts w:cs="Iskoola Pota"/>
                <w:sz w:val="24"/>
                <w:szCs w:val="24"/>
                <w:rtl/>
                <w:cs/>
                <w:lang w:bidi="si-LK"/>
              </w:rPr>
            </w:pPr>
          </w:p>
        </w:tc>
        <w:tc>
          <w:tcPr>
            <w:tcW w:w="3240" w:type="dxa"/>
          </w:tcPr>
          <w:p w:rsidR="00AF089A" w:rsidRDefault="0010664E" w:rsidP="00A32EDC">
            <w:pPr>
              <w:spacing w:line="276" w:lineRule="auto"/>
              <w:jc w:val="center"/>
              <w:rPr>
                <w:rFonts w:cs="Iskoola Pota"/>
                <w:sz w:val="24"/>
                <w:szCs w:val="24"/>
                <w:lang w:bidi="si-LK"/>
              </w:rPr>
            </w:pPr>
            <w:r w:rsidRPr="007319E2">
              <w:rPr>
                <w:rFonts w:cs="Iskoola Pota"/>
                <w:sz w:val="24"/>
                <w:szCs w:val="24"/>
                <w:cs/>
                <w:lang w:bidi="si-LK"/>
              </w:rPr>
              <w:t>ආයතන සංග්‍ර</w:t>
            </w:r>
            <w:r w:rsidR="00987C31" w:rsidRPr="007319E2">
              <w:rPr>
                <w:rFonts w:cs="Iskoola Pota"/>
                <w:sz w:val="24"/>
                <w:szCs w:val="24"/>
                <w:cs/>
                <w:lang w:bidi="si-LK"/>
              </w:rPr>
              <w:t>හය, මුදල් රෙගුලාසි, අයවැය චක්‍ර</w:t>
            </w:r>
            <w:r w:rsidRPr="007319E2">
              <w:rPr>
                <w:rFonts w:cs="Iskoola Pota"/>
                <w:sz w:val="24"/>
                <w:szCs w:val="24"/>
                <w:cs/>
                <w:lang w:bidi="si-LK"/>
              </w:rPr>
              <w:t>ලේඛ, කාර්ය පටිපාටික රීති, රාජ්‍ය පරිපාලන චක්‍රලේඛ</w:t>
            </w:r>
            <w:r w:rsidR="00987C31" w:rsidRPr="007319E2">
              <w:rPr>
                <w:rFonts w:cs="Iskoola Pota"/>
                <w:sz w:val="24"/>
                <w:szCs w:val="24"/>
                <w:cs/>
                <w:lang w:bidi="si-LK"/>
              </w:rPr>
              <w:t xml:space="preserve">, </w:t>
            </w:r>
          </w:p>
          <w:p w:rsidR="001A6035" w:rsidRPr="007319E2" w:rsidRDefault="00987C31" w:rsidP="00A32EDC">
            <w:pPr>
              <w:spacing w:line="276" w:lineRule="auto"/>
              <w:jc w:val="center"/>
              <w:rPr>
                <w:rFonts w:cs="Iskoola Pota"/>
                <w:sz w:val="24"/>
                <w:szCs w:val="24"/>
                <w:cs/>
                <w:lang w:bidi="si-LK"/>
              </w:rPr>
            </w:pPr>
            <w:r w:rsidRPr="007319E2">
              <w:rPr>
                <w:rFonts w:cs="Iskoola Pota"/>
                <w:sz w:val="24"/>
                <w:szCs w:val="24"/>
                <w:cs/>
                <w:lang w:bidi="si-LK"/>
              </w:rPr>
              <w:t>2016 අංක 12 දරන තොරතුරු දැන ගැනීමේ අයිතිවාසිකම් පිළිබඳ පනත</w:t>
            </w:r>
          </w:p>
        </w:tc>
        <w:tc>
          <w:tcPr>
            <w:tcW w:w="2138" w:type="dxa"/>
          </w:tcPr>
          <w:p w:rsidR="001A6035" w:rsidRPr="007319E2" w:rsidRDefault="0010664E" w:rsidP="00A32EDC">
            <w:pPr>
              <w:spacing w:line="276" w:lineRule="auto"/>
              <w:jc w:val="center"/>
              <w:rPr>
                <w:rFonts w:cs="Iskoola Pota"/>
                <w:sz w:val="24"/>
                <w:szCs w:val="24"/>
                <w:cs/>
                <w:lang w:bidi="si-LK"/>
              </w:rPr>
            </w:pPr>
            <w:r w:rsidRPr="007319E2">
              <w:rPr>
                <w:rFonts w:cs="Iskoola Pota"/>
                <w:sz w:val="24"/>
                <w:szCs w:val="24"/>
                <w:lang w:bidi="si-LK"/>
              </w:rPr>
              <w:t>https://www.childwomenmin.gov.lk/</w:t>
            </w:r>
          </w:p>
        </w:tc>
      </w:tr>
      <w:tr w:rsidR="001A6035" w:rsidRPr="007319E2" w:rsidTr="001A6035">
        <w:trPr>
          <w:trHeight w:val="377"/>
        </w:trPr>
        <w:tc>
          <w:tcPr>
            <w:tcW w:w="9626" w:type="dxa"/>
            <w:gridSpan w:val="3"/>
          </w:tcPr>
          <w:p w:rsidR="001A6035" w:rsidRPr="007319E2" w:rsidRDefault="001A6035" w:rsidP="00A32EDC">
            <w:pPr>
              <w:spacing w:line="276" w:lineRule="auto"/>
              <w:rPr>
                <w:rFonts w:cs="Iskoola Pota"/>
                <w:b/>
                <w:bCs/>
                <w:sz w:val="24"/>
                <w:szCs w:val="24"/>
                <w:cs/>
                <w:lang w:bidi="si-LK"/>
              </w:rPr>
            </w:pPr>
            <w:r w:rsidRPr="007319E2">
              <w:rPr>
                <w:rFonts w:cs="Iskoola Pota"/>
                <w:b/>
                <w:bCs/>
                <w:sz w:val="24"/>
                <w:szCs w:val="24"/>
                <w:cs/>
                <w:lang w:bidi="si-LK"/>
              </w:rPr>
              <w:t>මුල් ළමාවිය පිළිබඳ ජාතික ලේකම් කාර්යාලය</w:t>
            </w:r>
          </w:p>
        </w:tc>
      </w:tr>
      <w:tr w:rsidR="002A335B" w:rsidRPr="007319E2" w:rsidTr="007319E2">
        <w:trPr>
          <w:trHeight w:val="1124"/>
        </w:trPr>
        <w:tc>
          <w:tcPr>
            <w:tcW w:w="4248" w:type="dxa"/>
          </w:tcPr>
          <w:p w:rsidR="002A335B" w:rsidRPr="007319E2" w:rsidRDefault="001A6035" w:rsidP="00A32EDC">
            <w:pPr>
              <w:numPr>
                <w:ilvl w:val="0"/>
                <w:numId w:val="20"/>
              </w:numPr>
              <w:spacing w:line="276" w:lineRule="auto"/>
              <w:ind w:left="0"/>
              <w:jc w:val="both"/>
              <w:rPr>
                <w:rFonts w:eastAsia="Times New Roman" w:cs="Iskoola Pota"/>
                <w:sz w:val="24"/>
                <w:szCs w:val="24"/>
                <w:cs/>
                <w:lang w:bidi="si-LK"/>
              </w:rPr>
            </w:pPr>
            <w:r w:rsidRPr="007319E2">
              <w:rPr>
                <w:rFonts w:eastAsia="Times New Roman" w:cs="Iskoola Pota"/>
                <w:b/>
                <w:bCs/>
                <w:sz w:val="24"/>
                <w:szCs w:val="24"/>
                <w:cs/>
                <w:lang w:bidi="si-LK"/>
              </w:rPr>
              <w:t>ප්‍රතිපත්ති සම්පාදනය</w:t>
            </w:r>
            <w:r w:rsidRPr="007319E2">
              <w:rPr>
                <w:rFonts w:eastAsia="Times New Roman" w:cs="Iskoola Pota"/>
                <w:sz w:val="24"/>
                <w:szCs w:val="24"/>
                <w:lang w:bidi="si-LK"/>
              </w:rPr>
              <w:t xml:space="preserve"> - </w:t>
            </w:r>
            <w:r w:rsidRPr="007319E2">
              <w:rPr>
                <w:rFonts w:eastAsia="Times New Roman" w:cs="Iskoola Pota"/>
                <w:sz w:val="24"/>
                <w:szCs w:val="24"/>
                <w:cs/>
                <w:lang w:bidi="si-LK"/>
              </w:rPr>
              <w:t>මුල් ළමාවිය රැකවරණය සහ සංවර්ධනය පිළිබඳ ජාතික ප්‍රතිපත්ති සැකසීම සහ ක්‍රියාත්මක කිරීම.</w:t>
            </w:r>
          </w:p>
        </w:tc>
        <w:tc>
          <w:tcPr>
            <w:tcW w:w="3240" w:type="dxa"/>
          </w:tcPr>
          <w:p w:rsidR="002A335B" w:rsidRPr="007319E2" w:rsidRDefault="001A6035" w:rsidP="00A32EDC">
            <w:pPr>
              <w:spacing w:line="276" w:lineRule="auto"/>
              <w:jc w:val="both"/>
              <w:rPr>
                <w:rFonts w:eastAsia="Times New Roman" w:cs="Iskoola Pota"/>
                <w:sz w:val="24"/>
                <w:szCs w:val="24"/>
                <w:cs/>
                <w:lang w:bidi="si-LK"/>
              </w:rPr>
            </w:pPr>
            <w:r w:rsidRPr="007319E2">
              <w:rPr>
                <w:rFonts w:eastAsia="Times New Roman" w:cs="Iskoola Pota"/>
                <w:sz w:val="24"/>
                <w:szCs w:val="24"/>
                <w:cs/>
                <w:lang w:bidi="si-LK"/>
              </w:rPr>
              <w:t>මුල් ළමාවිය රැකවරණය සහ සංවර්ධනය පිළිබඳ ජාතික ප්‍රතිපත්තිය - 2018</w:t>
            </w:r>
          </w:p>
        </w:tc>
        <w:tc>
          <w:tcPr>
            <w:tcW w:w="2138" w:type="dxa"/>
          </w:tcPr>
          <w:p w:rsidR="002A335B" w:rsidRPr="007319E2" w:rsidRDefault="002A335B" w:rsidP="00A32EDC">
            <w:pPr>
              <w:spacing w:line="276" w:lineRule="auto"/>
              <w:jc w:val="center"/>
              <w:rPr>
                <w:rFonts w:cs="Iskoola Pota"/>
                <w:b/>
                <w:bCs/>
                <w:sz w:val="24"/>
                <w:szCs w:val="24"/>
                <w:cs/>
                <w:lang w:bidi="si-LK"/>
              </w:rPr>
            </w:pPr>
          </w:p>
        </w:tc>
      </w:tr>
      <w:tr w:rsidR="001A6035" w:rsidRPr="007319E2" w:rsidTr="00250DD6">
        <w:trPr>
          <w:trHeight w:val="1637"/>
        </w:trPr>
        <w:tc>
          <w:tcPr>
            <w:tcW w:w="4248" w:type="dxa"/>
          </w:tcPr>
          <w:p w:rsidR="001A6035" w:rsidRPr="007319E2" w:rsidRDefault="001A6035" w:rsidP="00A32EDC">
            <w:pPr>
              <w:numPr>
                <w:ilvl w:val="0"/>
                <w:numId w:val="20"/>
              </w:numPr>
              <w:spacing w:line="276" w:lineRule="auto"/>
              <w:ind w:left="0"/>
              <w:jc w:val="both"/>
              <w:rPr>
                <w:rFonts w:eastAsia="Times New Roman" w:cs="Iskoola Pota"/>
                <w:sz w:val="24"/>
                <w:szCs w:val="24"/>
                <w:cs/>
                <w:lang w:bidi="si-LK"/>
              </w:rPr>
            </w:pPr>
            <w:r w:rsidRPr="007319E2">
              <w:rPr>
                <w:rFonts w:eastAsia="Times New Roman" w:cs="Iskoola Pota"/>
                <w:b/>
                <w:bCs/>
                <w:sz w:val="24"/>
                <w:szCs w:val="24"/>
                <w:cs/>
                <w:lang w:bidi="si-LK"/>
              </w:rPr>
              <w:lastRenderedPageBreak/>
              <w:t>පෙර පාසල් නියාමනය</w:t>
            </w:r>
            <w:r w:rsidRPr="007319E2">
              <w:rPr>
                <w:rFonts w:eastAsia="Times New Roman" w:cs="Iskoola Pota"/>
                <w:sz w:val="24"/>
                <w:szCs w:val="24"/>
                <w:cs/>
                <w:lang w:bidi="si-LK"/>
              </w:rPr>
              <w:t xml:space="preserve"> - දිවයින පුරා පවතින මුල් ළමාවිය සංවර්ධන මධ්‍යස්ථාන සහ පෙර පාසල්වල ප්‍රමිතීන් නියාමනය කිරීම හා සම්බන්ධීකරණය.</w:t>
            </w:r>
          </w:p>
        </w:tc>
        <w:tc>
          <w:tcPr>
            <w:tcW w:w="3240" w:type="dxa"/>
          </w:tcPr>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1.මුල් ළමාවිය සංවර්ධන මධ්‍යස්ථාන සඳහා ජාතික මාර්ගෝපදේශ සහ ප්‍රමිතීන්</w:t>
            </w:r>
          </w:p>
          <w:p w:rsidR="001A6035" w:rsidRPr="007319E2" w:rsidRDefault="001A6035" w:rsidP="00A32EDC">
            <w:pPr>
              <w:spacing w:line="276" w:lineRule="auto"/>
              <w:jc w:val="both"/>
              <w:rPr>
                <w:rFonts w:cs="Iskoola Pota"/>
                <w:sz w:val="24"/>
                <w:szCs w:val="24"/>
                <w:lang w:bidi="si-LK"/>
              </w:rPr>
            </w:pPr>
          </w:p>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2.ජාතික මුල් ළමාවිය සංවර්ධන ප්‍රමිති</w:t>
            </w:r>
          </w:p>
          <w:p w:rsidR="001A6035" w:rsidRPr="007319E2" w:rsidRDefault="001A6035" w:rsidP="00A32EDC">
            <w:pPr>
              <w:spacing w:line="276" w:lineRule="auto"/>
              <w:jc w:val="both"/>
              <w:rPr>
                <w:rFonts w:cs="Iskoola Pota"/>
                <w:sz w:val="24"/>
                <w:szCs w:val="24"/>
                <w:lang w:bidi="si-LK"/>
              </w:rPr>
            </w:pP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1637"/>
        </w:trPr>
        <w:tc>
          <w:tcPr>
            <w:tcW w:w="4248" w:type="dxa"/>
          </w:tcPr>
          <w:p w:rsidR="001A6035" w:rsidRPr="007319E2" w:rsidRDefault="001A6035" w:rsidP="00A32EDC">
            <w:pPr>
              <w:numPr>
                <w:ilvl w:val="0"/>
                <w:numId w:val="20"/>
              </w:numPr>
              <w:spacing w:line="276" w:lineRule="auto"/>
              <w:ind w:left="0"/>
              <w:jc w:val="both"/>
              <w:rPr>
                <w:rFonts w:eastAsia="Times New Roman" w:cs="Iskoola Pota"/>
                <w:sz w:val="24"/>
                <w:szCs w:val="24"/>
                <w:cs/>
                <w:lang w:bidi="si-LK"/>
              </w:rPr>
            </w:pPr>
            <w:r w:rsidRPr="007319E2">
              <w:rPr>
                <w:rFonts w:eastAsia="Times New Roman" w:cs="Iskoola Pota"/>
                <w:b/>
                <w:bCs/>
                <w:sz w:val="24"/>
                <w:szCs w:val="24"/>
                <w:cs/>
                <w:lang w:bidi="si-LK"/>
              </w:rPr>
              <w:t>පෝෂණ වැඩසටහන්</w:t>
            </w:r>
            <w:r w:rsidRPr="007319E2">
              <w:rPr>
                <w:rFonts w:eastAsia="Times New Roman" w:cs="Iskoola Pota"/>
                <w:sz w:val="24"/>
                <w:szCs w:val="24"/>
                <w:cs/>
                <w:lang w:bidi="si-LK"/>
              </w:rPr>
              <w:t xml:space="preserve"> -</w:t>
            </w:r>
            <w:r w:rsidR="00714A04" w:rsidRPr="007319E2">
              <w:rPr>
                <w:rFonts w:eastAsia="Times New Roman" w:cs="Iskoola Pota"/>
                <w:sz w:val="24"/>
                <w:szCs w:val="24"/>
                <w:cs/>
                <w:lang w:bidi="si-LK"/>
              </w:rPr>
              <w:t xml:space="preserve"> </w:t>
            </w:r>
            <w:r w:rsidRPr="007319E2">
              <w:rPr>
                <w:rFonts w:eastAsia="Times New Roman" w:cs="Iskoola Pota"/>
                <w:sz w:val="24"/>
                <w:szCs w:val="24"/>
                <w:cs/>
                <w:lang w:bidi="si-LK"/>
              </w:rPr>
              <w:t>අඩුබර සහ අවදානමට ලක්වූ දරුවන් වෙනුවෙන් "පෙර පාසල් උදෑසන ආහාරවේල ලබාදීමේ වැඩසටහන",</w:t>
            </w:r>
            <w:r w:rsidRPr="007319E2">
              <w:rPr>
                <w:rFonts w:cs="Iskoola Pota"/>
                <w:sz w:val="24"/>
                <w:szCs w:val="24"/>
                <w:cs/>
                <w:lang w:bidi="si-LK"/>
              </w:rPr>
              <w:t xml:space="preserve"> ගර්භණි හා කිරි</w:t>
            </w:r>
            <w:r w:rsidR="001E69DC">
              <w:rPr>
                <w:rFonts w:cs="Iskoola Pota" w:hint="cs"/>
                <w:sz w:val="24"/>
                <w:szCs w:val="24"/>
                <w:cs/>
                <w:lang w:bidi="si-LK"/>
              </w:rPr>
              <w:t xml:space="preserve"> </w:t>
            </w:r>
            <w:r w:rsidRPr="007319E2">
              <w:rPr>
                <w:rFonts w:cs="Iskoola Pota"/>
                <w:sz w:val="24"/>
                <w:szCs w:val="24"/>
                <w:cs/>
                <w:lang w:bidi="si-LK"/>
              </w:rPr>
              <w:t>දෙන මව්වරුන් සඳහා රු.45000/- ක පෝෂණ දීමනාව ලබා දීම</w:t>
            </w:r>
            <w:r w:rsidRPr="007319E2">
              <w:rPr>
                <w:rFonts w:eastAsia="Times New Roman" w:cs="Iskoola Pota"/>
                <w:sz w:val="24"/>
                <w:szCs w:val="24"/>
                <w:cs/>
                <w:lang w:bidi="si-LK"/>
              </w:rPr>
              <w:t xml:space="preserve"> වැනි ව්‍යාපෘති ක්‍රියාත්මක කිරීම.</w:t>
            </w:r>
          </w:p>
        </w:tc>
        <w:tc>
          <w:tcPr>
            <w:tcW w:w="3240" w:type="dxa"/>
          </w:tcPr>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1.</w:t>
            </w:r>
            <w:r w:rsidR="00714A04" w:rsidRPr="007319E2">
              <w:rPr>
                <w:rFonts w:cs="Iskoola Pota"/>
                <w:sz w:val="24"/>
                <w:szCs w:val="24"/>
                <w:cs/>
                <w:lang w:bidi="si-LK"/>
              </w:rPr>
              <w:t xml:space="preserve"> </w:t>
            </w:r>
            <w:r w:rsidRPr="007319E2">
              <w:rPr>
                <w:rFonts w:cs="Iskoola Pota"/>
                <w:sz w:val="24"/>
                <w:szCs w:val="24"/>
                <w:cs/>
                <w:lang w:bidi="si-LK"/>
              </w:rPr>
              <w:t>මුල් ළමාවිය සංවර්ධන මධ්‍යස්ථාන හෝ පෙර පාසල් දරුවන් සඳහා උදෑසන ආහාර වේල ලබා දීමේ වැඩසටහන -  3/2024 සහ 3/2024 (</w:t>
            </w:r>
            <w:r w:rsidRPr="007319E2">
              <w:rPr>
                <w:rFonts w:cs="Iskoola Pota"/>
                <w:sz w:val="24"/>
                <w:szCs w:val="24"/>
                <w:lang w:bidi="si-LK"/>
              </w:rPr>
              <w:t xml:space="preserve">I) </w:t>
            </w:r>
            <w:r w:rsidRPr="007319E2">
              <w:rPr>
                <w:rFonts w:cs="Iskoola Pota"/>
                <w:sz w:val="24"/>
                <w:szCs w:val="24"/>
                <w:cs/>
                <w:lang w:bidi="si-LK"/>
              </w:rPr>
              <w:t>චක්‍රලේඛ</w:t>
            </w:r>
          </w:p>
          <w:p w:rsidR="001A6035" w:rsidRPr="007319E2" w:rsidRDefault="001A6035" w:rsidP="00A32EDC">
            <w:pPr>
              <w:spacing w:line="276" w:lineRule="auto"/>
              <w:jc w:val="both"/>
              <w:rPr>
                <w:rFonts w:cs="Iskoola Pota"/>
                <w:sz w:val="24"/>
                <w:szCs w:val="24"/>
              </w:rPr>
            </w:pPr>
          </w:p>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2. ගර්භනී හා කිරි</w:t>
            </w:r>
            <w:r w:rsidR="001E69DC">
              <w:rPr>
                <w:rFonts w:cs="Iskoola Pota" w:hint="cs"/>
                <w:sz w:val="24"/>
                <w:szCs w:val="24"/>
                <w:cs/>
                <w:lang w:bidi="si-LK"/>
              </w:rPr>
              <w:t xml:space="preserve"> </w:t>
            </w:r>
            <w:r w:rsidRPr="007319E2">
              <w:rPr>
                <w:rFonts w:cs="Iskoola Pota"/>
                <w:sz w:val="24"/>
                <w:szCs w:val="24"/>
                <w:cs/>
                <w:lang w:bidi="si-LK"/>
              </w:rPr>
              <w:t xml:space="preserve">දෙන මව්වරුන්ට රු. </w:t>
            </w:r>
            <w:r w:rsidRPr="007319E2">
              <w:rPr>
                <w:rFonts w:cs="Iskoola Pota"/>
                <w:sz w:val="24"/>
                <w:szCs w:val="24"/>
              </w:rPr>
              <w:t>45000/=</w:t>
            </w:r>
            <w:r w:rsidRPr="007319E2">
              <w:rPr>
                <w:rFonts w:cs="Iskoola Pota"/>
                <w:sz w:val="24"/>
                <w:szCs w:val="24"/>
                <w:cs/>
                <w:lang w:bidi="si-LK"/>
              </w:rPr>
              <w:t>ක පෝෂණ දීමනාවක් ලබා දීමේ වැඩසටහන - 3/2023 චක්‍රලේඛය</w:t>
            </w: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1637"/>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b/>
                <w:bCs/>
                <w:sz w:val="24"/>
                <w:szCs w:val="24"/>
                <w:cs/>
                <w:lang w:bidi="si-LK"/>
              </w:rPr>
              <w:t>පෙර පාසල් ගුරුවරියන් සඳහා මාසිකව දීමනාවක්</w:t>
            </w:r>
            <w:r w:rsidRPr="007319E2">
              <w:rPr>
                <w:rFonts w:cs="Iskoola Pota"/>
                <w:sz w:val="24"/>
                <w:szCs w:val="24"/>
                <w:cs/>
                <w:lang w:bidi="si-LK"/>
              </w:rPr>
              <w:t>-</w:t>
            </w:r>
            <w:r w:rsidR="002A2D56">
              <w:rPr>
                <w:rFonts w:cs="Iskoola Pota" w:hint="cs"/>
                <w:sz w:val="24"/>
                <w:szCs w:val="24"/>
                <w:cs/>
                <w:lang w:bidi="si-LK"/>
              </w:rPr>
              <w:t xml:space="preserve"> </w:t>
            </w:r>
            <w:r w:rsidRPr="007319E2">
              <w:rPr>
                <w:rFonts w:cs="Iskoola Pota"/>
                <w:sz w:val="24"/>
                <w:szCs w:val="24"/>
                <w:cs/>
                <w:lang w:bidi="si-LK"/>
              </w:rPr>
              <w:t xml:space="preserve">පාසල් ගුරුවරියන් වෙත මාසිකව රුපියල් 6000/- ක දීමනාවක් ලබා දීමේ </w:t>
            </w:r>
            <w:r w:rsidRPr="007319E2">
              <w:rPr>
                <w:rFonts w:eastAsia="Times New Roman" w:cs="Iskoola Pota"/>
                <w:sz w:val="24"/>
                <w:szCs w:val="24"/>
                <w:cs/>
                <w:lang w:bidi="si-LK"/>
              </w:rPr>
              <w:t>"</w:t>
            </w:r>
            <w:r w:rsidRPr="007319E2">
              <w:rPr>
                <w:rFonts w:cs="Iskoola Pota"/>
                <w:sz w:val="24"/>
                <w:szCs w:val="24"/>
                <w:cs/>
                <w:lang w:bidi="si-LK"/>
              </w:rPr>
              <w:t>ගුරු අභිමානී</w:t>
            </w:r>
            <w:r w:rsidRPr="007319E2">
              <w:rPr>
                <w:rFonts w:eastAsia="Times New Roman" w:cs="Iskoola Pota"/>
                <w:sz w:val="24"/>
                <w:szCs w:val="24"/>
                <w:cs/>
                <w:lang w:bidi="si-LK"/>
              </w:rPr>
              <w:t>"</w:t>
            </w:r>
            <w:r w:rsidRPr="007319E2">
              <w:rPr>
                <w:rFonts w:cs="Iskoola Pota"/>
                <w:sz w:val="24"/>
                <w:szCs w:val="24"/>
                <w:cs/>
                <w:lang w:bidi="si-LK"/>
              </w:rPr>
              <w:t xml:space="preserve"> වැඩසටහන</w:t>
            </w:r>
            <w:r w:rsidR="00714A04" w:rsidRPr="007319E2">
              <w:rPr>
                <w:rFonts w:cs="Iskoola Pota"/>
                <w:sz w:val="24"/>
                <w:szCs w:val="24"/>
                <w:cs/>
                <w:lang w:bidi="si-LK"/>
              </w:rPr>
              <w:t xml:space="preserve"> </w:t>
            </w:r>
            <w:r w:rsidRPr="007319E2">
              <w:rPr>
                <w:rFonts w:eastAsia="Times New Roman" w:cs="Iskoola Pota"/>
                <w:sz w:val="24"/>
                <w:szCs w:val="24"/>
                <w:cs/>
                <w:lang w:bidi="si-LK"/>
              </w:rPr>
              <w:t>ක්‍රියාත්මක කිරීම</w:t>
            </w:r>
          </w:p>
        </w:tc>
        <w:tc>
          <w:tcPr>
            <w:tcW w:w="3240" w:type="dxa"/>
          </w:tcPr>
          <w:p w:rsidR="001A6035" w:rsidRPr="007319E2" w:rsidRDefault="001A6035" w:rsidP="00A32EDC">
            <w:pPr>
              <w:spacing w:line="276" w:lineRule="auto"/>
              <w:jc w:val="both"/>
              <w:rPr>
                <w:rFonts w:cs="Iskoola Pota"/>
                <w:sz w:val="24"/>
                <w:szCs w:val="24"/>
              </w:rPr>
            </w:pPr>
            <w:r w:rsidRPr="007319E2">
              <w:rPr>
                <w:rFonts w:cs="Iskoola Pota"/>
                <w:sz w:val="24"/>
                <w:szCs w:val="24"/>
                <w:cs/>
                <w:lang w:bidi="si-LK"/>
              </w:rPr>
              <w:t xml:space="preserve">පෙර පාසල් ගුරුවරුන්ට රු. </w:t>
            </w:r>
            <w:r w:rsidRPr="007319E2">
              <w:rPr>
                <w:rFonts w:cs="Iskoola Pota"/>
                <w:sz w:val="24"/>
                <w:szCs w:val="24"/>
              </w:rPr>
              <w:t>6000</w:t>
            </w:r>
            <w:r w:rsidR="001E69DC">
              <w:rPr>
                <w:rFonts w:cs="Iskoola Pota"/>
                <w:sz w:val="24"/>
                <w:szCs w:val="24"/>
                <w:cs/>
                <w:lang w:bidi="si-LK"/>
              </w:rPr>
              <w:t>ක මාසික දීමනාවක් ලබාදීමේ</w:t>
            </w:r>
            <w:r w:rsidR="00187236">
              <w:rPr>
                <w:rFonts w:cs="Iskoola Pota" w:hint="cs"/>
                <w:sz w:val="24"/>
                <w:szCs w:val="24"/>
                <w:cs/>
                <w:lang w:bidi="si-LK"/>
              </w:rPr>
              <w:t xml:space="preserve"> </w:t>
            </w:r>
            <w:r w:rsidR="00187236">
              <w:rPr>
                <w:rFonts w:cs="Iskoola Pota"/>
                <w:sz w:val="24"/>
                <w:szCs w:val="24"/>
                <w:cs/>
                <w:lang w:bidi="si-LK"/>
              </w:rPr>
              <w:t>"ගුරු</w:t>
            </w:r>
            <w:r w:rsidR="00187236">
              <w:rPr>
                <w:rFonts w:cs="Iskoola Pota" w:hint="cs"/>
                <w:sz w:val="24"/>
                <w:szCs w:val="24"/>
                <w:cs/>
                <w:lang w:bidi="si-LK"/>
              </w:rPr>
              <w:t xml:space="preserve"> </w:t>
            </w:r>
            <w:r w:rsidRPr="007319E2">
              <w:rPr>
                <w:rFonts w:cs="Iskoola Pota"/>
                <w:sz w:val="24"/>
                <w:szCs w:val="24"/>
                <w:cs/>
                <w:lang w:bidi="si-LK"/>
              </w:rPr>
              <w:t>අභිමානී"</w:t>
            </w:r>
            <w:r w:rsidR="001E69DC">
              <w:rPr>
                <w:rFonts w:cs="Iskoola Pota" w:hint="cs"/>
                <w:sz w:val="24"/>
                <w:szCs w:val="24"/>
                <w:cs/>
                <w:lang w:bidi="si-LK"/>
              </w:rPr>
              <w:t xml:space="preserve"> </w:t>
            </w:r>
            <w:r w:rsidRPr="007319E2">
              <w:rPr>
                <w:rFonts w:cs="Iskoola Pota"/>
                <w:sz w:val="24"/>
                <w:szCs w:val="24"/>
                <w:cs/>
                <w:lang w:bidi="si-LK"/>
              </w:rPr>
              <w:t>වැඩසටහන-</w:t>
            </w:r>
            <w:r w:rsidR="001E69DC">
              <w:rPr>
                <w:rFonts w:cs="Iskoola Pota" w:hint="cs"/>
                <w:sz w:val="24"/>
                <w:szCs w:val="24"/>
                <w:cs/>
                <w:lang w:bidi="si-LK"/>
              </w:rPr>
              <w:t xml:space="preserve"> </w:t>
            </w:r>
            <w:r w:rsidRPr="007319E2">
              <w:rPr>
                <w:rFonts w:cs="Iskoola Pota"/>
                <w:sz w:val="24"/>
                <w:szCs w:val="24"/>
                <w:cs/>
                <w:lang w:bidi="si-LK"/>
              </w:rPr>
              <w:t xml:space="preserve">02/2021 චක්‍රලේඛය </w:t>
            </w:r>
          </w:p>
          <w:p w:rsidR="001A6035" w:rsidRPr="007319E2" w:rsidRDefault="001A6035" w:rsidP="00A32EDC">
            <w:pPr>
              <w:spacing w:line="276" w:lineRule="auto"/>
              <w:jc w:val="both"/>
              <w:rPr>
                <w:rFonts w:cs="Iskoola Pota"/>
                <w:sz w:val="24"/>
                <w:szCs w:val="24"/>
              </w:rPr>
            </w:pP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1637"/>
        </w:trPr>
        <w:tc>
          <w:tcPr>
            <w:tcW w:w="4248" w:type="dxa"/>
          </w:tcPr>
          <w:p w:rsidR="001A6035" w:rsidRPr="007319E2" w:rsidRDefault="001A6035" w:rsidP="00A32EDC">
            <w:pPr>
              <w:numPr>
                <w:ilvl w:val="0"/>
                <w:numId w:val="20"/>
              </w:numPr>
              <w:spacing w:line="276" w:lineRule="auto"/>
              <w:ind w:left="0"/>
              <w:jc w:val="both"/>
              <w:rPr>
                <w:rFonts w:eastAsia="Times New Roman" w:cs="Iskoola Pota"/>
                <w:sz w:val="24"/>
                <w:szCs w:val="24"/>
                <w:lang w:bidi="si-LK"/>
              </w:rPr>
            </w:pPr>
            <w:r w:rsidRPr="007319E2">
              <w:rPr>
                <w:rFonts w:eastAsia="Times New Roman" w:cs="Iskoola Pota"/>
                <w:b/>
                <w:bCs/>
                <w:sz w:val="24"/>
                <w:szCs w:val="24"/>
                <w:cs/>
                <w:lang w:bidi="si-LK"/>
              </w:rPr>
              <w:t>පුහුණු වැඩසටහන්</w:t>
            </w:r>
            <w:r w:rsidR="004B12F4" w:rsidRPr="007319E2">
              <w:rPr>
                <w:rFonts w:eastAsia="Times New Roman" w:cs="Iskoola Pota"/>
                <w:b/>
                <w:bCs/>
                <w:sz w:val="24"/>
                <w:szCs w:val="24"/>
                <w:cs/>
                <w:lang w:bidi="si-LK"/>
              </w:rPr>
              <w:t xml:space="preserve"> </w:t>
            </w:r>
            <w:r w:rsidRPr="007319E2">
              <w:rPr>
                <w:rFonts w:eastAsia="Times New Roman" w:cs="Iskoola Pota"/>
                <w:sz w:val="24"/>
                <w:szCs w:val="24"/>
                <w:cs/>
                <w:lang w:bidi="si-LK"/>
              </w:rPr>
              <w:t>- පෙර පාසල් ගුරුවරුන්</w:t>
            </w:r>
            <w:r w:rsidRPr="007319E2">
              <w:rPr>
                <w:rFonts w:eastAsia="Times New Roman" w:cs="Iskoola Pota"/>
                <w:sz w:val="24"/>
                <w:szCs w:val="24"/>
                <w:lang w:bidi="si-LK"/>
              </w:rPr>
              <w:t xml:space="preserve">, </w:t>
            </w:r>
            <w:r w:rsidRPr="007319E2">
              <w:rPr>
                <w:rFonts w:eastAsia="Times New Roman" w:cs="Iskoola Pota"/>
                <w:sz w:val="24"/>
                <w:szCs w:val="24"/>
                <w:cs/>
                <w:lang w:bidi="si-LK"/>
              </w:rPr>
              <w:t>නිලධාරීන් සහ දෙමාපියන් දැනුවත් කිරීමේ සහ පුහුණු කිරීමේ වැඩමුළු පැවැත්වීම.</w:t>
            </w:r>
          </w:p>
          <w:p w:rsidR="001A6035" w:rsidRPr="007319E2" w:rsidRDefault="001A6035" w:rsidP="00A32EDC">
            <w:pPr>
              <w:spacing w:line="276" w:lineRule="auto"/>
              <w:jc w:val="both"/>
              <w:rPr>
                <w:rFonts w:cs="Iskoola Pota"/>
                <w:sz w:val="24"/>
                <w:szCs w:val="24"/>
                <w:cs/>
                <w:lang w:bidi="si-LK"/>
              </w:rPr>
            </w:pPr>
          </w:p>
        </w:tc>
        <w:tc>
          <w:tcPr>
            <w:tcW w:w="3240" w:type="dxa"/>
          </w:tcPr>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1."සෙනෙහෙ තටාක" මුල් ළමාවිය සංවර්ධනය සඳහා නිවස පදනම් කරගත් ක්‍රියාකාරකම් සහිත දෙමාපියන් දැනුවත් කිරීමේ අත්පොත</w:t>
            </w:r>
          </w:p>
          <w:p w:rsidR="001A6035" w:rsidRPr="007319E2" w:rsidRDefault="001A6035" w:rsidP="00A32EDC">
            <w:pPr>
              <w:spacing w:line="276" w:lineRule="auto"/>
              <w:jc w:val="both"/>
              <w:rPr>
                <w:rFonts w:cs="Iskoola Pota"/>
                <w:sz w:val="24"/>
                <w:szCs w:val="24"/>
                <w:lang w:bidi="si-LK"/>
              </w:rPr>
            </w:pPr>
          </w:p>
          <w:p w:rsidR="001A6035" w:rsidRPr="007319E2" w:rsidRDefault="001E69DC" w:rsidP="00187236">
            <w:pPr>
              <w:spacing w:line="276" w:lineRule="auto"/>
              <w:jc w:val="both"/>
              <w:rPr>
                <w:rFonts w:cs="Iskoola Pota"/>
                <w:sz w:val="24"/>
                <w:szCs w:val="24"/>
                <w:lang w:bidi="si-LK"/>
              </w:rPr>
            </w:pPr>
            <w:r>
              <w:rPr>
                <w:rFonts w:cs="Iskoola Pota"/>
                <w:sz w:val="24"/>
                <w:szCs w:val="24"/>
                <w:cs/>
                <w:lang w:bidi="si-LK"/>
              </w:rPr>
              <w:t>2.</w:t>
            </w:r>
            <w:r w:rsidR="00187236">
              <w:rPr>
                <w:rFonts w:cs="Iskoola Pota" w:hint="cs"/>
                <w:sz w:val="24"/>
                <w:szCs w:val="24"/>
                <w:cs/>
                <w:lang w:bidi="si-LK"/>
              </w:rPr>
              <w:t xml:space="preserve"> </w:t>
            </w:r>
            <w:r>
              <w:rPr>
                <w:rFonts w:cs="Iskoola Pota"/>
                <w:sz w:val="24"/>
                <w:szCs w:val="24"/>
                <w:cs/>
                <w:lang w:bidi="si-LK"/>
              </w:rPr>
              <w:t>දරුවන්</w:t>
            </w:r>
            <w:r>
              <w:rPr>
                <w:rFonts w:cs="Iskoola Pota" w:hint="cs"/>
                <w:sz w:val="24"/>
                <w:szCs w:val="24"/>
                <w:cs/>
                <w:lang w:bidi="si-LK"/>
              </w:rPr>
              <w:t xml:space="preserve"> </w:t>
            </w:r>
            <w:r>
              <w:rPr>
                <w:rFonts w:cs="Iskoola Pota"/>
                <w:sz w:val="24"/>
                <w:szCs w:val="24"/>
                <w:cs/>
                <w:lang w:bidi="si-LK"/>
              </w:rPr>
              <w:t>හදා</w:t>
            </w:r>
            <w:r>
              <w:rPr>
                <w:rFonts w:cs="Iskoola Pota" w:hint="cs"/>
                <w:sz w:val="24"/>
                <w:szCs w:val="24"/>
                <w:cs/>
                <w:lang w:bidi="si-LK"/>
              </w:rPr>
              <w:t xml:space="preserve"> </w:t>
            </w:r>
            <w:r>
              <w:rPr>
                <w:rFonts w:cs="Iskoola Pota"/>
                <w:sz w:val="24"/>
                <w:szCs w:val="24"/>
                <w:cs/>
                <w:lang w:bidi="si-LK"/>
              </w:rPr>
              <w:t>වඩා</w:t>
            </w:r>
            <w:r>
              <w:rPr>
                <w:rFonts w:cs="Iskoola Pota" w:hint="cs"/>
                <w:sz w:val="24"/>
                <w:szCs w:val="24"/>
                <w:cs/>
                <w:lang w:bidi="si-LK"/>
              </w:rPr>
              <w:t xml:space="preserve"> </w:t>
            </w:r>
            <w:r>
              <w:rPr>
                <w:rFonts w:cs="Iskoola Pota"/>
                <w:sz w:val="24"/>
                <w:szCs w:val="24"/>
                <w:cs/>
                <w:lang w:bidi="si-LK"/>
              </w:rPr>
              <w:t>ගැනීමේ</w:t>
            </w:r>
            <w:r>
              <w:rPr>
                <w:rFonts w:cs="Iskoola Pota" w:hint="cs"/>
                <w:sz w:val="24"/>
                <w:szCs w:val="24"/>
                <w:cs/>
                <w:lang w:bidi="si-LK"/>
              </w:rPr>
              <w:t xml:space="preserve"> </w:t>
            </w:r>
            <w:r>
              <w:rPr>
                <w:rFonts w:cs="Iskoola Pota"/>
                <w:sz w:val="24"/>
                <w:szCs w:val="24"/>
                <w:cs/>
                <w:lang w:bidi="si-LK"/>
              </w:rPr>
              <w:t>යහපත්</w:t>
            </w:r>
            <w:r>
              <w:rPr>
                <w:rFonts w:cs="Iskoola Pota" w:hint="cs"/>
                <w:sz w:val="24"/>
                <w:szCs w:val="24"/>
                <w:cs/>
                <w:lang w:bidi="si-LK"/>
              </w:rPr>
              <w:t xml:space="preserve"> </w:t>
            </w:r>
            <w:r>
              <w:rPr>
                <w:rFonts w:cs="Iskoola Pota"/>
                <w:sz w:val="24"/>
                <w:szCs w:val="24"/>
                <w:cs/>
                <w:lang w:bidi="si-LK"/>
              </w:rPr>
              <w:t>ක්‍රමවේද</w:t>
            </w:r>
            <w:r>
              <w:rPr>
                <w:rFonts w:cs="Iskoola Pota" w:hint="cs"/>
                <w:sz w:val="24"/>
                <w:szCs w:val="24"/>
                <w:cs/>
                <w:lang w:bidi="si-LK"/>
              </w:rPr>
              <w:t xml:space="preserve"> </w:t>
            </w:r>
            <w:r>
              <w:rPr>
                <w:rFonts w:cs="Iskoola Pota"/>
                <w:sz w:val="24"/>
                <w:szCs w:val="24"/>
                <w:cs/>
                <w:lang w:bidi="si-LK"/>
              </w:rPr>
              <w:t>මාපිය</w:t>
            </w:r>
            <w:r w:rsidR="00187236">
              <w:rPr>
                <w:rFonts w:cs="Iskoola Pota" w:hint="cs"/>
                <w:sz w:val="24"/>
                <w:szCs w:val="24"/>
                <w:cs/>
                <w:lang w:bidi="si-LK"/>
              </w:rPr>
              <w:t xml:space="preserve"> </w:t>
            </w:r>
            <w:r>
              <w:rPr>
                <w:rFonts w:cs="Iskoola Pota"/>
                <w:sz w:val="24"/>
                <w:szCs w:val="24"/>
                <w:cs/>
                <w:lang w:bidi="si-LK"/>
              </w:rPr>
              <w:t>ශික්ෂකයන්</w:t>
            </w:r>
            <w:r w:rsidR="00187236">
              <w:rPr>
                <w:rFonts w:cs="Iskoola Pota" w:hint="cs"/>
                <w:sz w:val="24"/>
                <w:szCs w:val="24"/>
                <w:cs/>
                <w:lang w:bidi="si-LK"/>
              </w:rPr>
              <w:t xml:space="preserve"> </w:t>
            </w:r>
            <w:r>
              <w:rPr>
                <w:rFonts w:cs="Iskoola Pota"/>
                <w:sz w:val="24"/>
                <w:szCs w:val="24"/>
                <w:cs/>
                <w:lang w:bidi="si-LK"/>
              </w:rPr>
              <w:t>උදෙස</w:t>
            </w:r>
            <w:r>
              <w:rPr>
                <w:rFonts w:cs="Iskoola Pota" w:hint="cs"/>
                <w:sz w:val="24"/>
                <w:szCs w:val="24"/>
                <w:cs/>
                <w:lang w:bidi="si-LK"/>
              </w:rPr>
              <w:t xml:space="preserve">ා </w:t>
            </w:r>
            <w:r>
              <w:rPr>
                <w:rFonts w:cs="Iskoola Pota"/>
                <w:sz w:val="24"/>
                <w:szCs w:val="24"/>
                <w:cs/>
                <w:lang w:bidi="si-LK"/>
              </w:rPr>
              <w:t>මාර්ගෝපදේශ</w:t>
            </w:r>
            <w:r>
              <w:rPr>
                <w:rFonts w:cs="Iskoola Pota" w:hint="cs"/>
                <w:sz w:val="24"/>
                <w:szCs w:val="24"/>
                <w:cs/>
                <w:lang w:bidi="si-LK"/>
              </w:rPr>
              <w:t xml:space="preserve"> </w:t>
            </w:r>
            <w:r>
              <w:rPr>
                <w:rFonts w:cs="Iskoola Pota"/>
                <w:sz w:val="24"/>
                <w:szCs w:val="24"/>
                <w:cs/>
                <w:lang w:bidi="si-LK"/>
              </w:rPr>
              <w:t>ඇතුළත්</w:t>
            </w:r>
            <w:r>
              <w:rPr>
                <w:rFonts w:cs="Iskoola Pota" w:hint="cs"/>
                <w:sz w:val="24"/>
                <w:szCs w:val="24"/>
                <w:cs/>
                <w:lang w:bidi="si-LK"/>
              </w:rPr>
              <w:t xml:space="preserve"> </w:t>
            </w:r>
            <w:r>
              <w:rPr>
                <w:rFonts w:cs="Iskoola Pota"/>
                <w:sz w:val="24"/>
                <w:szCs w:val="24"/>
                <w:cs/>
                <w:lang w:bidi="si-LK"/>
              </w:rPr>
              <w:t>දෙමාපි</w:t>
            </w:r>
            <w:r>
              <w:rPr>
                <w:rFonts w:cs="Iskoola Pota" w:hint="cs"/>
                <w:sz w:val="24"/>
                <w:szCs w:val="24"/>
                <w:cs/>
                <w:lang w:bidi="si-LK"/>
              </w:rPr>
              <w:t>ය</w:t>
            </w:r>
            <w:r>
              <w:rPr>
                <w:rFonts w:cs="Iskoola Pota"/>
                <w:sz w:val="24"/>
                <w:szCs w:val="24"/>
                <w:cs/>
                <w:lang w:bidi="si-LK"/>
              </w:rPr>
              <w:t>න්</w:t>
            </w:r>
            <w:r>
              <w:rPr>
                <w:rFonts w:cs="Iskoola Pota" w:hint="cs"/>
                <w:sz w:val="24"/>
                <w:szCs w:val="24"/>
                <w:cs/>
                <w:lang w:bidi="si-LK"/>
              </w:rPr>
              <w:t xml:space="preserve"> </w:t>
            </w:r>
            <w:r>
              <w:rPr>
                <w:rFonts w:cs="Iskoola Pota"/>
                <w:sz w:val="24"/>
                <w:szCs w:val="24"/>
                <w:cs/>
                <w:lang w:bidi="si-LK"/>
              </w:rPr>
              <w:t>දැනුවත්</w:t>
            </w:r>
            <w:r>
              <w:rPr>
                <w:rFonts w:cs="Iskoola Pota" w:hint="cs"/>
                <w:sz w:val="24"/>
                <w:szCs w:val="24"/>
                <w:cs/>
                <w:lang w:bidi="si-LK"/>
              </w:rPr>
              <w:t xml:space="preserve"> </w:t>
            </w:r>
            <w:r>
              <w:rPr>
                <w:rFonts w:cs="Iskoola Pota"/>
                <w:sz w:val="24"/>
                <w:szCs w:val="24"/>
                <w:cs/>
                <w:lang w:bidi="si-LK"/>
              </w:rPr>
              <w:t>කිරීමේ</w:t>
            </w:r>
            <w:r>
              <w:rPr>
                <w:rFonts w:cs="Iskoola Pota" w:hint="cs"/>
                <w:sz w:val="24"/>
                <w:szCs w:val="24"/>
                <w:cs/>
                <w:lang w:bidi="si-LK"/>
              </w:rPr>
              <w:t xml:space="preserve"> </w:t>
            </w:r>
            <w:r w:rsidR="001A6035" w:rsidRPr="007319E2">
              <w:rPr>
                <w:rFonts w:cs="Iskoola Pota"/>
                <w:sz w:val="24"/>
                <w:szCs w:val="24"/>
                <w:cs/>
                <w:lang w:bidi="si-LK"/>
              </w:rPr>
              <w:t>අත්පොත</w:t>
            </w:r>
          </w:p>
          <w:p w:rsidR="001A6035" w:rsidRPr="007319E2" w:rsidRDefault="001A6035" w:rsidP="00A32EDC">
            <w:pPr>
              <w:spacing w:line="276" w:lineRule="auto"/>
              <w:jc w:val="both"/>
              <w:rPr>
                <w:rFonts w:cs="Iskoola Pota"/>
                <w:sz w:val="24"/>
                <w:szCs w:val="24"/>
                <w:lang w:bidi="si-LK"/>
              </w:rPr>
            </w:pPr>
          </w:p>
          <w:p w:rsidR="001A6035" w:rsidRPr="007319E2" w:rsidRDefault="001E69DC" w:rsidP="00A32EDC">
            <w:pPr>
              <w:spacing w:line="276" w:lineRule="auto"/>
              <w:jc w:val="both"/>
              <w:rPr>
                <w:rFonts w:cs="Iskoola Pota"/>
                <w:sz w:val="24"/>
                <w:szCs w:val="24"/>
                <w:lang w:bidi="si-LK"/>
              </w:rPr>
            </w:pPr>
            <w:r>
              <w:rPr>
                <w:rFonts w:cs="Iskoola Pota"/>
                <w:sz w:val="24"/>
                <w:szCs w:val="24"/>
                <w:cs/>
                <w:lang w:bidi="si-LK"/>
              </w:rPr>
              <w:t>3.ඔටිසම්</w:t>
            </w:r>
            <w:r>
              <w:rPr>
                <w:rFonts w:cs="Iskoola Pota" w:hint="cs"/>
                <w:sz w:val="24"/>
                <w:szCs w:val="24"/>
                <w:cs/>
                <w:lang w:bidi="si-LK"/>
              </w:rPr>
              <w:t xml:space="preserve"> </w:t>
            </w:r>
            <w:r>
              <w:rPr>
                <w:rFonts w:cs="Iskoola Pota"/>
                <w:sz w:val="24"/>
                <w:szCs w:val="24"/>
                <w:cs/>
                <w:lang w:bidi="si-LK"/>
              </w:rPr>
              <w:t>ප්‍රේක්ෂාවලි</w:t>
            </w:r>
            <w:r>
              <w:rPr>
                <w:rFonts w:cs="Iskoola Pota" w:hint="cs"/>
                <w:sz w:val="24"/>
                <w:szCs w:val="24"/>
                <w:cs/>
                <w:lang w:bidi="si-LK"/>
              </w:rPr>
              <w:t xml:space="preserve"> </w:t>
            </w:r>
            <w:r>
              <w:rPr>
                <w:rFonts w:cs="Iskoola Pota"/>
                <w:sz w:val="24"/>
                <w:szCs w:val="24"/>
                <w:cs/>
                <w:lang w:bidi="si-LK"/>
              </w:rPr>
              <w:t>ආබාධය/</w:t>
            </w:r>
            <w:r>
              <w:rPr>
                <w:rFonts w:cs="Iskoola Pota" w:hint="cs"/>
                <w:sz w:val="24"/>
                <w:szCs w:val="24"/>
                <w:cs/>
                <w:lang w:bidi="si-LK"/>
              </w:rPr>
              <w:t xml:space="preserve"> ම</w:t>
            </w:r>
            <w:r w:rsidR="001A6035" w:rsidRPr="007319E2">
              <w:rPr>
                <w:rFonts w:cs="Iskoola Pota"/>
                <w:sz w:val="24"/>
                <w:szCs w:val="24"/>
                <w:cs/>
                <w:lang w:bidi="si-LK"/>
              </w:rPr>
              <w:t>නෝ වික්ෂිප්තභාවය සහිත ළමුන් පෙර පාසල් තුළට ඒකාබද්ධ කරගැනීමට පෙර පාසල් ගුරුවරුන් සඳහා වන මාර්ගෝපදේශ සහිත අත්පොත</w:t>
            </w:r>
          </w:p>
          <w:p w:rsidR="001A6035" w:rsidRPr="007319E2" w:rsidRDefault="001A6035" w:rsidP="00A32EDC">
            <w:pPr>
              <w:spacing w:line="276" w:lineRule="auto"/>
              <w:jc w:val="both"/>
              <w:rPr>
                <w:rFonts w:cs="Iskoola Pota"/>
                <w:sz w:val="24"/>
                <w:szCs w:val="24"/>
                <w:lang w:bidi="si-LK"/>
              </w:rPr>
            </w:pPr>
          </w:p>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lastRenderedPageBreak/>
              <w:t>4.</w:t>
            </w:r>
            <w:r w:rsidR="00CF20B6">
              <w:rPr>
                <w:rFonts w:cs="Iskoola Pota"/>
                <w:sz w:val="24"/>
                <w:szCs w:val="24"/>
                <w:lang w:bidi="si-LK"/>
              </w:rPr>
              <w:t xml:space="preserve"> </w:t>
            </w:r>
            <w:r w:rsidR="00187236">
              <w:rPr>
                <w:rFonts w:cs="Iskoola Pota"/>
                <w:sz w:val="24"/>
                <w:szCs w:val="24"/>
                <w:cs/>
                <w:lang w:bidi="si-LK"/>
              </w:rPr>
              <w:t>මුල් ළමාවිය සංවර්ධන තක්සේරුව</w:t>
            </w:r>
            <w:r w:rsidR="00187236">
              <w:rPr>
                <w:rFonts w:cs="Iskoola Pota" w:hint="cs"/>
                <w:sz w:val="24"/>
                <w:szCs w:val="24"/>
                <w:cs/>
                <w:lang w:bidi="si-LK"/>
              </w:rPr>
              <w:t xml:space="preserve"> </w:t>
            </w:r>
            <w:r w:rsidR="00187236">
              <w:rPr>
                <w:rFonts w:cs="Iskoola Pota"/>
                <w:sz w:val="24"/>
                <w:szCs w:val="24"/>
                <w:cs/>
                <w:lang w:bidi="si-LK"/>
              </w:rPr>
              <w:t>සහිත</w:t>
            </w:r>
            <w:r w:rsidR="00187236">
              <w:rPr>
                <w:rFonts w:cs="Iskoola Pota" w:hint="cs"/>
                <w:sz w:val="24"/>
                <w:szCs w:val="24"/>
                <w:cs/>
                <w:lang w:bidi="si-LK"/>
              </w:rPr>
              <w:t xml:space="preserve"> </w:t>
            </w:r>
            <w:r w:rsidRPr="007319E2">
              <w:rPr>
                <w:rFonts w:cs="Iskoola Pota"/>
                <w:sz w:val="24"/>
                <w:szCs w:val="24"/>
                <w:cs/>
                <w:lang w:bidi="si-LK"/>
              </w:rPr>
              <w:t>තක්සේරුකරුවන් සඳහා මඟ පෙන්වීම් සහිත අත්පොත</w:t>
            </w:r>
          </w:p>
          <w:p w:rsidR="001A6035" w:rsidRPr="007319E2" w:rsidRDefault="001A6035" w:rsidP="00A32EDC">
            <w:pPr>
              <w:spacing w:line="276" w:lineRule="auto"/>
              <w:jc w:val="both"/>
              <w:rPr>
                <w:rFonts w:cs="Iskoola Pota"/>
                <w:sz w:val="24"/>
                <w:szCs w:val="24"/>
                <w:lang w:bidi="si-LK"/>
              </w:rPr>
            </w:pPr>
          </w:p>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5.</w:t>
            </w:r>
            <w:r w:rsidR="00CF20B6">
              <w:rPr>
                <w:rFonts w:cs="Iskoola Pota"/>
                <w:sz w:val="24"/>
                <w:szCs w:val="24"/>
                <w:lang w:bidi="si-LK"/>
              </w:rPr>
              <w:t xml:space="preserve"> </w:t>
            </w:r>
            <w:r w:rsidRPr="007319E2">
              <w:rPr>
                <w:rFonts w:cs="Iskoola Pota"/>
                <w:sz w:val="24"/>
                <w:szCs w:val="24"/>
                <w:cs/>
                <w:lang w:bidi="si-LK"/>
              </w:rPr>
              <w:t>මුල් ළමාවිය සංවර්ධනය මධ්‍යස්ථාන සඳහා ඉගෙනුම් කව අත්පොත</w:t>
            </w:r>
          </w:p>
          <w:p w:rsidR="001A6035" w:rsidRPr="007319E2" w:rsidRDefault="001A6035" w:rsidP="00A32EDC">
            <w:pPr>
              <w:spacing w:line="276" w:lineRule="auto"/>
              <w:jc w:val="both"/>
              <w:rPr>
                <w:rFonts w:cs="Iskoola Pota"/>
                <w:sz w:val="24"/>
                <w:szCs w:val="24"/>
                <w:lang w:bidi="si-LK"/>
              </w:rPr>
            </w:pP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1007"/>
        </w:trPr>
        <w:tc>
          <w:tcPr>
            <w:tcW w:w="4248" w:type="dxa"/>
          </w:tcPr>
          <w:p w:rsidR="001A6035" w:rsidRPr="007319E2" w:rsidRDefault="001A6035" w:rsidP="00A32EDC">
            <w:pPr>
              <w:numPr>
                <w:ilvl w:val="0"/>
                <w:numId w:val="20"/>
              </w:numPr>
              <w:spacing w:line="276" w:lineRule="auto"/>
              <w:ind w:left="0"/>
              <w:jc w:val="both"/>
              <w:rPr>
                <w:rFonts w:eastAsia="Times New Roman" w:cs="Iskoola Pota"/>
                <w:b/>
                <w:bCs/>
                <w:sz w:val="24"/>
                <w:szCs w:val="24"/>
                <w:cs/>
                <w:lang w:bidi="si-LK"/>
              </w:rPr>
            </w:pPr>
            <w:r w:rsidRPr="007319E2">
              <w:rPr>
                <w:rFonts w:eastAsia="Times New Roman" w:cs="Iskoola Pota"/>
                <w:b/>
                <w:bCs/>
                <w:sz w:val="24"/>
                <w:szCs w:val="24"/>
                <w:cs/>
                <w:lang w:bidi="si-LK"/>
              </w:rPr>
              <w:lastRenderedPageBreak/>
              <w:t>පර්යේෂණ සහ දත්ත</w:t>
            </w:r>
            <w:r w:rsidR="004B12F4" w:rsidRPr="007319E2">
              <w:rPr>
                <w:rFonts w:eastAsia="Times New Roman" w:cs="Iskoola Pota"/>
                <w:b/>
                <w:bCs/>
                <w:sz w:val="24"/>
                <w:szCs w:val="24"/>
                <w:cs/>
                <w:lang w:bidi="si-LK"/>
              </w:rPr>
              <w:t xml:space="preserve"> </w:t>
            </w:r>
            <w:r w:rsidRPr="007319E2">
              <w:rPr>
                <w:rFonts w:eastAsia="Times New Roman" w:cs="Iskoola Pota"/>
                <w:sz w:val="24"/>
                <w:szCs w:val="24"/>
                <w:lang w:bidi="si-LK"/>
              </w:rPr>
              <w:t xml:space="preserve">: </w:t>
            </w:r>
            <w:r w:rsidRPr="007319E2">
              <w:rPr>
                <w:rFonts w:eastAsia="Times New Roman" w:cs="Iskoola Pota"/>
                <w:sz w:val="24"/>
                <w:szCs w:val="24"/>
                <w:cs/>
                <w:lang w:bidi="si-LK"/>
              </w:rPr>
              <w:t>මුල් ළමාවිය ක්ෂේත්‍රයට අදාළ දත්ත රැස් කිරීම සහ පර්යේෂණ සිදු කිරීම</w:t>
            </w:r>
            <w:r w:rsidR="007319E2">
              <w:rPr>
                <w:rFonts w:eastAsia="Times New Roman" w:cs="Iskoola Pota" w:hint="cs"/>
                <w:b/>
                <w:bCs/>
                <w:sz w:val="24"/>
                <w:szCs w:val="24"/>
                <w:cs/>
                <w:lang w:bidi="si-LK"/>
              </w:rPr>
              <w:t>.</w:t>
            </w:r>
          </w:p>
        </w:tc>
        <w:tc>
          <w:tcPr>
            <w:tcW w:w="3240" w:type="dxa"/>
          </w:tcPr>
          <w:p w:rsidR="001A6035" w:rsidRPr="007319E2" w:rsidRDefault="001A6035" w:rsidP="00A32EDC">
            <w:pPr>
              <w:spacing w:line="276" w:lineRule="auto"/>
              <w:jc w:val="center"/>
              <w:rPr>
                <w:rFonts w:cs="Iskoola Pota"/>
                <w:b/>
                <w:bCs/>
                <w:sz w:val="24"/>
                <w:szCs w:val="24"/>
                <w:cs/>
                <w:lang w:bidi="si-LK"/>
              </w:rPr>
            </w:pP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377"/>
        </w:trPr>
        <w:tc>
          <w:tcPr>
            <w:tcW w:w="4248" w:type="dxa"/>
          </w:tcPr>
          <w:p w:rsidR="001A6035" w:rsidRPr="007319E2" w:rsidRDefault="001A6035" w:rsidP="00A32EDC">
            <w:pPr>
              <w:spacing w:line="276" w:lineRule="auto"/>
              <w:rPr>
                <w:rFonts w:cs="Iskoola Pota"/>
                <w:b/>
                <w:bCs/>
                <w:sz w:val="24"/>
                <w:szCs w:val="24"/>
                <w:cs/>
                <w:lang w:bidi="si-LK"/>
              </w:rPr>
            </w:pPr>
            <w:r w:rsidRPr="007319E2">
              <w:rPr>
                <w:rFonts w:cs="Iskoola Pota"/>
                <w:b/>
                <w:bCs/>
                <w:sz w:val="24"/>
                <w:szCs w:val="24"/>
                <w:cs/>
                <w:lang w:bidi="si-LK"/>
              </w:rPr>
              <w:t>ශ්‍රී ලංකා කාන්තා කාර්යාංශය</w:t>
            </w:r>
          </w:p>
        </w:tc>
        <w:tc>
          <w:tcPr>
            <w:tcW w:w="3240" w:type="dxa"/>
          </w:tcPr>
          <w:p w:rsidR="001A6035" w:rsidRPr="007319E2" w:rsidRDefault="001A6035" w:rsidP="00A32EDC">
            <w:pPr>
              <w:spacing w:line="276" w:lineRule="auto"/>
              <w:jc w:val="center"/>
              <w:rPr>
                <w:rFonts w:cs="Iskoola Pota"/>
                <w:b/>
                <w:bCs/>
                <w:sz w:val="24"/>
                <w:szCs w:val="24"/>
                <w:lang w:bidi="si-LK"/>
              </w:rPr>
            </w:pPr>
          </w:p>
        </w:tc>
        <w:tc>
          <w:tcPr>
            <w:tcW w:w="2138" w:type="dxa"/>
          </w:tcPr>
          <w:p w:rsidR="001A6035" w:rsidRPr="007319E2" w:rsidRDefault="001A6035" w:rsidP="00A32EDC">
            <w:pPr>
              <w:spacing w:line="276" w:lineRule="auto"/>
              <w:jc w:val="center"/>
              <w:rPr>
                <w:rFonts w:cs="Iskoola Pota"/>
                <w:b/>
                <w:bCs/>
                <w:sz w:val="24"/>
                <w:szCs w:val="24"/>
                <w:cs/>
                <w:lang w:bidi="si-LK"/>
              </w:rPr>
            </w:pPr>
          </w:p>
        </w:tc>
      </w:tr>
      <w:tr w:rsidR="001A6035" w:rsidRPr="007319E2" w:rsidTr="00250DD6">
        <w:trPr>
          <w:trHeight w:val="449"/>
        </w:trPr>
        <w:tc>
          <w:tcPr>
            <w:tcW w:w="4248" w:type="dxa"/>
          </w:tcPr>
          <w:p w:rsidR="001A6035" w:rsidRPr="007319E2" w:rsidRDefault="001A6035" w:rsidP="00A32EDC">
            <w:pPr>
              <w:spacing w:line="276" w:lineRule="auto"/>
              <w:jc w:val="both"/>
              <w:rPr>
                <w:rFonts w:cs="Iskoola Pota"/>
                <w:sz w:val="24"/>
                <w:szCs w:val="24"/>
              </w:rPr>
            </w:pPr>
            <w:r w:rsidRPr="007319E2">
              <w:rPr>
                <w:rFonts w:cs="Iskoola Pota"/>
                <w:sz w:val="24"/>
                <w:szCs w:val="24"/>
                <w:cs/>
                <w:lang w:bidi="si-LK"/>
              </w:rPr>
              <w:t>ශ්‍රි ලංකාවේ ලිංගික හා ස්ත්‍රී  පුරුෂ සමාජභාවය මත පදනම් කරගත් හිංසනය (</w:t>
            </w:r>
            <w:r w:rsidRPr="007319E2">
              <w:rPr>
                <w:rFonts w:cs="Iskoola Pota"/>
                <w:sz w:val="24"/>
                <w:szCs w:val="24"/>
              </w:rPr>
              <w:t xml:space="preserve">SGBV) </w:t>
            </w:r>
            <w:r w:rsidRPr="007319E2">
              <w:rPr>
                <w:rFonts w:cs="Iskoola Pota"/>
                <w:sz w:val="24"/>
                <w:szCs w:val="24"/>
                <w:cs/>
                <w:lang w:bidi="si-LK"/>
              </w:rPr>
              <w:t>පිටු දැකීම.</w:t>
            </w:r>
          </w:p>
        </w:tc>
        <w:tc>
          <w:tcPr>
            <w:tcW w:w="3240" w:type="dxa"/>
          </w:tcPr>
          <w:p w:rsidR="001A6035" w:rsidRPr="007319E2" w:rsidRDefault="001A6035" w:rsidP="00A32EDC">
            <w:pPr>
              <w:spacing w:line="276" w:lineRule="auto"/>
              <w:jc w:val="both"/>
              <w:rPr>
                <w:rFonts w:cs="Iskoola Pota"/>
                <w:sz w:val="24"/>
                <w:szCs w:val="24"/>
              </w:rPr>
            </w:pPr>
            <w:r w:rsidRPr="007319E2">
              <w:rPr>
                <w:rFonts w:cs="Iskoola Pota"/>
                <w:sz w:val="24"/>
                <w:szCs w:val="24"/>
                <w:cs/>
                <w:lang w:bidi="si-LK"/>
              </w:rPr>
              <w:t>ශ්‍රී ලංකාවේ ලිංගික සහ ස්ත්‍රී පුරුෂ සමාජභාවය පදනම් කරගත් හිංසනය (</w:t>
            </w:r>
            <w:r w:rsidRPr="007319E2">
              <w:rPr>
                <w:rFonts w:cs="Iskoola Pota"/>
                <w:sz w:val="24"/>
                <w:szCs w:val="24"/>
              </w:rPr>
              <w:t>SGBV)</w:t>
            </w:r>
            <w:r w:rsidRPr="007319E2">
              <w:rPr>
                <w:rFonts w:cs="Iskoola Pota"/>
                <w:sz w:val="24"/>
                <w:szCs w:val="24"/>
                <w:cs/>
                <w:lang w:bidi="si-LK"/>
              </w:rPr>
              <w:t xml:space="preserve"> පිටුදැකීම සදහා වූ බහු-ආංශික ජාතික ක්‍රියාකාරී සැලැස්ම - </w:t>
            </w:r>
            <w:r w:rsidRPr="007319E2">
              <w:rPr>
                <w:rFonts w:cs="Iskoola Pota"/>
                <w:sz w:val="24"/>
                <w:szCs w:val="24"/>
              </w:rPr>
              <w:t xml:space="preserve">II </w:t>
            </w:r>
            <w:r w:rsidRPr="007319E2">
              <w:rPr>
                <w:rFonts w:cs="Iskoola Pota"/>
                <w:sz w:val="24"/>
                <w:szCs w:val="24"/>
                <w:cs/>
                <w:lang w:bidi="si-LK"/>
              </w:rPr>
              <w:t>2024-2028</w:t>
            </w:r>
          </w:p>
        </w:tc>
        <w:tc>
          <w:tcPr>
            <w:tcW w:w="2138" w:type="dxa"/>
          </w:tcPr>
          <w:p w:rsidR="001A6035" w:rsidRPr="007319E2" w:rsidRDefault="001A6035" w:rsidP="00A32EDC">
            <w:pPr>
              <w:spacing w:line="276" w:lineRule="auto"/>
              <w:rPr>
                <w:rFonts w:cs="Iskoola Pota"/>
                <w:sz w:val="24"/>
                <w:szCs w:val="24"/>
              </w:rPr>
            </w:pPr>
            <w:r w:rsidRPr="007319E2">
              <w:rPr>
                <w:rFonts w:cs="Iskoola Pota"/>
                <w:sz w:val="24"/>
                <w:szCs w:val="24"/>
              </w:rPr>
              <w:t>www.childwomenmin.gov.lk/</w:t>
            </w:r>
          </w:p>
        </w:tc>
      </w:tr>
      <w:tr w:rsidR="001A6035" w:rsidRPr="007319E2" w:rsidTr="00250DD6">
        <w:trPr>
          <w:trHeight w:val="467"/>
        </w:trPr>
        <w:tc>
          <w:tcPr>
            <w:tcW w:w="4248" w:type="dxa"/>
          </w:tcPr>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කාන්තාව, සාමය හා ආරක්ෂාව පිළිබද එක්සත් ජාතීන්ගේ ආරක්ෂක මණ්ඩලයේ යෝජනා ක්‍රියාත්මක කිරීම</w:t>
            </w:r>
          </w:p>
        </w:tc>
        <w:tc>
          <w:tcPr>
            <w:tcW w:w="3240" w:type="dxa"/>
          </w:tcPr>
          <w:p w:rsidR="001A6035" w:rsidRPr="007319E2" w:rsidRDefault="001A6035" w:rsidP="00A32EDC">
            <w:pPr>
              <w:spacing w:line="276" w:lineRule="auto"/>
              <w:jc w:val="both"/>
              <w:rPr>
                <w:rFonts w:cs="Iskoola Pota"/>
                <w:sz w:val="24"/>
                <w:szCs w:val="24"/>
                <w:lang w:bidi="si-LK"/>
              </w:rPr>
            </w:pPr>
            <w:r w:rsidRPr="007319E2">
              <w:rPr>
                <w:rFonts w:cs="Iskoola Pota"/>
                <w:sz w:val="24"/>
                <w:szCs w:val="24"/>
                <w:cs/>
                <w:lang w:bidi="si-LK"/>
              </w:rPr>
              <w:t>කාන්තාව, සාමය හා ආරක්ෂාව පිළිබද එක්සත් ජාතීන්ගේ ආරක්ෂක මණ්ඩලයේ යෝජනා ක්‍රියාත්මක කිරීම සදහා ශ්‍රී ලංකාවේ ජාතික ක්‍රියාකාරී සැලැස්ම 2023-2027</w:t>
            </w:r>
          </w:p>
        </w:tc>
        <w:tc>
          <w:tcPr>
            <w:tcW w:w="2138" w:type="dxa"/>
          </w:tcPr>
          <w:p w:rsidR="001A6035" w:rsidRPr="007319E2" w:rsidRDefault="001A6035" w:rsidP="00A32EDC">
            <w:pPr>
              <w:spacing w:line="276" w:lineRule="auto"/>
              <w:rPr>
                <w:rFonts w:cs="Iskoola Pota"/>
                <w:sz w:val="24"/>
                <w:szCs w:val="24"/>
              </w:rPr>
            </w:pPr>
            <w:r w:rsidRPr="007319E2">
              <w:rPr>
                <w:rFonts w:cs="Iskoola Pota"/>
                <w:sz w:val="24"/>
                <w:szCs w:val="24"/>
              </w:rPr>
              <w:t>www.childwomenmin.gov.lk/</w:t>
            </w:r>
          </w:p>
        </w:tc>
      </w:tr>
      <w:tr w:rsidR="001A6035" w:rsidRPr="007319E2" w:rsidTr="00250DD6">
        <w:trPr>
          <w:trHeight w:val="404"/>
        </w:trPr>
        <w:tc>
          <w:tcPr>
            <w:tcW w:w="4248" w:type="dxa"/>
          </w:tcPr>
          <w:p w:rsidR="001A6035" w:rsidRPr="007319E2" w:rsidRDefault="00187236" w:rsidP="00A32EDC">
            <w:pPr>
              <w:spacing w:line="276" w:lineRule="auto"/>
              <w:jc w:val="both"/>
              <w:rPr>
                <w:rFonts w:cs="Iskoola Pota"/>
                <w:sz w:val="24"/>
                <w:szCs w:val="24"/>
                <w:lang w:bidi="si-LK"/>
              </w:rPr>
            </w:pPr>
            <w:r>
              <w:rPr>
                <w:rFonts w:cs="Iskoola Pota"/>
                <w:sz w:val="24"/>
                <w:szCs w:val="24"/>
                <w:cs/>
                <w:lang w:bidi="si-LK"/>
              </w:rPr>
              <w:t>කාන්තා රැකවරණ නිවාස කළමනාකරණ</w:t>
            </w:r>
            <w:r>
              <w:rPr>
                <w:rFonts w:cs="Iskoola Pota" w:hint="cs"/>
                <w:sz w:val="24"/>
                <w:szCs w:val="24"/>
                <w:cs/>
                <w:lang w:bidi="si-LK"/>
              </w:rPr>
              <w:t>ය</w:t>
            </w:r>
          </w:p>
        </w:tc>
        <w:tc>
          <w:tcPr>
            <w:tcW w:w="3240"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ලිංගික සහ ස්ත්‍රී පුරුෂ සමාජභාවීය ප්‍රචණ්ඩත්වයෙහි වින්ද</w:t>
            </w:r>
            <w:r w:rsidR="00187236">
              <w:rPr>
                <w:rFonts w:cs="Iskoola Pota"/>
                <w:sz w:val="24"/>
                <w:szCs w:val="24"/>
                <w:cs/>
                <w:lang w:bidi="si-LK"/>
              </w:rPr>
              <w:t>ිත කාන්තා රැකවරණ නිවාස</w:t>
            </w:r>
            <w:r w:rsidR="00187236">
              <w:rPr>
                <w:rFonts w:cs="Iskoola Pota" w:hint="cs"/>
                <w:sz w:val="24"/>
                <w:szCs w:val="24"/>
                <w:cs/>
                <w:lang w:bidi="si-LK"/>
              </w:rPr>
              <w:t xml:space="preserve">   </w:t>
            </w:r>
            <w:r w:rsidR="00187236">
              <w:rPr>
                <w:rFonts w:cs="Iskoola Pota"/>
                <w:sz w:val="24"/>
                <w:szCs w:val="24"/>
                <w:cs/>
                <w:lang w:bidi="si-LK"/>
              </w:rPr>
              <w:t xml:space="preserve"> </w:t>
            </w:r>
            <w:r w:rsidR="00187236">
              <w:rPr>
                <w:rFonts w:cs="Iskoola Pota" w:hint="cs"/>
                <w:sz w:val="24"/>
                <w:szCs w:val="24"/>
                <w:cs/>
                <w:lang w:bidi="si-LK"/>
              </w:rPr>
              <w:t xml:space="preserve">  </w:t>
            </w:r>
            <w:r w:rsidR="00187236">
              <w:rPr>
                <w:rFonts w:cs="Iskoola Pota"/>
                <w:sz w:val="24"/>
                <w:szCs w:val="24"/>
                <w:cs/>
                <w:lang w:bidi="si-LK"/>
              </w:rPr>
              <w:t>කළමනාකරණ</w:t>
            </w:r>
            <w:r w:rsidR="00187236">
              <w:rPr>
                <w:rFonts w:cs="Iskoola Pota" w:hint="cs"/>
                <w:sz w:val="24"/>
                <w:szCs w:val="24"/>
                <w:cs/>
                <w:lang w:bidi="si-LK"/>
              </w:rPr>
              <w:t xml:space="preserve"> </w:t>
            </w:r>
            <w:r w:rsidR="00187236">
              <w:rPr>
                <w:rFonts w:cs="Iskoola Pota"/>
                <w:sz w:val="24"/>
                <w:szCs w:val="24"/>
                <w:cs/>
                <w:lang w:bidi="si-LK"/>
              </w:rPr>
              <w:t>ජාතික</w:t>
            </w:r>
            <w:r w:rsidR="00187236">
              <w:rPr>
                <w:rFonts w:cs="Iskoola Pota" w:hint="cs"/>
                <w:sz w:val="24"/>
                <w:szCs w:val="24"/>
                <w:cs/>
                <w:lang w:bidi="si-LK"/>
              </w:rPr>
              <w:t xml:space="preserve"> </w:t>
            </w:r>
            <w:r w:rsidRPr="007319E2">
              <w:rPr>
                <w:rFonts w:cs="Iskoola Pota"/>
                <w:sz w:val="24"/>
                <w:szCs w:val="24"/>
                <w:cs/>
                <w:lang w:bidi="si-LK"/>
              </w:rPr>
              <w:t>මාර්ගෝපදේශය 2024</w:t>
            </w:r>
          </w:p>
        </w:tc>
        <w:tc>
          <w:tcPr>
            <w:tcW w:w="2138" w:type="dxa"/>
          </w:tcPr>
          <w:p w:rsidR="001A6035" w:rsidRPr="007319E2" w:rsidRDefault="001A6035" w:rsidP="00A32EDC">
            <w:pPr>
              <w:spacing w:line="276" w:lineRule="auto"/>
              <w:rPr>
                <w:rFonts w:cs="Iskoola Pota"/>
                <w:sz w:val="24"/>
                <w:szCs w:val="24"/>
              </w:rPr>
            </w:pPr>
            <w:r w:rsidRPr="007319E2">
              <w:rPr>
                <w:rFonts w:cs="Iskoola Pota"/>
                <w:sz w:val="24"/>
                <w:szCs w:val="24"/>
              </w:rPr>
              <w:t>www.childwomenmin.gov.lk/</w:t>
            </w:r>
          </w:p>
        </w:tc>
      </w:tr>
      <w:tr w:rsidR="001A6035" w:rsidRPr="007319E2" w:rsidTr="00250DD6">
        <w:trPr>
          <w:trHeight w:val="539"/>
        </w:trPr>
        <w:tc>
          <w:tcPr>
            <w:tcW w:w="4248" w:type="dxa"/>
          </w:tcPr>
          <w:p w:rsidR="001A6035" w:rsidRPr="007319E2" w:rsidRDefault="001A6035" w:rsidP="00A32EDC">
            <w:pPr>
              <w:spacing w:line="276" w:lineRule="auto"/>
              <w:rPr>
                <w:rFonts w:cs="Iskoola Pota"/>
                <w:sz w:val="24"/>
                <w:szCs w:val="24"/>
              </w:rPr>
            </w:pPr>
            <w:r w:rsidRPr="007319E2">
              <w:rPr>
                <w:rFonts w:cs="Iskoola Pota"/>
                <w:sz w:val="24"/>
                <w:szCs w:val="24"/>
                <w:cs/>
                <w:lang w:bidi="si-LK"/>
              </w:rPr>
              <w:t>වාර්ෂික ක්‍රියාකාරී සැලැස්ම  - 2026</w:t>
            </w:r>
          </w:p>
        </w:tc>
        <w:tc>
          <w:tcPr>
            <w:tcW w:w="3240"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ව්‍යවසායකත්ව සංවර්ධනය තුළින් කාන්තාවන් සවිබලගැන්වීම</w:t>
            </w:r>
            <w:r w:rsidR="007319E2">
              <w:rPr>
                <w:rFonts w:cs="Iskoola Pota" w:hint="cs"/>
                <w:sz w:val="24"/>
                <w:szCs w:val="24"/>
                <w:cs/>
                <w:lang w:bidi="si-LK"/>
              </w:rPr>
              <w:t>.</w:t>
            </w:r>
          </w:p>
        </w:tc>
        <w:tc>
          <w:tcPr>
            <w:tcW w:w="2138" w:type="dxa"/>
          </w:tcPr>
          <w:p w:rsidR="001A6035" w:rsidRPr="007319E2" w:rsidRDefault="001A6035" w:rsidP="00A32EDC">
            <w:pPr>
              <w:spacing w:line="276" w:lineRule="auto"/>
              <w:rPr>
                <w:rFonts w:cs="Iskoola Pota"/>
                <w:sz w:val="24"/>
                <w:szCs w:val="24"/>
              </w:rPr>
            </w:pPr>
            <w:r w:rsidRPr="007319E2">
              <w:rPr>
                <w:rFonts w:cs="Iskoola Pota"/>
                <w:sz w:val="24"/>
                <w:szCs w:val="24"/>
              </w:rPr>
              <w:t>www.childwomenmin.gov.lk/</w:t>
            </w:r>
          </w:p>
        </w:tc>
      </w:tr>
      <w:tr w:rsidR="001A6035" w:rsidRPr="007319E2" w:rsidTr="00250DD6">
        <w:trPr>
          <w:trHeight w:val="539"/>
        </w:trPr>
        <w:tc>
          <w:tcPr>
            <w:tcW w:w="4248" w:type="dxa"/>
          </w:tcPr>
          <w:p w:rsidR="001A6035" w:rsidRPr="007319E2" w:rsidRDefault="001A6035" w:rsidP="00A32EDC">
            <w:pPr>
              <w:spacing w:line="276" w:lineRule="auto"/>
              <w:rPr>
                <w:rFonts w:cs="Iskoola Pota"/>
                <w:sz w:val="24"/>
                <w:szCs w:val="24"/>
                <w:cs/>
                <w:lang w:bidi="si-LK"/>
              </w:rPr>
            </w:pPr>
          </w:p>
        </w:tc>
        <w:tc>
          <w:tcPr>
            <w:tcW w:w="3240"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ළමා අපයෝජන සහ කාන්තාවන්ට එරෙහි හිංසනය වැළැක්වීම</w:t>
            </w: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rPr>
                <w:rFonts w:cs="Iskoola Pota"/>
                <w:sz w:val="24"/>
                <w:szCs w:val="24"/>
                <w:cs/>
                <w:lang w:bidi="si-LK"/>
              </w:rPr>
            </w:pPr>
            <w:r w:rsidRPr="007319E2">
              <w:rPr>
                <w:rFonts w:cs="Iskoola Pota"/>
                <w:sz w:val="24"/>
                <w:szCs w:val="24"/>
                <w:cs/>
                <w:lang w:bidi="si-LK"/>
              </w:rPr>
              <w:t>කාන්තා කාර්ය සංවිධාන</w:t>
            </w:r>
          </w:p>
        </w:tc>
        <w:tc>
          <w:tcPr>
            <w:tcW w:w="3240"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කාන්තා කාර්ය සංවිධාන අතුරු ව්‍යවස්ථාව</w:t>
            </w:r>
          </w:p>
        </w:tc>
        <w:tc>
          <w:tcPr>
            <w:tcW w:w="2138" w:type="dxa"/>
          </w:tcPr>
          <w:p w:rsidR="001A6035" w:rsidRDefault="00EC47B7" w:rsidP="00A32EDC">
            <w:pPr>
              <w:spacing w:line="276" w:lineRule="auto"/>
              <w:rPr>
                <w:rFonts w:cs="Iskoola Pota"/>
                <w:sz w:val="24"/>
                <w:szCs w:val="24"/>
                <w:lang w:bidi="si-LK"/>
              </w:rPr>
            </w:pPr>
            <w:hyperlink r:id="rId6" w:history="1">
              <w:r w:rsidR="007319E2" w:rsidRPr="00831F04">
                <w:rPr>
                  <w:rStyle w:val="Hyperlink"/>
                  <w:rFonts w:cs="Iskoola Pota"/>
                  <w:sz w:val="24"/>
                  <w:szCs w:val="24"/>
                </w:rPr>
                <w:t>www.childwomenmin.gov.lk/</w:t>
              </w:r>
            </w:hyperlink>
          </w:p>
          <w:p w:rsidR="007319E2" w:rsidRDefault="007319E2" w:rsidP="00A32EDC">
            <w:pPr>
              <w:spacing w:line="276" w:lineRule="auto"/>
              <w:rPr>
                <w:rFonts w:cs="Iskoola Pota"/>
                <w:sz w:val="24"/>
                <w:szCs w:val="24"/>
                <w:lang w:bidi="si-LK"/>
              </w:rPr>
            </w:pPr>
          </w:p>
          <w:p w:rsidR="007319E2" w:rsidRDefault="007319E2" w:rsidP="00A32EDC">
            <w:pPr>
              <w:spacing w:line="276" w:lineRule="auto"/>
              <w:rPr>
                <w:rFonts w:cs="Iskoola Pota"/>
                <w:sz w:val="24"/>
                <w:szCs w:val="24"/>
                <w:lang w:bidi="si-LK"/>
              </w:rPr>
            </w:pPr>
          </w:p>
          <w:p w:rsidR="00187236" w:rsidRPr="007319E2" w:rsidRDefault="00187236" w:rsidP="00A32EDC">
            <w:pPr>
              <w:spacing w:line="276" w:lineRule="auto"/>
              <w:rPr>
                <w:rFonts w:cs="Iskoola Pota"/>
                <w:sz w:val="24"/>
                <w:szCs w:val="24"/>
                <w:lang w:bidi="si-LK"/>
              </w:rPr>
            </w:pPr>
          </w:p>
        </w:tc>
      </w:tr>
      <w:tr w:rsidR="001A6035" w:rsidRPr="007319E2" w:rsidTr="00672B15">
        <w:trPr>
          <w:trHeight w:val="539"/>
        </w:trPr>
        <w:tc>
          <w:tcPr>
            <w:tcW w:w="9626" w:type="dxa"/>
            <w:gridSpan w:val="3"/>
          </w:tcPr>
          <w:p w:rsidR="001A6035" w:rsidRPr="007319E2" w:rsidRDefault="001A6035" w:rsidP="00A32EDC">
            <w:pPr>
              <w:spacing w:line="276" w:lineRule="auto"/>
              <w:rPr>
                <w:rFonts w:cs="Iskoola Pota"/>
                <w:sz w:val="24"/>
                <w:szCs w:val="24"/>
              </w:rPr>
            </w:pPr>
            <w:r w:rsidRPr="007319E2">
              <w:rPr>
                <w:rFonts w:cs="Iskoola Pota"/>
                <w:b/>
                <w:bCs/>
                <w:sz w:val="24"/>
                <w:szCs w:val="24"/>
                <w:cs/>
                <w:lang w:bidi="si-LK"/>
              </w:rPr>
              <w:lastRenderedPageBreak/>
              <w:t>සැලසුම් හා තොරතුරු තාක්ෂණ අංශය</w:t>
            </w:r>
          </w:p>
        </w:tc>
      </w:tr>
      <w:tr w:rsidR="001A6035" w:rsidRPr="007319E2" w:rsidTr="007C40E6">
        <w:trPr>
          <w:trHeight w:val="1223"/>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අමාත්‍යාංශයේ සියලු අංශ වල/ දෙපාර්තමේන්තුවල/ආයතනවල තොරතුරු ඒකාබද්ධ කර වාර්ෂික ක්‍රියාකාරී සැලැස්ම සකස් කිරීම.</w:t>
            </w:r>
          </w:p>
        </w:tc>
        <w:tc>
          <w:tcPr>
            <w:tcW w:w="3240" w:type="dxa"/>
            <w:vMerge w:val="restart"/>
          </w:tcPr>
          <w:p w:rsidR="001A6035" w:rsidRPr="007319E2" w:rsidRDefault="00187236" w:rsidP="00A32EDC">
            <w:pPr>
              <w:pStyle w:val="ListParagraph"/>
              <w:numPr>
                <w:ilvl w:val="0"/>
                <w:numId w:val="14"/>
              </w:numPr>
              <w:spacing w:line="276" w:lineRule="auto"/>
              <w:rPr>
                <w:rFonts w:cs="Iskoola Pota"/>
                <w:sz w:val="24"/>
                <w:szCs w:val="24"/>
                <w:lang w:bidi="si-LK"/>
              </w:rPr>
            </w:pPr>
            <w:r>
              <w:rPr>
                <w:rFonts w:cs="Iskoola Pota"/>
                <w:sz w:val="24"/>
                <w:szCs w:val="24"/>
                <w:cs/>
                <w:lang w:bidi="si-LK"/>
              </w:rPr>
              <w:t>රාජ්‍ය මුදල් චක්‍ර</w:t>
            </w:r>
            <w:r w:rsidR="001A6035" w:rsidRPr="007319E2">
              <w:rPr>
                <w:rFonts w:cs="Iskoola Pota"/>
                <w:sz w:val="24"/>
                <w:szCs w:val="24"/>
                <w:cs/>
                <w:lang w:bidi="si-LK"/>
              </w:rPr>
              <w:t>ලේඛ අංක 02/2020</w:t>
            </w:r>
          </w:p>
          <w:p w:rsidR="001A6035" w:rsidRPr="007319E2" w:rsidRDefault="001A6035" w:rsidP="00A32EDC">
            <w:pPr>
              <w:pStyle w:val="ListParagraph"/>
              <w:spacing w:line="276" w:lineRule="auto"/>
              <w:rPr>
                <w:rFonts w:cs="Iskoola Pota"/>
                <w:sz w:val="24"/>
                <w:szCs w:val="24"/>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ජාතික ක්‍රමසම්පාදන දෙපාර්තමේන්තුවේ මාර්ගෝපදේශ</w:t>
            </w:r>
          </w:p>
          <w:p w:rsidR="001A6035" w:rsidRPr="007319E2" w:rsidRDefault="001A6035" w:rsidP="00A32EDC">
            <w:pPr>
              <w:pStyle w:val="ListParagraph"/>
              <w:spacing w:line="276" w:lineRule="auto"/>
              <w:rPr>
                <w:rFonts w:cs="Iskoola Pota"/>
                <w:sz w:val="24"/>
                <w:szCs w:val="24"/>
                <w:cs/>
                <w:lang w:bidi="si-LK"/>
              </w:rPr>
            </w:pPr>
          </w:p>
          <w:p w:rsidR="001A6035" w:rsidRPr="007319E2" w:rsidRDefault="001A6035" w:rsidP="00A32EDC">
            <w:pPr>
              <w:pStyle w:val="ListParagraph"/>
              <w:spacing w:line="276" w:lineRule="auto"/>
              <w:rPr>
                <w:rFonts w:cs="Iskoola Pota"/>
                <w:sz w:val="24"/>
                <w:szCs w:val="24"/>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ව්‍යාපෘති අධීක්ෂණ චක්‍රලේඛ අංක 02/2025</w:t>
            </w:r>
          </w:p>
          <w:p w:rsidR="001A6035" w:rsidRPr="007319E2" w:rsidRDefault="001A6035" w:rsidP="00A32EDC">
            <w:pPr>
              <w:pStyle w:val="ListParagraph"/>
              <w:spacing w:line="276" w:lineRule="auto"/>
              <w:rPr>
                <w:rFonts w:cs="Iskoola Pota"/>
                <w:sz w:val="24"/>
                <w:szCs w:val="24"/>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2017 අංක 19 දරන ශ්‍රී ලංකා තිරසර සංවර්ධන පනත</w:t>
            </w:r>
          </w:p>
          <w:p w:rsidR="001A6035" w:rsidRPr="007319E2" w:rsidRDefault="001A6035" w:rsidP="00A32EDC">
            <w:pPr>
              <w:pStyle w:val="ListParagraph"/>
              <w:spacing w:line="276" w:lineRule="auto"/>
              <w:rPr>
                <w:rFonts w:cs="Iskoola Pota"/>
                <w:sz w:val="24"/>
                <w:szCs w:val="24"/>
                <w:cs/>
                <w:lang w:bidi="si-LK"/>
              </w:rPr>
            </w:pPr>
          </w:p>
          <w:p w:rsidR="001A6035" w:rsidRPr="007319E2" w:rsidRDefault="001A6035" w:rsidP="00A32EDC">
            <w:pPr>
              <w:pStyle w:val="ListParagraph"/>
              <w:spacing w:line="276" w:lineRule="auto"/>
              <w:rPr>
                <w:rFonts w:cs="Iskoola Pota"/>
                <w:sz w:val="24"/>
                <w:szCs w:val="24"/>
                <w:lang w:bidi="si-LK"/>
              </w:rPr>
            </w:pPr>
          </w:p>
          <w:p w:rsidR="001A6035" w:rsidRPr="007319E2" w:rsidRDefault="001A6035" w:rsidP="00A32EDC">
            <w:pPr>
              <w:pStyle w:val="ListParagraph"/>
              <w:numPr>
                <w:ilvl w:val="0"/>
                <w:numId w:val="14"/>
              </w:numPr>
              <w:spacing w:line="276" w:lineRule="auto"/>
              <w:jc w:val="both"/>
              <w:rPr>
                <w:rFonts w:cs="Iskoola Pota"/>
                <w:sz w:val="24"/>
                <w:szCs w:val="24"/>
                <w:lang w:bidi="si-LK"/>
              </w:rPr>
            </w:pPr>
            <w:r w:rsidRPr="007319E2">
              <w:rPr>
                <w:rFonts w:cs="Iskoola Pota"/>
                <w:sz w:val="24"/>
                <w:szCs w:val="24"/>
                <w:cs/>
                <w:lang w:bidi="si-LK"/>
              </w:rPr>
              <w:t>2024.11.25 දිනැති අංක 2412/08 දරන අති විශේෂ ගැසට් පත්‍රය</w:t>
            </w:r>
          </w:p>
          <w:p w:rsidR="001A6035" w:rsidRPr="007319E2" w:rsidRDefault="001A6035" w:rsidP="00A32EDC">
            <w:pPr>
              <w:pStyle w:val="ListParagraph"/>
              <w:spacing w:line="276" w:lineRule="auto"/>
              <w:rPr>
                <w:rFonts w:cs="Iskoola Pota"/>
                <w:sz w:val="24"/>
                <w:szCs w:val="24"/>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2024 අංක 37  දරන කාන්තාවන් සවිබල ගැන්වීමේ පනත</w:t>
            </w:r>
          </w:p>
          <w:p w:rsidR="001A6035" w:rsidRPr="007319E2" w:rsidRDefault="001A6035" w:rsidP="00A32EDC">
            <w:pPr>
              <w:pStyle w:val="ListParagraph"/>
              <w:spacing w:line="276" w:lineRule="auto"/>
              <w:rPr>
                <w:rFonts w:cs="Iskoola Pota"/>
                <w:sz w:val="24"/>
                <w:szCs w:val="24"/>
                <w:cs/>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ජාතික අයවැය චක්‍රලේඛ අංක 2/2025</w:t>
            </w:r>
          </w:p>
          <w:p w:rsidR="001A6035" w:rsidRPr="007319E2" w:rsidRDefault="001A6035" w:rsidP="00A32EDC">
            <w:pPr>
              <w:pStyle w:val="ListParagraph"/>
              <w:spacing w:line="276" w:lineRule="auto"/>
              <w:rPr>
                <w:rFonts w:cs="Iskoola Pota"/>
                <w:sz w:val="24"/>
                <w:szCs w:val="24"/>
                <w:cs/>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රජයේ ජාතික ප්‍රතිපත්ති රාමුව</w:t>
            </w:r>
          </w:p>
          <w:p w:rsidR="001A6035" w:rsidRPr="007319E2" w:rsidRDefault="001A6035" w:rsidP="00A32EDC">
            <w:pPr>
              <w:pStyle w:val="ListParagraph"/>
              <w:spacing w:line="276" w:lineRule="auto"/>
              <w:rPr>
                <w:rFonts w:cs="Iskoola Pota"/>
                <w:sz w:val="24"/>
                <w:szCs w:val="24"/>
                <w:cs/>
                <w:lang w:bidi="si-LK"/>
              </w:rPr>
            </w:pPr>
          </w:p>
          <w:p w:rsidR="001A6035" w:rsidRPr="007319E2" w:rsidRDefault="001A6035" w:rsidP="00A32EDC">
            <w:pPr>
              <w:pStyle w:val="ListParagraph"/>
              <w:numPr>
                <w:ilvl w:val="0"/>
                <w:numId w:val="14"/>
              </w:numPr>
              <w:spacing w:line="276" w:lineRule="auto"/>
              <w:rPr>
                <w:rFonts w:cs="Iskoola Pota"/>
                <w:sz w:val="24"/>
                <w:szCs w:val="24"/>
                <w:lang w:bidi="si-LK"/>
              </w:rPr>
            </w:pPr>
            <w:r w:rsidRPr="007319E2">
              <w:rPr>
                <w:rFonts w:cs="Iskoola Pota"/>
                <w:sz w:val="24"/>
                <w:szCs w:val="24"/>
                <w:cs/>
                <w:lang w:bidi="si-LK"/>
              </w:rPr>
              <w:t>2024 අංක 44 දරන රාජ්‍ය මූල්‍ය කළමනාකරණ පනත</w:t>
            </w:r>
          </w:p>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r w:rsidRPr="007319E2">
              <w:rPr>
                <w:rFonts w:cs="Iskoola Pota"/>
                <w:sz w:val="24"/>
                <w:szCs w:val="24"/>
              </w:rPr>
              <w:t>https:/www.childwomenmin.gov.lk</w:t>
            </w: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කාන්තා හා ළමා ක්ෂේත්‍රයට අදාළ ජාතික සැලසුම් සම්පාදනය කිරීම හා අවශ්‍ය දායකත්වය ලබා දීම.</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ක්‍රියාකාරී සැලසුම්වලට අදාළව ප්‍රගති වාර්තාකරණය.</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ජාතික මට්ටමේ සිට ප්‍රාදේශීය මට්ටම දක්වා දිස්ත්‍රික් සම්බන්ධීකරණ ක්‍රියාවලිය පවත්වා ගෙන යාම.</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අමාත්‍යාංශයට අදාළ සංවර්ධන වැඩසටහන් මෙහෙයුම්කරණය හා ඇගයීම.</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සංවර්ධන වැඩසටහන් වලට අදාල ඉදිරි වාර්ෂික අයවැය ඇස්තමේන්තු හා නව ව්‍යාපෘති යෝජනා ඉදිරිපත් කිරීම</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Pr="007319E2" w:rsidRDefault="001A6035" w:rsidP="00A32EDC">
            <w:pPr>
              <w:spacing w:line="276" w:lineRule="auto"/>
              <w:jc w:val="both"/>
              <w:rPr>
                <w:rFonts w:cs="Iskoola Pota"/>
                <w:sz w:val="24"/>
                <w:szCs w:val="24"/>
                <w:cs/>
                <w:lang w:bidi="si-LK"/>
              </w:rPr>
            </w:pPr>
            <w:r w:rsidRPr="007319E2">
              <w:rPr>
                <w:rFonts w:cs="Iskoola Pota"/>
                <w:sz w:val="24"/>
                <w:szCs w:val="24"/>
                <w:cs/>
                <w:lang w:bidi="si-LK"/>
              </w:rPr>
              <w:t>අම</w:t>
            </w:r>
            <w:r w:rsidR="00FC7CCB">
              <w:rPr>
                <w:rFonts w:cs="Iskoola Pota" w:hint="cs"/>
                <w:sz w:val="24"/>
                <w:szCs w:val="24"/>
                <w:cs/>
                <w:lang w:bidi="si-LK"/>
              </w:rPr>
              <w:t>ා</w:t>
            </w:r>
            <w:r w:rsidRPr="007319E2">
              <w:rPr>
                <w:rFonts w:cs="Iskoola Pota"/>
                <w:sz w:val="24"/>
                <w:szCs w:val="24"/>
                <w:cs/>
                <w:lang w:bidi="si-LK"/>
              </w:rPr>
              <w:t>ත්‍යාංශයේ වාර්ෂික කාර්යසාධන වාර්තාව සකස් කර පාර්ලිමේන්තුවට ඉදිරිපත් කිරීම.</w:t>
            </w:r>
          </w:p>
        </w:tc>
        <w:tc>
          <w:tcPr>
            <w:tcW w:w="3240" w:type="dxa"/>
            <w:vMerge/>
          </w:tcPr>
          <w:p w:rsidR="001A6035" w:rsidRPr="007319E2" w:rsidRDefault="001A6035" w:rsidP="00A32EDC">
            <w:pPr>
              <w:spacing w:line="276" w:lineRule="auto"/>
              <w:rPr>
                <w:rFonts w:cs="Iskoola Pota"/>
                <w:sz w:val="24"/>
                <w:szCs w:val="24"/>
                <w:cs/>
                <w:lang w:bidi="si-LK"/>
              </w:rPr>
            </w:pPr>
          </w:p>
        </w:tc>
        <w:tc>
          <w:tcPr>
            <w:tcW w:w="2138" w:type="dxa"/>
          </w:tcPr>
          <w:p w:rsidR="001A6035" w:rsidRPr="007319E2" w:rsidRDefault="001A6035" w:rsidP="00A32EDC">
            <w:pPr>
              <w:spacing w:line="276" w:lineRule="auto"/>
              <w:rPr>
                <w:rFonts w:cs="Iskoola Pota"/>
                <w:sz w:val="24"/>
                <w:szCs w:val="24"/>
              </w:rPr>
            </w:pPr>
          </w:p>
        </w:tc>
      </w:tr>
      <w:tr w:rsidR="001A6035" w:rsidRPr="007319E2" w:rsidTr="00250DD6">
        <w:trPr>
          <w:trHeight w:val="539"/>
        </w:trPr>
        <w:tc>
          <w:tcPr>
            <w:tcW w:w="4248" w:type="dxa"/>
          </w:tcPr>
          <w:p w:rsidR="001A6035" w:rsidRDefault="001A6035" w:rsidP="00A32EDC">
            <w:pPr>
              <w:spacing w:line="276" w:lineRule="auto"/>
              <w:jc w:val="both"/>
              <w:rPr>
                <w:rFonts w:cs="Iskoola Pota"/>
                <w:sz w:val="24"/>
                <w:szCs w:val="24"/>
                <w:lang w:bidi="si-LK"/>
              </w:rPr>
            </w:pPr>
            <w:r w:rsidRPr="007319E2">
              <w:rPr>
                <w:rFonts w:cs="Iskoola Pota"/>
                <w:sz w:val="24"/>
                <w:szCs w:val="24"/>
                <w:cs/>
                <w:lang w:bidi="si-LK"/>
              </w:rPr>
              <w:t>පැය</w:t>
            </w:r>
            <w:r w:rsidRPr="007319E2">
              <w:rPr>
                <w:rFonts w:cs="Iskoola Pota"/>
                <w:sz w:val="24"/>
                <w:szCs w:val="24"/>
              </w:rPr>
              <w:t xml:space="preserve"> 24 </w:t>
            </w:r>
            <w:r w:rsidRPr="007319E2">
              <w:rPr>
                <w:rFonts w:cs="Iskoola Pota"/>
                <w:sz w:val="24"/>
                <w:szCs w:val="24"/>
                <w:cs/>
                <w:lang w:bidi="si-LK"/>
              </w:rPr>
              <w:t>පුරා</w:t>
            </w:r>
            <w:r w:rsidRPr="007319E2">
              <w:rPr>
                <w:rFonts w:cs="Iskoola Pota"/>
                <w:sz w:val="24"/>
                <w:szCs w:val="24"/>
              </w:rPr>
              <w:t xml:space="preserve"> </w:t>
            </w:r>
            <w:r w:rsidRPr="007319E2">
              <w:rPr>
                <w:rFonts w:cs="Iskoola Pota"/>
                <w:sz w:val="24"/>
                <w:szCs w:val="24"/>
                <w:cs/>
                <w:lang w:bidi="si-LK"/>
              </w:rPr>
              <w:t>අවශ්‍ය</w:t>
            </w:r>
            <w:r w:rsidRPr="007319E2">
              <w:rPr>
                <w:rFonts w:cs="Iskoola Pota"/>
                <w:sz w:val="24"/>
                <w:szCs w:val="24"/>
              </w:rPr>
              <w:t xml:space="preserve"> </w:t>
            </w:r>
            <w:r w:rsidRPr="007319E2">
              <w:rPr>
                <w:rFonts w:cs="Iskoola Pota"/>
                <w:sz w:val="24"/>
                <w:szCs w:val="24"/>
                <w:cs/>
                <w:lang w:bidi="si-LK"/>
              </w:rPr>
              <w:t>සේවා</w:t>
            </w:r>
            <w:r w:rsidRPr="007319E2">
              <w:rPr>
                <w:rFonts w:cs="Iskoola Pota"/>
                <w:sz w:val="24"/>
                <w:szCs w:val="24"/>
              </w:rPr>
              <w:t xml:space="preserve"> </w:t>
            </w:r>
            <w:r w:rsidRPr="007319E2">
              <w:rPr>
                <w:rFonts w:cs="Iskoola Pota"/>
                <w:sz w:val="24"/>
                <w:szCs w:val="24"/>
                <w:cs/>
                <w:lang w:bidi="si-LK"/>
              </w:rPr>
              <w:t>සපයන</w:t>
            </w:r>
            <w:r w:rsidRPr="007319E2">
              <w:rPr>
                <w:rFonts w:cs="Iskoola Pota"/>
                <w:sz w:val="24"/>
                <w:szCs w:val="24"/>
              </w:rPr>
              <w:t xml:space="preserve"> 1938 </w:t>
            </w:r>
            <w:r w:rsidRPr="007319E2">
              <w:rPr>
                <w:rFonts w:cs="Iskoola Pota"/>
                <w:sz w:val="24"/>
                <w:szCs w:val="24"/>
                <w:cs/>
                <w:lang w:bidi="si-LK"/>
              </w:rPr>
              <w:t>කාන්තා උපකාරක</w:t>
            </w:r>
            <w:r w:rsidRPr="007319E2">
              <w:rPr>
                <w:rFonts w:cs="Iskoola Pota"/>
                <w:sz w:val="24"/>
                <w:szCs w:val="24"/>
              </w:rPr>
              <w:t xml:space="preserve"> </w:t>
            </w:r>
            <w:r w:rsidRPr="007319E2">
              <w:rPr>
                <w:rFonts w:cs="Iskoola Pota"/>
                <w:sz w:val="24"/>
                <w:szCs w:val="24"/>
                <w:cs/>
                <w:lang w:bidi="si-LK"/>
              </w:rPr>
              <w:t>දුරකතන</w:t>
            </w:r>
            <w:r w:rsidRPr="007319E2">
              <w:rPr>
                <w:rFonts w:cs="Iskoola Pota"/>
                <w:sz w:val="24"/>
                <w:szCs w:val="24"/>
              </w:rPr>
              <w:t xml:space="preserve"> </w:t>
            </w:r>
            <w:r w:rsidRPr="007319E2">
              <w:rPr>
                <w:rFonts w:cs="Iskoola Pota"/>
                <w:sz w:val="24"/>
                <w:szCs w:val="24"/>
                <w:cs/>
                <w:lang w:bidi="si-LK"/>
              </w:rPr>
              <w:t>සේවාව පවත්වාගෙන යාම.</w:t>
            </w:r>
            <w:r w:rsidRPr="007319E2">
              <w:rPr>
                <w:rFonts w:cs="Iskoola Pota"/>
                <w:sz w:val="24"/>
                <w:szCs w:val="24"/>
                <w:rtl/>
                <w:cs/>
              </w:rPr>
              <w:t xml:space="preserve"> </w:t>
            </w:r>
          </w:p>
          <w:p w:rsidR="007319E2" w:rsidRDefault="007319E2" w:rsidP="00A32EDC">
            <w:pPr>
              <w:spacing w:line="276" w:lineRule="auto"/>
              <w:jc w:val="both"/>
              <w:rPr>
                <w:rFonts w:cs="Iskoola Pota"/>
                <w:sz w:val="24"/>
                <w:szCs w:val="24"/>
                <w:lang w:bidi="si-LK"/>
              </w:rPr>
            </w:pPr>
          </w:p>
          <w:p w:rsidR="007319E2" w:rsidRPr="007319E2" w:rsidRDefault="007319E2" w:rsidP="00A32EDC">
            <w:pPr>
              <w:spacing w:line="276" w:lineRule="auto"/>
              <w:jc w:val="both"/>
              <w:rPr>
                <w:rFonts w:cs="Iskoola Pota"/>
                <w:sz w:val="24"/>
                <w:szCs w:val="24"/>
                <w:cs/>
                <w:lang w:bidi="si-LK"/>
              </w:rPr>
            </w:pPr>
          </w:p>
        </w:tc>
        <w:tc>
          <w:tcPr>
            <w:tcW w:w="3240" w:type="dxa"/>
          </w:tcPr>
          <w:p w:rsidR="001A6035" w:rsidRPr="007319E2" w:rsidRDefault="001A6035" w:rsidP="00A32EDC">
            <w:pPr>
              <w:spacing w:line="276" w:lineRule="auto"/>
              <w:rPr>
                <w:rFonts w:cs="Iskoola Pota"/>
                <w:sz w:val="24"/>
                <w:szCs w:val="24"/>
                <w:lang w:bidi="si-LK"/>
              </w:rPr>
            </w:pPr>
            <w:r w:rsidRPr="007319E2">
              <w:rPr>
                <w:rFonts w:cs="Iskoola Pota"/>
                <w:sz w:val="24"/>
                <w:szCs w:val="24"/>
                <w:cs/>
                <w:lang w:bidi="si-LK"/>
              </w:rPr>
              <w:t>2005 අංක 34 දරන ගෘහස්ථ ප්‍රචන්ඩත්වය වැළැක්වීමේ පනත</w:t>
            </w:r>
          </w:p>
        </w:tc>
        <w:tc>
          <w:tcPr>
            <w:tcW w:w="2138" w:type="dxa"/>
          </w:tcPr>
          <w:p w:rsidR="001A6035" w:rsidRPr="007319E2" w:rsidRDefault="001A6035" w:rsidP="00A32EDC">
            <w:pPr>
              <w:spacing w:line="276" w:lineRule="auto"/>
              <w:rPr>
                <w:rFonts w:cs="Iskoola Pota"/>
                <w:sz w:val="24"/>
                <w:szCs w:val="24"/>
              </w:rPr>
            </w:pPr>
          </w:p>
        </w:tc>
      </w:tr>
      <w:tr w:rsidR="00714A04" w:rsidRPr="007319E2" w:rsidTr="00250DD6">
        <w:trPr>
          <w:trHeight w:val="440"/>
        </w:trPr>
        <w:tc>
          <w:tcPr>
            <w:tcW w:w="4248" w:type="dxa"/>
          </w:tcPr>
          <w:p w:rsidR="00714A04" w:rsidRPr="007319E2" w:rsidRDefault="00714A04" w:rsidP="00A32EDC">
            <w:pPr>
              <w:spacing w:line="276" w:lineRule="auto"/>
              <w:jc w:val="both"/>
              <w:rPr>
                <w:rFonts w:cs="Iskoola Pota"/>
                <w:b/>
                <w:bCs/>
                <w:sz w:val="24"/>
                <w:szCs w:val="24"/>
                <w:cs/>
                <w:lang w:bidi="si-LK"/>
              </w:rPr>
            </w:pPr>
            <w:r w:rsidRPr="007319E2">
              <w:rPr>
                <w:rFonts w:cs="Iskoola Pota"/>
                <w:b/>
                <w:bCs/>
                <w:sz w:val="24"/>
                <w:szCs w:val="24"/>
                <w:cs/>
                <w:lang w:bidi="si-LK"/>
              </w:rPr>
              <w:lastRenderedPageBreak/>
              <w:t>සංවර්ධන අංශය</w:t>
            </w:r>
          </w:p>
        </w:tc>
        <w:tc>
          <w:tcPr>
            <w:tcW w:w="3240" w:type="dxa"/>
          </w:tcPr>
          <w:p w:rsidR="00714A04" w:rsidRPr="007319E2" w:rsidRDefault="00714A04" w:rsidP="00A32EDC">
            <w:pPr>
              <w:spacing w:line="276" w:lineRule="auto"/>
              <w:rPr>
                <w:rFonts w:cs="Iskoola Pota"/>
                <w:sz w:val="24"/>
                <w:szCs w:val="24"/>
                <w:cs/>
                <w:lang w:bidi="si-LK"/>
              </w:rPr>
            </w:pPr>
          </w:p>
        </w:tc>
        <w:tc>
          <w:tcPr>
            <w:tcW w:w="2138" w:type="dxa"/>
          </w:tcPr>
          <w:p w:rsidR="00714A04" w:rsidRPr="007319E2" w:rsidRDefault="00714A04" w:rsidP="00A32EDC">
            <w:pPr>
              <w:spacing w:line="276" w:lineRule="auto"/>
              <w:rPr>
                <w:rFonts w:cs="Iskoola Pota"/>
                <w:sz w:val="24"/>
                <w:szCs w:val="24"/>
              </w:rPr>
            </w:pPr>
          </w:p>
        </w:tc>
      </w:tr>
      <w:tr w:rsidR="00714A04" w:rsidRPr="007319E2" w:rsidTr="00250DD6">
        <w:trPr>
          <w:trHeight w:val="539"/>
        </w:trPr>
        <w:tc>
          <w:tcPr>
            <w:tcW w:w="4248" w:type="dxa"/>
          </w:tcPr>
          <w:p w:rsidR="00714A04" w:rsidRPr="007319E2" w:rsidRDefault="00714A04" w:rsidP="00A32EDC">
            <w:pPr>
              <w:spacing w:line="276" w:lineRule="auto"/>
              <w:rPr>
                <w:rFonts w:cs="Iskoola Pota"/>
                <w:sz w:val="24"/>
                <w:szCs w:val="24"/>
                <w:lang w:bidi="si-LK"/>
              </w:rPr>
            </w:pPr>
            <w:r w:rsidRPr="007319E2">
              <w:rPr>
                <w:rFonts w:cs="Iskoola Pota"/>
                <w:sz w:val="24"/>
                <w:szCs w:val="24"/>
                <w:cs/>
                <w:lang w:bidi="si-LK"/>
              </w:rPr>
              <w:t xml:space="preserve">ප්‍රාදේශීය හා දිස්ත්‍රික් මට්ටමින් කාන්තාවන්ගේ හා ගැහැණු ළමයින්ගේ ගැටලු ආමන්ත්‍රණය කිරීම </w:t>
            </w:r>
          </w:p>
        </w:tc>
        <w:tc>
          <w:tcPr>
            <w:tcW w:w="3240" w:type="dxa"/>
          </w:tcPr>
          <w:p w:rsidR="00714A04" w:rsidRPr="007319E2" w:rsidRDefault="00383806" w:rsidP="00383806">
            <w:pPr>
              <w:spacing w:line="276" w:lineRule="auto"/>
              <w:jc w:val="both"/>
              <w:rPr>
                <w:rFonts w:cs="Iskoola Pota"/>
                <w:sz w:val="24"/>
                <w:szCs w:val="24"/>
                <w:lang w:bidi="si-LK"/>
              </w:rPr>
            </w:pPr>
            <w:r>
              <w:rPr>
                <w:rFonts w:cs="Iskoola Pota"/>
                <w:sz w:val="24"/>
                <w:szCs w:val="24"/>
                <w:cs/>
                <w:lang w:bidi="si-LK"/>
              </w:rPr>
              <w:t>කාන්තාවන්ට හා ගැහැණු ළමුන්ට</w:t>
            </w:r>
            <w:r>
              <w:rPr>
                <w:rFonts w:cs="Iskoola Pota" w:hint="cs"/>
                <w:sz w:val="24"/>
                <w:szCs w:val="24"/>
                <w:cs/>
                <w:lang w:bidi="si-LK"/>
              </w:rPr>
              <w:t xml:space="preserve"> </w:t>
            </w:r>
            <w:r w:rsidR="00714A04" w:rsidRPr="007319E2">
              <w:rPr>
                <w:rFonts w:cs="Iskoola Pota"/>
                <w:sz w:val="24"/>
                <w:szCs w:val="24"/>
                <w:cs/>
                <w:lang w:bidi="si-LK"/>
              </w:rPr>
              <w:t xml:space="preserve">එරෙහි ලිංගික හා ස්ත්‍රී පුරුෂ සමාජභාවය පදනම් කරගත් හිංසනය </w:t>
            </w:r>
            <w:r w:rsidR="00714A04" w:rsidRPr="007319E2">
              <w:rPr>
                <w:rFonts w:cs="Iskoola Pota"/>
                <w:sz w:val="24"/>
                <w:szCs w:val="24"/>
                <w:lang w:bidi="si-LK"/>
              </w:rPr>
              <w:t xml:space="preserve">(SGBV) </w:t>
            </w:r>
            <w:r w:rsidR="00714A04" w:rsidRPr="007319E2">
              <w:rPr>
                <w:rFonts w:cs="Iskoola Pota"/>
                <w:sz w:val="24"/>
                <w:szCs w:val="24"/>
                <w:cs/>
                <w:lang w:bidi="si-LK"/>
              </w:rPr>
              <w:t>වැළැක්වීම සඳහා දිස</w:t>
            </w:r>
            <w:r>
              <w:rPr>
                <w:rFonts w:cs="Iskoola Pota"/>
                <w:sz w:val="24"/>
                <w:szCs w:val="24"/>
                <w:cs/>
                <w:lang w:bidi="si-LK"/>
              </w:rPr>
              <w:t>්ත්‍රික් හා ප්‍රාදේශීය මට්ටමින්</w:t>
            </w:r>
            <w:r>
              <w:rPr>
                <w:rFonts w:cs="Iskoola Pota" w:hint="cs"/>
                <w:sz w:val="24"/>
                <w:szCs w:val="24"/>
                <w:cs/>
                <w:lang w:bidi="si-LK"/>
              </w:rPr>
              <w:t xml:space="preserve"> </w:t>
            </w:r>
            <w:r w:rsidR="00714A04" w:rsidRPr="007319E2">
              <w:rPr>
                <w:rFonts w:cs="Iskoola Pota"/>
                <w:sz w:val="24"/>
                <w:szCs w:val="24"/>
                <w:cs/>
                <w:lang w:bidi="si-LK"/>
              </w:rPr>
              <w:t>සංසද පිහිටුවීම (කාන්තා, ළමා කටයුතු හා සමාජ සවිබලගැන්වීමේ</w:t>
            </w:r>
            <w:r w:rsidR="002A2D56">
              <w:rPr>
                <w:rFonts w:cs="Iskoola Pota" w:hint="cs"/>
                <w:sz w:val="24"/>
                <w:szCs w:val="24"/>
                <w:cs/>
                <w:lang w:bidi="si-LK"/>
              </w:rPr>
              <w:t xml:space="preserve"> </w:t>
            </w:r>
            <w:r w:rsidR="00714A04" w:rsidRPr="007319E2">
              <w:rPr>
                <w:rFonts w:cs="Iskoola Pota"/>
                <w:sz w:val="24"/>
                <w:szCs w:val="24"/>
                <w:cs/>
                <w:lang w:bidi="si-LK"/>
              </w:rPr>
              <w:t xml:space="preserve">අමාත්‍යාංශ චක්‍රලේඛ අංක: </w:t>
            </w:r>
            <w:r w:rsidR="00714A04" w:rsidRPr="007319E2">
              <w:rPr>
                <w:rFonts w:cs="Iskoola Pota"/>
                <w:sz w:val="24"/>
                <w:szCs w:val="24"/>
                <w:lang w:bidi="si-LK"/>
              </w:rPr>
              <w:t>02/2024</w:t>
            </w:r>
            <w:r w:rsidR="00714A04" w:rsidRPr="007319E2">
              <w:rPr>
                <w:rFonts w:cs="Iskoola Pota"/>
                <w:sz w:val="24"/>
                <w:szCs w:val="24"/>
                <w:cs/>
                <w:lang w:bidi="si-LK"/>
              </w:rPr>
              <w:t>)</w:t>
            </w:r>
          </w:p>
        </w:tc>
        <w:tc>
          <w:tcPr>
            <w:tcW w:w="2138" w:type="dxa"/>
          </w:tcPr>
          <w:p w:rsidR="00714A04" w:rsidRPr="007319E2" w:rsidRDefault="00714A04" w:rsidP="00A32EDC">
            <w:pPr>
              <w:spacing w:line="276" w:lineRule="auto"/>
              <w:rPr>
                <w:rFonts w:cs="Iskoola Pota"/>
                <w:sz w:val="24"/>
                <w:szCs w:val="24"/>
              </w:rPr>
            </w:pPr>
          </w:p>
        </w:tc>
      </w:tr>
      <w:tr w:rsidR="00714A04" w:rsidRPr="007319E2" w:rsidTr="00250DD6">
        <w:trPr>
          <w:trHeight w:val="539"/>
        </w:trPr>
        <w:tc>
          <w:tcPr>
            <w:tcW w:w="4248" w:type="dxa"/>
          </w:tcPr>
          <w:p w:rsidR="00714A04" w:rsidRPr="007319E2" w:rsidRDefault="00714A04" w:rsidP="00A32EDC">
            <w:pPr>
              <w:spacing w:line="276" w:lineRule="auto"/>
              <w:rPr>
                <w:rFonts w:cs="Iskoola Pota"/>
                <w:sz w:val="24"/>
                <w:szCs w:val="24"/>
                <w:lang w:bidi="si-LK"/>
              </w:rPr>
            </w:pPr>
            <w:r w:rsidRPr="007319E2">
              <w:rPr>
                <w:rFonts w:cs="Iskoola Pota"/>
                <w:sz w:val="24"/>
                <w:szCs w:val="24"/>
                <w:lang w:bidi="si-LK"/>
              </w:rPr>
              <w:t>“</w:t>
            </w:r>
            <w:r w:rsidRPr="007319E2">
              <w:rPr>
                <w:rFonts w:cs="Iskoola Pota"/>
                <w:sz w:val="24"/>
                <w:szCs w:val="24"/>
                <w:cs/>
                <w:lang w:bidi="si-LK"/>
              </w:rPr>
              <w:t>සීඩෝ</w:t>
            </w:r>
            <w:r w:rsidRPr="007319E2">
              <w:rPr>
                <w:rFonts w:cs="Iskoola Pota"/>
                <w:sz w:val="24"/>
                <w:szCs w:val="24"/>
                <w:lang w:bidi="si-LK"/>
              </w:rPr>
              <w:t>”</w:t>
            </w:r>
            <w:r w:rsidRPr="007319E2">
              <w:rPr>
                <w:rFonts w:cs="Iskoola Pota"/>
                <w:sz w:val="24"/>
                <w:szCs w:val="24"/>
                <w:cs/>
                <w:lang w:bidi="si-LK"/>
              </w:rPr>
              <w:t xml:space="preserve"> ඇගයීම </w:t>
            </w:r>
          </w:p>
        </w:tc>
        <w:tc>
          <w:tcPr>
            <w:tcW w:w="3240" w:type="dxa"/>
          </w:tcPr>
          <w:p w:rsidR="00714A04" w:rsidRPr="007319E2" w:rsidRDefault="00714A04" w:rsidP="00A32EDC">
            <w:pPr>
              <w:spacing w:line="276" w:lineRule="auto"/>
              <w:rPr>
                <w:rFonts w:cs="Iskoola Pota"/>
                <w:sz w:val="24"/>
                <w:szCs w:val="24"/>
                <w:cs/>
                <w:lang w:bidi="si-LK"/>
              </w:rPr>
            </w:pPr>
            <w:r w:rsidRPr="007319E2">
              <w:rPr>
                <w:rFonts w:cs="Iskoola Pota"/>
                <w:sz w:val="24"/>
                <w:szCs w:val="24"/>
                <w:lang w:bidi="si-LK"/>
              </w:rPr>
              <w:t>“</w:t>
            </w:r>
            <w:r w:rsidRPr="007319E2">
              <w:rPr>
                <w:rFonts w:cs="Iskoola Pota"/>
                <w:sz w:val="24"/>
                <w:szCs w:val="24"/>
                <w:cs/>
                <w:lang w:bidi="si-LK"/>
              </w:rPr>
              <w:t>සීඩෝ</w:t>
            </w:r>
            <w:r w:rsidRPr="007319E2">
              <w:rPr>
                <w:rFonts w:cs="Iskoola Pota"/>
                <w:sz w:val="24"/>
                <w:szCs w:val="24"/>
                <w:lang w:bidi="si-LK"/>
              </w:rPr>
              <w:t xml:space="preserve">” </w:t>
            </w:r>
            <w:r w:rsidRPr="007319E2">
              <w:rPr>
                <w:rFonts w:cs="Iskoola Pota"/>
                <w:sz w:val="24"/>
                <w:szCs w:val="24"/>
                <w:cs/>
                <w:lang w:bidi="si-LK"/>
              </w:rPr>
              <w:t>සම්මුතියෙහි රෙගුලාසි.</w:t>
            </w:r>
          </w:p>
        </w:tc>
        <w:tc>
          <w:tcPr>
            <w:tcW w:w="2138" w:type="dxa"/>
          </w:tcPr>
          <w:p w:rsidR="00714A04" w:rsidRPr="007319E2" w:rsidRDefault="00714A04" w:rsidP="00A32EDC">
            <w:pPr>
              <w:spacing w:line="276" w:lineRule="auto"/>
              <w:rPr>
                <w:rFonts w:cs="Iskoola Pota"/>
                <w:sz w:val="24"/>
                <w:szCs w:val="24"/>
              </w:rPr>
            </w:pPr>
          </w:p>
        </w:tc>
      </w:tr>
      <w:tr w:rsidR="00AF089A" w:rsidRPr="007319E2" w:rsidTr="00250DD6">
        <w:trPr>
          <w:trHeight w:val="539"/>
        </w:trPr>
        <w:tc>
          <w:tcPr>
            <w:tcW w:w="4248" w:type="dxa"/>
            <w:vMerge w:val="restart"/>
          </w:tcPr>
          <w:p w:rsidR="00AF089A" w:rsidRPr="007319E2" w:rsidRDefault="00AF089A" w:rsidP="00A32EDC">
            <w:pPr>
              <w:spacing w:line="276" w:lineRule="auto"/>
              <w:rPr>
                <w:rFonts w:cs="Iskoola Pota"/>
                <w:sz w:val="24"/>
                <w:szCs w:val="24"/>
                <w:lang w:bidi="si-LK"/>
              </w:rPr>
            </w:pPr>
            <w:r w:rsidRPr="007319E2">
              <w:rPr>
                <w:rFonts w:cs="Iskoola Pota"/>
                <w:sz w:val="24"/>
                <w:szCs w:val="24"/>
                <w:cs/>
                <w:lang w:bidi="si-LK"/>
              </w:rPr>
              <w:t xml:space="preserve">ස්ත්‍රි පුරුෂ සමාජභාවීය සමානාත්මතාව තහවුරු කිරීම </w:t>
            </w:r>
          </w:p>
        </w:tc>
        <w:tc>
          <w:tcPr>
            <w:tcW w:w="3240" w:type="dxa"/>
          </w:tcPr>
          <w:p w:rsidR="00AF089A" w:rsidRPr="007319E2" w:rsidRDefault="00383806" w:rsidP="00383806">
            <w:pPr>
              <w:spacing w:line="276" w:lineRule="auto"/>
              <w:rPr>
                <w:rFonts w:cs="Iskoola Pota"/>
                <w:sz w:val="24"/>
                <w:szCs w:val="24"/>
                <w:lang w:bidi="si-LK"/>
              </w:rPr>
            </w:pPr>
            <w:r>
              <w:rPr>
                <w:rFonts w:cs="Iskoola Pota"/>
                <w:sz w:val="24"/>
                <w:szCs w:val="24"/>
                <w:cs/>
                <w:lang w:bidi="si-LK"/>
              </w:rPr>
              <w:t>2024 අංක 37 කාන්තාවන්</w:t>
            </w:r>
            <w:r>
              <w:rPr>
                <w:rFonts w:cs="Iskoola Pota" w:hint="cs"/>
                <w:sz w:val="24"/>
                <w:szCs w:val="24"/>
                <w:cs/>
                <w:lang w:bidi="si-LK"/>
              </w:rPr>
              <w:t xml:space="preserve"> </w:t>
            </w:r>
            <w:r w:rsidR="00AF089A" w:rsidRPr="007319E2">
              <w:rPr>
                <w:rFonts w:cs="Iskoola Pota"/>
                <w:sz w:val="24"/>
                <w:szCs w:val="24"/>
                <w:cs/>
                <w:lang w:bidi="si-LK"/>
              </w:rPr>
              <w:t xml:space="preserve">සවිබලගැන්වීමේ පනත </w:t>
            </w:r>
          </w:p>
        </w:tc>
        <w:tc>
          <w:tcPr>
            <w:tcW w:w="2138" w:type="dxa"/>
          </w:tcPr>
          <w:p w:rsidR="00AF089A" w:rsidRPr="007319E2" w:rsidRDefault="00AF089A" w:rsidP="00A32EDC">
            <w:pPr>
              <w:spacing w:line="276" w:lineRule="auto"/>
              <w:rPr>
                <w:rFonts w:cs="Iskoola Pota"/>
                <w:sz w:val="24"/>
                <w:szCs w:val="24"/>
              </w:rPr>
            </w:pPr>
          </w:p>
        </w:tc>
      </w:tr>
      <w:tr w:rsidR="00AF089A" w:rsidRPr="007319E2" w:rsidTr="00250DD6">
        <w:trPr>
          <w:trHeight w:val="539"/>
        </w:trPr>
        <w:tc>
          <w:tcPr>
            <w:tcW w:w="4248" w:type="dxa"/>
            <w:vMerge/>
          </w:tcPr>
          <w:p w:rsidR="00AF089A" w:rsidRPr="007319E2" w:rsidRDefault="00AF089A" w:rsidP="00A32EDC">
            <w:pPr>
              <w:spacing w:line="276" w:lineRule="auto"/>
              <w:rPr>
                <w:rFonts w:cs="Iskoola Pota"/>
                <w:sz w:val="24"/>
                <w:szCs w:val="24"/>
                <w:lang w:bidi="si-LK"/>
              </w:rPr>
            </w:pPr>
          </w:p>
        </w:tc>
        <w:tc>
          <w:tcPr>
            <w:tcW w:w="3240" w:type="dxa"/>
          </w:tcPr>
          <w:p w:rsidR="00AF089A" w:rsidRPr="007319E2" w:rsidRDefault="00AF089A" w:rsidP="00383806">
            <w:pPr>
              <w:spacing w:line="276" w:lineRule="auto"/>
              <w:jc w:val="both"/>
              <w:rPr>
                <w:rFonts w:cs="Iskoola Pota"/>
                <w:sz w:val="24"/>
                <w:szCs w:val="24"/>
                <w:lang w:bidi="si-LK"/>
              </w:rPr>
            </w:pPr>
            <w:r w:rsidRPr="007319E2">
              <w:rPr>
                <w:rFonts w:cs="Iskoola Pota"/>
                <w:sz w:val="24"/>
                <w:szCs w:val="24"/>
                <w:cs/>
                <w:lang w:bidi="si-LK"/>
              </w:rPr>
              <w:t xml:space="preserve">ස්ත්‍රි පුරුෂ සමාජභාවීය සමානාත්මතාව සහ කාන්තාවන් සවිබලගැන්වීම පිළිබඳ ජාතික ප්‍රතිපත්තිය </w:t>
            </w:r>
          </w:p>
        </w:tc>
        <w:tc>
          <w:tcPr>
            <w:tcW w:w="2138" w:type="dxa"/>
          </w:tcPr>
          <w:p w:rsidR="00AF089A" w:rsidRPr="007319E2" w:rsidRDefault="00AF089A" w:rsidP="00A32EDC">
            <w:pPr>
              <w:spacing w:line="276" w:lineRule="auto"/>
              <w:rPr>
                <w:rFonts w:cs="Iskoola Pota"/>
                <w:sz w:val="24"/>
                <w:szCs w:val="24"/>
              </w:rPr>
            </w:pPr>
          </w:p>
        </w:tc>
      </w:tr>
      <w:tr w:rsidR="00714A04" w:rsidRPr="007319E2" w:rsidTr="00250DD6">
        <w:trPr>
          <w:trHeight w:val="539"/>
        </w:trPr>
        <w:tc>
          <w:tcPr>
            <w:tcW w:w="4248" w:type="dxa"/>
          </w:tcPr>
          <w:p w:rsidR="00714A04" w:rsidRPr="007319E2" w:rsidRDefault="002A2D56" w:rsidP="00A32EDC">
            <w:pPr>
              <w:spacing w:line="276" w:lineRule="auto"/>
              <w:rPr>
                <w:rFonts w:cs="Iskoola Pota"/>
                <w:sz w:val="24"/>
                <w:szCs w:val="24"/>
                <w:lang w:bidi="si-LK"/>
              </w:rPr>
            </w:pPr>
            <w:r>
              <w:rPr>
                <w:rFonts w:cs="Iskoola Pota"/>
                <w:sz w:val="24"/>
                <w:szCs w:val="24"/>
                <w:cs/>
                <w:lang w:bidi="si-LK"/>
              </w:rPr>
              <w:t>ලිංගික සහ ස්ත</w:t>
            </w:r>
            <w:r>
              <w:rPr>
                <w:rFonts w:cs="Iskoola Pota" w:hint="cs"/>
                <w:sz w:val="24"/>
                <w:szCs w:val="24"/>
                <w:cs/>
                <w:lang w:bidi="si-LK"/>
              </w:rPr>
              <w:t>්‍රී</w:t>
            </w:r>
            <w:r w:rsidR="00714A04" w:rsidRPr="007319E2">
              <w:rPr>
                <w:rFonts w:cs="Iskoola Pota"/>
                <w:sz w:val="24"/>
                <w:szCs w:val="24"/>
                <w:cs/>
                <w:lang w:bidi="si-LK"/>
              </w:rPr>
              <w:t xml:space="preserve"> පුරුෂ සමාජභාවය පදනම් කරගත් හිංසනය වැළැක්වීම අදාළ ක්‍රියාකාරකම් ජාතික මට්ටමින් ක්‍රියාත්මක කිරීම </w:t>
            </w:r>
          </w:p>
        </w:tc>
        <w:tc>
          <w:tcPr>
            <w:tcW w:w="3240" w:type="dxa"/>
          </w:tcPr>
          <w:p w:rsidR="00714A04" w:rsidRPr="007319E2" w:rsidRDefault="00714A04" w:rsidP="00383806">
            <w:pPr>
              <w:spacing w:line="276" w:lineRule="auto"/>
              <w:jc w:val="both"/>
              <w:rPr>
                <w:rFonts w:cs="Iskoola Pota"/>
                <w:sz w:val="24"/>
                <w:szCs w:val="24"/>
                <w:lang w:bidi="si-LK"/>
              </w:rPr>
            </w:pPr>
            <w:r w:rsidRPr="007319E2">
              <w:rPr>
                <w:rFonts w:cs="Iskoola Pota"/>
                <w:sz w:val="24"/>
                <w:szCs w:val="24"/>
                <w:cs/>
                <w:lang w:bidi="si-LK"/>
              </w:rPr>
              <w:t>ශ්‍රී ලංකාවේ ලිංගික සහ ස්ත්‍රි පුරුෂ සමාජභාවය පදනම් කරගත් හිංසනය (</w:t>
            </w:r>
            <w:r w:rsidRPr="007319E2">
              <w:rPr>
                <w:rFonts w:cs="Iskoola Pota"/>
                <w:sz w:val="24"/>
                <w:szCs w:val="24"/>
                <w:lang w:bidi="si-LK"/>
              </w:rPr>
              <w:t xml:space="preserve">SGBV) </w:t>
            </w:r>
            <w:r w:rsidRPr="007319E2">
              <w:rPr>
                <w:rFonts w:cs="Iskoola Pota"/>
                <w:sz w:val="24"/>
                <w:szCs w:val="24"/>
                <w:cs/>
                <w:lang w:bidi="si-LK"/>
              </w:rPr>
              <w:t xml:space="preserve">පිටු දැකීම සඳහා වූ බහු-ආංශික ජාතික ක්‍රියාකාරී සැලැස්ම </w:t>
            </w:r>
            <w:r w:rsidRPr="007319E2">
              <w:rPr>
                <w:rFonts w:cs="Iskoola Pota"/>
                <w:sz w:val="24"/>
                <w:szCs w:val="24"/>
                <w:lang w:bidi="si-LK"/>
              </w:rPr>
              <w:t>- II  (2024-2028)</w:t>
            </w:r>
          </w:p>
        </w:tc>
        <w:tc>
          <w:tcPr>
            <w:tcW w:w="2138" w:type="dxa"/>
          </w:tcPr>
          <w:p w:rsidR="00714A04" w:rsidRPr="007319E2" w:rsidRDefault="00714A04" w:rsidP="00A32EDC">
            <w:pPr>
              <w:spacing w:line="276" w:lineRule="auto"/>
              <w:rPr>
                <w:rFonts w:cs="Iskoola Pota"/>
                <w:sz w:val="24"/>
                <w:szCs w:val="24"/>
              </w:rPr>
            </w:pPr>
          </w:p>
        </w:tc>
      </w:tr>
      <w:tr w:rsidR="00714A04" w:rsidRPr="007319E2" w:rsidTr="00250DD6">
        <w:trPr>
          <w:trHeight w:val="539"/>
        </w:trPr>
        <w:tc>
          <w:tcPr>
            <w:tcW w:w="4248" w:type="dxa"/>
          </w:tcPr>
          <w:p w:rsidR="00714A04" w:rsidRPr="007319E2" w:rsidRDefault="00714A04" w:rsidP="00A32EDC">
            <w:pPr>
              <w:spacing w:line="276" w:lineRule="auto"/>
              <w:rPr>
                <w:rFonts w:cs="Iskoola Pota"/>
                <w:sz w:val="24"/>
                <w:szCs w:val="24"/>
                <w:cs/>
                <w:lang w:bidi="si-LK"/>
              </w:rPr>
            </w:pPr>
            <w:r w:rsidRPr="007319E2">
              <w:rPr>
                <w:rFonts w:cs="Iskoola Pota"/>
                <w:sz w:val="24"/>
                <w:szCs w:val="24"/>
                <w:cs/>
                <w:lang w:bidi="si-LK"/>
              </w:rPr>
              <w:t>එක්සත් ජාතීන්ගේ ආරක්ෂක මණ්ඩල නිර්දේශ ක්‍රියාත්මක කිරීම 1325</w:t>
            </w:r>
          </w:p>
        </w:tc>
        <w:tc>
          <w:tcPr>
            <w:tcW w:w="3240" w:type="dxa"/>
          </w:tcPr>
          <w:p w:rsidR="00714A04" w:rsidRPr="007319E2" w:rsidRDefault="00714A04" w:rsidP="00A32EDC">
            <w:pPr>
              <w:spacing w:line="276" w:lineRule="auto"/>
              <w:rPr>
                <w:rFonts w:cs="Iskoola Pota"/>
                <w:sz w:val="24"/>
                <w:szCs w:val="24"/>
                <w:lang w:bidi="si-LK"/>
              </w:rPr>
            </w:pPr>
            <w:r w:rsidRPr="007319E2">
              <w:rPr>
                <w:rFonts w:cs="Iskoola Pota"/>
                <w:sz w:val="24"/>
                <w:szCs w:val="24"/>
                <w:cs/>
                <w:lang w:bidi="si-LK"/>
              </w:rPr>
              <w:t xml:space="preserve">කාන්තාව, සාමය හා ආරක්ෂාව පිළිබඳ පස් අවුරුදු ජාතික ක්‍රියාකාරී සැලැස්ම  2023-2027 </w:t>
            </w:r>
          </w:p>
        </w:tc>
        <w:tc>
          <w:tcPr>
            <w:tcW w:w="2138" w:type="dxa"/>
          </w:tcPr>
          <w:p w:rsidR="00714A04" w:rsidRPr="007319E2" w:rsidRDefault="00714A04" w:rsidP="00A32EDC">
            <w:pPr>
              <w:spacing w:line="276" w:lineRule="auto"/>
              <w:rPr>
                <w:rFonts w:cs="Iskoola Pota"/>
                <w:sz w:val="24"/>
                <w:szCs w:val="24"/>
              </w:rPr>
            </w:pPr>
          </w:p>
        </w:tc>
      </w:tr>
    </w:tbl>
    <w:p w:rsidR="00CD1104" w:rsidRPr="007319E2" w:rsidRDefault="00836AF7" w:rsidP="00A32EDC">
      <w:pPr>
        <w:spacing w:after="0"/>
        <w:rPr>
          <w:rFonts w:cs="Iskoola Pota"/>
          <w:sz w:val="24"/>
          <w:szCs w:val="24"/>
        </w:rPr>
      </w:pPr>
      <w:r w:rsidRPr="007319E2">
        <w:rPr>
          <w:rFonts w:cs="Iskoola Pota"/>
          <w:sz w:val="24"/>
          <w:szCs w:val="24"/>
        </w:rPr>
        <w:br w:type="page"/>
      </w:r>
    </w:p>
    <w:p w:rsidR="00A05451" w:rsidRPr="007319E2" w:rsidRDefault="007C40E6" w:rsidP="00A32EDC">
      <w:pPr>
        <w:spacing w:after="0"/>
        <w:jc w:val="right"/>
        <w:rPr>
          <w:rFonts w:cs="Iskoola Pota"/>
          <w:sz w:val="24"/>
          <w:szCs w:val="24"/>
          <w:cs/>
          <w:lang w:bidi="si-LK"/>
        </w:rPr>
      </w:pPr>
      <w:r w:rsidRPr="007319E2">
        <w:rPr>
          <w:rFonts w:cs="Iskoola Pota"/>
          <w:b/>
          <w:bCs/>
          <w:sz w:val="24"/>
          <w:szCs w:val="24"/>
          <w:cs/>
          <w:lang w:bidi="si-LK"/>
        </w:rPr>
        <w:lastRenderedPageBreak/>
        <w:t>ආ</w:t>
      </w:r>
      <w:r w:rsidR="00A05451" w:rsidRPr="007319E2">
        <w:rPr>
          <w:rFonts w:cs="Iskoola Pota"/>
          <w:b/>
          <w:bCs/>
          <w:sz w:val="24"/>
          <w:szCs w:val="24"/>
          <w:cs/>
          <w:lang w:bidi="si-LK"/>
        </w:rPr>
        <w:t>දර්ශ</w:t>
      </w:r>
      <w:r w:rsidR="00A05451" w:rsidRPr="007319E2">
        <w:rPr>
          <w:rFonts w:cs="Iskoola Pota"/>
          <w:b/>
          <w:sz w:val="24"/>
          <w:szCs w:val="24"/>
        </w:rPr>
        <w:t xml:space="preserve"> </w:t>
      </w:r>
      <w:r w:rsidR="00A05451" w:rsidRPr="007319E2">
        <w:rPr>
          <w:rFonts w:cs="Iskoola Pota"/>
          <w:b/>
          <w:bCs/>
          <w:sz w:val="24"/>
          <w:szCs w:val="24"/>
          <w:cs/>
          <w:lang w:bidi="si-LK"/>
        </w:rPr>
        <w:t>ආකෘතිය</w:t>
      </w:r>
    </w:p>
    <w:p w:rsidR="00120A68" w:rsidRDefault="00836AF7" w:rsidP="00A32EDC">
      <w:pPr>
        <w:spacing w:before="240" w:after="0"/>
        <w:rPr>
          <w:rFonts w:cs="Iskoola Pota"/>
          <w:b/>
          <w:bCs/>
          <w:sz w:val="24"/>
          <w:szCs w:val="24"/>
          <w:lang w:bidi="si-LK"/>
        </w:rPr>
      </w:pPr>
      <w:r w:rsidRPr="007319E2">
        <w:rPr>
          <w:rFonts w:cs="Iskoola Pota"/>
          <w:b/>
          <w:bCs/>
          <w:sz w:val="24"/>
          <w:szCs w:val="24"/>
          <w:cs/>
          <w:lang w:bidi="si-LK"/>
        </w:rPr>
        <w:t>දෙවන</w:t>
      </w:r>
      <w:r w:rsidRPr="007319E2">
        <w:rPr>
          <w:rFonts w:cs="Iskoola Pota"/>
          <w:b/>
          <w:sz w:val="24"/>
          <w:szCs w:val="24"/>
        </w:rPr>
        <w:t xml:space="preserve"> </w:t>
      </w:r>
      <w:r w:rsidRPr="007319E2">
        <w:rPr>
          <w:rFonts w:cs="Iskoola Pota"/>
          <w:b/>
          <w:bCs/>
          <w:sz w:val="24"/>
          <w:szCs w:val="24"/>
          <w:cs/>
          <w:lang w:bidi="si-LK"/>
        </w:rPr>
        <w:t>කොට</w:t>
      </w:r>
      <w:r w:rsidR="00120A68" w:rsidRPr="007319E2">
        <w:rPr>
          <w:rFonts w:cs="Iskoola Pota"/>
          <w:b/>
          <w:bCs/>
          <w:sz w:val="24"/>
          <w:szCs w:val="24"/>
          <w:cs/>
          <w:lang w:bidi="si-LK"/>
        </w:rPr>
        <w:t>ස</w:t>
      </w:r>
    </w:p>
    <w:p w:rsidR="00DA2270" w:rsidRPr="00DA2270" w:rsidRDefault="00DA2270" w:rsidP="00A32EDC">
      <w:pPr>
        <w:spacing w:before="240" w:after="0"/>
        <w:rPr>
          <w:rFonts w:cs="Iskoola Pota"/>
          <w:b/>
          <w:bCs/>
          <w:sz w:val="4"/>
          <w:szCs w:val="4"/>
          <w:lang w:bidi="si-LK"/>
        </w:rPr>
      </w:pPr>
    </w:p>
    <w:p w:rsidR="00CD1104" w:rsidRDefault="00836AF7" w:rsidP="00A32EDC">
      <w:pPr>
        <w:spacing w:after="0"/>
        <w:ind w:left="720"/>
        <w:rPr>
          <w:rFonts w:cs="Iskoola Pota"/>
          <w:b/>
          <w:bCs/>
          <w:sz w:val="24"/>
          <w:szCs w:val="24"/>
          <w:lang w:bidi="si-LK"/>
        </w:rPr>
      </w:pPr>
      <w:r w:rsidRPr="007319E2">
        <w:rPr>
          <w:rFonts w:cs="Iskoola Pota"/>
          <w:b/>
          <w:sz w:val="24"/>
          <w:szCs w:val="24"/>
        </w:rPr>
        <w:t xml:space="preserve">05. </w:t>
      </w:r>
      <w:r w:rsidRPr="007319E2">
        <w:rPr>
          <w:rFonts w:cs="Iskoola Pota"/>
          <w:b/>
          <w:bCs/>
          <w:sz w:val="24"/>
          <w:szCs w:val="24"/>
          <w:cs/>
          <w:lang w:bidi="si-LK"/>
        </w:rPr>
        <w:t>අමාත</w:t>
      </w:r>
      <w:r w:rsidR="00F240CA" w:rsidRPr="007319E2">
        <w:rPr>
          <w:rFonts w:cs="Iskoola Pota"/>
          <w:b/>
          <w:bCs/>
          <w:sz w:val="24"/>
          <w:szCs w:val="24"/>
          <w:cs/>
          <w:lang w:bidi="si-LK"/>
        </w:rPr>
        <w:t>්‍යාංශය</w:t>
      </w:r>
      <w:r w:rsidRPr="007319E2">
        <w:rPr>
          <w:rFonts w:cs="Iskoola Pota"/>
          <w:b/>
          <w:sz w:val="24"/>
          <w:szCs w:val="24"/>
        </w:rPr>
        <w:t xml:space="preserve"> </w:t>
      </w:r>
      <w:r w:rsidRPr="007319E2">
        <w:rPr>
          <w:rFonts w:cs="Iskoola Pota"/>
          <w:b/>
          <w:bCs/>
          <w:sz w:val="24"/>
          <w:szCs w:val="24"/>
          <w:cs/>
          <w:lang w:bidi="si-LK"/>
        </w:rPr>
        <w:t>යටතේ</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00F240CA" w:rsidRPr="007319E2">
        <w:rPr>
          <w:rFonts w:cs="Iskoola Pota"/>
          <w:b/>
          <w:bCs/>
          <w:sz w:val="24"/>
          <w:szCs w:val="24"/>
          <w:cs/>
          <w:lang w:bidi="si-LK"/>
        </w:rPr>
        <w:t>අධිකාරි</w:t>
      </w:r>
      <w:r w:rsidRPr="007319E2">
        <w:rPr>
          <w:rFonts w:cs="Iskoola Pota"/>
          <w:b/>
          <w:bCs/>
          <w:sz w:val="24"/>
          <w:szCs w:val="24"/>
          <w:cs/>
          <w:lang w:bidi="si-LK"/>
        </w:rPr>
        <w:t>න්වල</w:t>
      </w:r>
      <w:r w:rsidRPr="007319E2">
        <w:rPr>
          <w:rFonts w:cs="Iskoola Pota"/>
          <w:b/>
          <w:sz w:val="24"/>
          <w:szCs w:val="24"/>
        </w:rPr>
        <w:t xml:space="preserve"> </w:t>
      </w:r>
      <w:r w:rsidRPr="007319E2">
        <w:rPr>
          <w:rFonts w:cs="Iskoola Pota"/>
          <w:b/>
          <w:bCs/>
          <w:sz w:val="24"/>
          <w:szCs w:val="24"/>
          <w:cs/>
          <w:lang w:bidi="si-LK"/>
        </w:rPr>
        <w:t>තොරතුරු</w:t>
      </w:r>
    </w:p>
    <w:p w:rsidR="003636F1" w:rsidRPr="007319E2" w:rsidRDefault="003636F1" w:rsidP="00A32EDC">
      <w:pPr>
        <w:spacing w:after="0"/>
        <w:ind w:left="720"/>
        <w:rPr>
          <w:rFonts w:cs="Iskoola Pota"/>
          <w:sz w:val="24"/>
          <w:szCs w:val="24"/>
        </w:rPr>
      </w:pPr>
    </w:p>
    <w:tbl>
      <w:tblPr>
        <w:tblStyle w:val="TableGrid"/>
        <w:tblW w:w="10368" w:type="dxa"/>
        <w:tblLayout w:type="fixed"/>
        <w:tblLook w:val="04A0"/>
      </w:tblPr>
      <w:tblGrid>
        <w:gridCol w:w="1381"/>
        <w:gridCol w:w="1427"/>
        <w:gridCol w:w="1321"/>
        <w:gridCol w:w="1649"/>
        <w:gridCol w:w="1800"/>
        <w:gridCol w:w="2790"/>
      </w:tblGrid>
      <w:tr w:rsidR="007C6596" w:rsidRPr="007319E2" w:rsidTr="007C6596">
        <w:trPr>
          <w:trHeight w:val="998"/>
        </w:trPr>
        <w:tc>
          <w:tcPr>
            <w:tcW w:w="1381" w:type="dxa"/>
            <w:vAlign w:val="center"/>
          </w:tcPr>
          <w:p w:rsidR="007C6596" w:rsidRPr="007319E2" w:rsidRDefault="007C6596" w:rsidP="00A32EDC">
            <w:pPr>
              <w:spacing w:line="276" w:lineRule="auto"/>
              <w:jc w:val="center"/>
              <w:rPr>
                <w:rFonts w:cs="Iskoola Pota"/>
                <w:sz w:val="24"/>
                <w:szCs w:val="24"/>
              </w:rPr>
            </w:pP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w:t>
            </w:r>
            <w:r w:rsidRPr="007319E2">
              <w:rPr>
                <w:rFonts w:cs="Iskoola Pota"/>
                <w:b/>
                <w:sz w:val="24"/>
                <w:szCs w:val="24"/>
              </w:rPr>
              <w:t xml:space="preserve"> </w:t>
            </w:r>
            <w:r w:rsidRPr="007319E2">
              <w:rPr>
                <w:rFonts w:cs="Iskoola Pota"/>
                <w:b/>
                <w:bCs/>
                <w:sz w:val="24"/>
                <w:szCs w:val="24"/>
                <w:cs/>
                <w:lang w:bidi="si-LK"/>
              </w:rPr>
              <w:t>නම</w:t>
            </w:r>
          </w:p>
        </w:tc>
        <w:tc>
          <w:tcPr>
            <w:tcW w:w="1427" w:type="dxa"/>
            <w:vAlign w:val="center"/>
          </w:tcPr>
          <w:p w:rsidR="007C6596" w:rsidRPr="007319E2" w:rsidRDefault="007C6596" w:rsidP="00A32EDC">
            <w:pPr>
              <w:spacing w:line="276" w:lineRule="auto"/>
              <w:jc w:val="center"/>
              <w:rPr>
                <w:rFonts w:cs="Iskoola Pota"/>
                <w:sz w:val="24"/>
                <w:szCs w:val="24"/>
              </w:rPr>
            </w:pPr>
            <w:r w:rsidRPr="007319E2">
              <w:rPr>
                <w:rFonts w:cs="Iskoola Pota"/>
                <w:b/>
                <w:bCs/>
                <w:sz w:val="24"/>
                <w:szCs w:val="24"/>
                <w:cs/>
                <w:lang w:bidi="si-LK"/>
              </w:rPr>
              <w:t>ලිපිනය</w:t>
            </w:r>
          </w:p>
        </w:tc>
        <w:tc>
          <w:tcPr>
            <w:tcW w:w="1321" w:type="dxa"/>
            <w:vAlign w:val="center"/>
          </w:tcPr>
          <w:p w:rsidR="007C6596" w:rsidRPr="007319E2" w:rsidRDefault="007C6596" w:rsidP="007C6596">
            <w:pPr>
              <w:spacing w:line="276" w:lineRule="auto"/>
              <w:jc w:val="center"/>
              <w:rPr>
                <w:rFonts w:cs="Iskoola Pota"/>
                <w:sz w:val="24"/>
                <w:szCs w:val="24"/>
              </w:rPr>
            </w:pPr>
            <w:r w:rsidRPr="007319E2">
              <w:rPr>
                <w:rFonts w:cs="Iskoola Pota"/>
                <w:b/>
                <w:bCs/>
                <w:sz w:val="24"/>
                <w:szCs w:val="24"/>
                <w:cs/>
                <w:lang w:bidi="si-LK"/>
              </w:rPr>
              <w:t>දුරකථන</w:t>
            </w:r>
            <w:r w:rsidRPr="007319E2">
              <w:rPr>
                <w:rFonts w:cs="Iskoola Pota"/>
                <w:b/>
                <w:sz w:val="24"/>
                <w:szCs w:val="24"/>
              </w:rPr>
              <w:t xml:space="preserve"> </w:t>
            </w:r>
            <w:r w:rsidRPr="007319E2">
              <w:rPr>
                <w:rFonts w:cs="Iskoola Pota"/>
                <w:b/>
                <w:bCs/>
                <w:sz w:val="24"/>
                <w:szCs w:val="24"/>
                <w:cs/>
                <w:lang w:bidi="si-LK"/>
              </w:rPr>
              <w:t>අංක</w:t>
            </w:r>
            <w:r w:rsidRPr="007319E2">
              <w:rPr>
                <w:rFonts w:cs="Iskoola Pota"/>
                <w:b/>
                <w:sz w:val="24"/>
                <w:szCs w:val="24"/>
              </w:rPr>
              <w:t xml:space="preserve"> </w:t>
            </w:r>
          </w:p>
        </w:tc>
        <w:tc>
          <w:tcPr>
            <w:tcW w:w="1649" w:type="dxa"/>
          </w:tcPr>
          <w:p w:rsidR="007C6596" w:rsidRDefault="007C6596" w:rsidP="00A32EDC">
            <w:pPr>
              <w:jc w:val="center"/>
              <w:rPr>
                <w:rFonts w:cs="Iskoola Pota"/>
                <w:b/>
                <w:bCs/>
                <w:sz w:val="24"/>
                <w:szCs w:val="24"/>
                <w:lang w:bidi="si-LK"/>
              </w:rPr>
            </w:pPr>
          </w:p>
          <w:p w:rsidR="007C6596" w:rsidRPr="007319E2" w:rsidRDefault="007C6596" w:rsidP="007C6596">
            <w:pPr>
              <w:rPr>
                <w:rFonts w:cs="Iskoola Pota"/>
                <w:b/>
                <w:bCs/>
                <w:sz w:val="24"/>
                <w:szCs w:val="24"/>
                <w:cs/>
                <w:lang w:bidi="si-LK"/>
              </w:rPr>
            </w:pP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අඩවිය</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w:t>
            </w:r>
          </w:p>
        </w:tc>
        <w:tc>
          <w:tcPr>
            <w:tcW w:w="1800" w:type="dxa"/>
            <w:vAlign w:val="center"/>
          </w:tcPr>
          <w:p w:rsidR="007C6596" w:rsidRPr="007319E2" w:rsidRDefault="007C6596" w:rsidP="00A32EDC">
            <w:pPr>
              <w:spacing w:line="276" w:lineRule="auto"/>
              <w:jc w:val="center"/>
              <w:rPr>
                <w:rFonts w:cs="Iskoola Pota"/>
                <w:sz w:val="24"/>
                <w:szCs w:val="24"/>
              </w:rPr>
            </w:pPr>
            <w:r w:rsidRPr="007319E2">
              <w:rPr>
                <w:rFonts w:cs="Iskoola Pota"/>
                <w:b/>
                <w:bCs/>
                <w:sz w:val="24"/>
                <w:szCs w:val="24"/>
                <w:cs/>
                <w:lang w:bidi="si-LK"/>
              </w:rPr>
              <w:t>විද්‍යුත්</w:t>
            </w:r>
            <w:r w:rsidRPr="007319E2">
              <w:rPr>
                <w:rFonts w:cs="Iskoola Pota"/>
                <w:b/>
                <w:sz w:val="24"/>
                <w:szCs w:val="24"/>
              </w:rPr>
              <w:t xml:space="preserve"> </w:t>
            </w:r>
            <w:r w:rsidRPr="007319E2">
              <w:rPr>
                <w:rFonts w:cs="Iskoola Pota"/>
                <w:b/>
                <w:bCs/>
                <w:sz w:val="24"/>
                <w:szCs w:val="24"/>
                <w:cs/>
                <w:lang w:bidi="si-LK"/>
              </w:rPr>
              <w:t>තැපෑල</w:t>
            </w:r>
          </w:p>
        </w:tc>
        <w:tc>
          <w:tcPr>
            <w:tcW w:w="2790" w:type="dxa"/>
            <w:vAlign w:val="center"/>
          </w:tcPr>
          <w:p w:rsidR="007C6596" w:rsidRPr="007319E2" w:rsidRDefault="007C6596" w:rsidP="00A32EDC">
            <w:pPr>
              <w:spacing w:line="276" w:lineRule="auto"/>
              <w:jc w:val="center"/>
              <w:rPr>
                <w:rFonts w:cs="Iskoola Pota"/>
                <w:sz w:val="24"/>
                <w:szCs w:val="24"/>
              </w:rPr>
            </w:pP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නිලධාරි</w:t>
            </w:r>
            <w:r w:rsidRPr="007319E2">
              <w:rPr>
                <w:rFonts w:cs="Iskoola Pota"/>
                <w:b/>
                <w:sz w:val="24"/>
                <w:szCs w:val="24"/>
              </w:rPr>
              <w:t xml:space="preserve"> </w:t>
            </w:r>
            <w:r w:rsidRPr="007319E2">
              <w:rPr>
                <w:rFonts w:cs="Iskoola Pota"/>
                <w:b/>
                <w:bCs/>
                <w:sz w:val="24"/>
                <w:szCs w:val="24"/>
                <w:cs/>
                <w:lang w:bidi="si-LK"/>
              </w:rPr>
              <w:t>නම</w:t>
            </w:r>
            <w:r w:rsidRPr="007319E2">
              <w:rPr>
                <w:rFonts w:cs="Iskoola Pota"/>
                <w:b/>
                <w:sz w:val="24"/>
                <w:szCs w:val="24"/>
              </w:rPr>
              <w:t xml:space="preserve">, </w:t>
            </w:r>
            <w:r w:rsidRPr="007319E2">
              <w:rPr>
                <w:rFonts w:cs="Iskoola Pota"/>
                <w:b/>
                <w:bCs/>
                <w:sz w:val="24"/>
                <w:szCs w:val="24"/>
                <w:cs/>
                <w:lang w:bidi="si-LK"/>
              </w:rPr>
              <w:t>තනතුර</w:t>
            </w:r>
            <w:r w:rsidRPr="007319E2">
              <w:rPr>
                <w:rFonts w:cs="Iskoola Pota"/>
                <w:b/>
                <w:sz w:val="24"/>
                <w:szCs w:val="24"/>
              </w:rPr>
              <w:t xml:space="preserve"> </w:t>
            </w:r>
            <w:r w:rsidRPr="007319E2">
              <w:rPr>
                <w:rFonts w:cs="Iskoola Pota"/>
                <w:b/>
                <w:bCs/>
                <w:sz w:val="24"/>
                <w:szCs w:val="24"/>
                <w:cs/>
                <w:lang w:bidi="si-LK"/>
              </w:rPr>
              <w:t>සහ</w:t>
            </w:r>
            <w:r w:rsidRPr="007319E2">
              <w:rPr>
                <w:rFonts w:cs="Iskoola Pota"/>
                <w:b/>
                <w:sz w:val="24"/>
                <w:szCs w:val="24"/>
              </w:rPr>
              <w:t xml:space="preserve"> </w:t>
            </w:r>
            <w:r w:rsidRPr="007319E2">
              <w:rPr>
                <w:rFonts w:cs="Iskoola Pota"/>
                <w:b/>
                <w:bCs/>
                <w:sz w:val="24"/>
                <w:szCs w:val="24"/>
                <w:cs/>
                <w:lang w:bidi="si-LK"/>
              </w:rPr>
              <w:t>දුරකථන</w:t>
            </w:r>
            <w:r w:rsidRPr="007319E2">
              <w:rPr>
                <w:rFonts w:cs="Iskoola Pota"/>
                <w:b/>
                <w:sz w:val="24"/>
                <w:szCs w:val="24"/>
              </w:rPr>
              <w:t xml:space="preserve"> </w:t>
            </w:r>
            <w:r w:rsidRPr="007319E2">
              <w:rPr>
                <w:rFonts w:cs="Iskoola Pota"/>
                <w:b/>
                <w:bCs/>
                <w:sz w:val="24"/>
                <w:szCs w:val="24"/>
                <w:cs/>
                <w:lang w:bidi="si-LK"/>
              </w:rPr>
              <w:t>අංකය</w:t>
            </w:r>
          </w:p>
        </w:tc>
      </w:tr>
      <w:tr w:rsidR="007C6596" w:rsidRPr="007319E2" w:rsidTr="007C6596">
        <w:trPr>
          <w:trHeight w:val="468"/>
        </w:trPr>
        <w:tc>
          <w:tcPr>
            <w:tcW w:w="1381" w:type="dxa"/>
          </w:tcPr>
          <w:p w:rsidR="007C6596" w:rsidRPr="007319E2" w:rsidRDefault="007C6596" w:rsidP="00A32EDC">
            <w:pPr>
              <w:spacing w:line="276" w:lineRule="auto"/>
              <w:rPr>
                <w:rFonts w:cs="Iskoola Pota"/>
                <w:sz w:val="24"/>
                <w:szCs w:val="24"/>
                <w:cs/>
                <w:lang w:bidi="si-LK"/>
              </w:rPr>
            </w:pPr>
            <w:r w:rsidRPr="007319E2">
              <w:rPr>
                <w:rFonts w:cs="Iskoola Pota"/>
                <w:sz w:val="24"/>
                <w:szCs w:val="24"/>
                <w:cs/>
                <w:lang w:bidi="si-LK"/>
              </w:rPr>
              <w:t>ජාතික ළමා ආරක්ෂක අධිකාරිය</w:t>
            </w:r>
          </w:p>
        </w:tc>
        <w:tc>
          <w:tcPr>
            <w:tcW w:w="1427" w:type="dxa"/>
          </w:tcPr>
          <w:p w:rsidR="007C6596" w:rsidRPr="007319E2" w:rsidRDefault="007C6596" w:rsidP="00A32EDC">
            <w:pPr>
              <w:spacing w:line="276" w:lineRule="auto"/>
              <w:rPr>
                <w:rFonts w:cs="Iskoola Pota"/>
                <w:sz w:val="24"/>
                <w:szCs w:val="24"/>
                <w:lang w:bidi="si-LK"/>
              </w:rPr>
            </w:pPr>
            <w:r w:rsidRPr="007319E2">
              <w:rPr>
                <w:rFonts w:cs="Iskoola Pota"/>
                <w:sz w:val="24"/>
                <w:szCs w:val="24"/>
                <w:cs/>
                <w:lang w:bidi="si-LK"/>
              </w:rPr>
              <w:t>නො 330, තලවතුගොඩ පාර, මාදිවෙල,ශ්‍රී ජයවර්ධනපුර</w:t>
            </w:r>
          </w:p>
        </w:tc>
        <w:tc>
          <w:tcPr>
            <w:tcW w:w="1321" w:type="dxa"/>
          </w:tcPr>
          <w:p w:rsidR="007C6596" w:rsidRPr="007319E2" w:rsidRDefault="007C6596" w:rsidP="00A32EDC">
            <w:pPr>
              <w:spacing w:line="276" w:lineRule="auto"/>
              <w:rPr>
                <w:rFonts w:cs="Iskoola Pota"/>
                <w:sz w:val="24"/>
                <w:szCs w:val="24"/>
                <w:lang w:bidi="si-LK"/>
              </w:rPr>
            </w:pPr>
            <w:r w:rsidRPr="007319E2">
              <w:rPr>
                <w:rFonts w:cs="Iskoola Pota"/>
                <w:sz w:val="24"/>
                <w:szCs w:val="24"/>
                <w:cs/>
                <w:lang w:bidi="si-LK"/>
              </w:rPr>
              <w:t>011 2778911 (12-14)</w:t>
            </w:r>
          </w:p>
          <w:p w:rsidR="007C6596" w:rsidRPr="007319E2" w:rsidRDefault="007C6596" w:rsidP="00A32EDC">
            <w:pPr>
              <w:spacing w:line="276" w:lineRule="auto"/>
              <w:rPr>
                <w:rFonts w:cs="Iskoola Pota"/>
                <w:sz w:val="24"/>
                <w:szCs w:val="24"/>
                <w:lang w:bidi="si-LK"/>
              </w:rPr>
            </w:pPr>
          </w:p>
        </w:tc>
        <w:tc>
          <w:tcPr>
            <w:tcW w:w="1649" w:type="dxa"/>
          </w:tcPr>
          <w:p w:rsidR="007C6596" w:rsidRPr="007319E2" w:rsidRDefault="007C6596" w:rsidP="00A32EDC">
            <w:pPr>
              <w:rPr>
                <w:rFonts w:cs="Iskoola Pota"/>
                <w:sz w:val="24"/>
                <w:szCs w:val="24"/>
                <w:lang w:bidi="si-LK"/>
              </w:rPr>
            </w:pPr>
            <w:r w:rsidRPr="007319E2">
              <w:rPr>
                <w:rFonts w:cs="Iskoola Pota"/>
                <w:sz w:val="24"/>
                <w:szCs w:val="24"/>
                <w:lang w:bidi="si-LK"/>
              </w:rPr>
              <w:t>www.childprotection.gov.lk</w:t>
            </w:r>
          </w:p>
        </w:tc>
        <w:tc>
          <w:tcPr>
            <w:tcW w:w="1800" w:type="dxa"/>
          </w:tcPr>
          <w:p w:rsidR="007C6596" w:rsidRPr="007319E2" w:rsidRDefault="007C6596" w:rsidP="00A32EDC">
            <w:pPr>
              <w:spacing w:line="276" w:lineRule="auto"/>
              <w:rPr>
                <w:rFonts w:cs="Iskoola Pota"/>
                <w:sz w:val="24"/>
                <w:szCs w:val="24"/>
                <w:lang w:bidi="si-LK"/>
              </w:rPr>
            </w:pPr>
            <w:r w:rsidRPr="007319E2">
              <w:rPr>
                <w:rFonts w:cs="Iskoola Pota"/>
                <w:sz w:val="24"/>
                <w:szCs w:val="24"/>
                <w:lang w:bidi="si-LK"/>
              </w:rPr>
              <w:t>ncpa@childprotection.gov.lk</w:t>
            </w:r>
          </w:p>
        </w:tc>
        <w:tc>
          <w:tcPr>
            <w:tcW w:w="2790" w:type="dxa"/>
          </w:tcPr>
          <w:p w:rsidR="007C6596" w:rsidRPr="007319E2" w:rsidRDefault="007C6596" w:rsidP="00A32EDC">
            <w:pPr>
              <w:spacing w:line="276" w:lineRule="auto"/>
              <w:rPr>
                <w:rFonts w:cs="Iskoola Pota"/>
                <w:sz w:val="24"/>
                <w:szCs w:val="24"/>
                <w:lang w:bidi="si-LK"/>
              </w:rPr>
            </w:pPr>
            <w:r w:rsidRPr="007319E2">
              <w:rPr>
                <w:rFonts w:cs="Iskoola Pota"/>
                <w:sz w:val="24"/>
                <w:szCs w:val="24"/>
                <w:cs/>
                <w:lang w:bidi="si-LK"/>
              </w:rPr>
              <w:t>එම්.එස්.පී. ලක්ෂිකා මැණික්බෝව</w:t>
            </w:r>
          </w:p>
          <w:p w:rsidR="007C6596" w:rsidRPr="007319E2" w:rsidRDefault="007C6596" w:rsidP="00A32EDC">
            <w:pPr>
              <w:spacing w:line="276" w:lineRule="auto"/>
              <w:rPr>
                <w:rFonts w:cs="Iskoola Pota"/>
                <w:sz w:val="24"/>
                <w:szCs w:val="24"/>
                <w:lang w:bidi="si-LK"/>
              </w:rPr>
            </w:pPr>
            <w:r w:rsidRPr="007319E2">
              <w:rPr>
                <w:rFonts w:cs="Iskoola Pota"/>
                <w:sz w:val="24"/>
                <w:szCs w:val="24"/>
                <w:cs/>
                <w:lang w:bidi="si-LK"/>
              </w:rPr>
              <w:t>සහකාර අධ්‍යක්ෂ - මාධ්‍ය හා තොරතුරු</w:t>
            </w:r>
          </w:p>
          <w:p w:rsidR="007C6596" w:rsidRPr="007319E2" w:rsidRDefault="007C6596" w:rsidP="00A32EDC">
            <w:pPr>
              <w:spacing w:line="276" w:lineRule="auto"/>
              <w:rPr>
                <w:rFonts w:cs="Iskoola Pota"/>
                <w:sz w:val="24"/>
                <w:szCs w:val="24"/>
                <w:cs/>
                <w:lang w:bidi="si-LK"/>
              </w:rPr>
            </w:pPr>
            <w:r w:rsidRPr="007319E2">
              <w:rPr>
                <w:rFonts w:cs="Iskoola Pota"/>
                <w:sz w:val="24"/>
                <w:szCs w:val="24"/>
                <w:cs/>
                <w:lang w:bidi="si-LK"/>
              </w:rPr>
              <w:t>0112778911 (144)</w:t>
            </w:r>
          </w:p>
        </w:tc>
      </w:tr>
      <w:tr w:rsidR="007C6596" w:rsidRPr="007319E2" w:rsidTr="007C6596">
        <w:trPr>
          <w:trHeight w:val="468"/>
        </w:trPr>
        <w:tc>
          <w:tcPr>
            <w:tcW w:w="1381" w:type="dxa"/>
          </w:tcPr>
          <w:p w:rsidR="007C6596" w:rsidRPr="007319E2" w:rsidRDefault="007C6596" w:rsidP="00A32EDC">
            <w:pPr>
              <w:spacing w:line="276" w:lineRule="auto"/>
              <w:rPr>
                <w:rFonts w:cs="Iskoola Pota"/>
                <w:sz w:val="24"/>
                <w:szCs w:val="24"/>
              </w:rPr>
            </w:pPr>
            <w:r w:rsidRPr="007319E2">
              <w:rPr>
                <w:rFonts w:cs="Iskoola Pota"/>
                <w:sz w:val="24"/>
                <w:szCs w:val="24"/>
                <w:cs/>
                <w:lang w:bidi="si-LK"/>
              </w:rPr>
              <w:t>පරිවාස හා ළමාරක්ෂක සේවා දෙපාර්තමේන්තුව</w:t>
            </w:r>
          </w:p>
        </w:tc>
        <w:tc>
          <w:tcPr>
            <w:tcW w:w="1427" w:type="dxa"/>
          </w:tcPr>
          <w:p w:rsidR="007C6596" w:rsidRPr="007319E2" w:rsidRDefault="007C6596" w:rsidP="00A32EDC">
            <w:pPr>
              <w:spacing w:line="276" w:lineRule="auto"/>
              <w:rPr>
                <w:rFonts w:cs="Iskoola Pota"/>
                <w:sz w:val="24"/>
                <w:szCs w:val="24"/>
                <w:cs/>
                <w:lang w:bidi="si-LK"/>
              </w:rPr>
            </w:pPr>
            <w:r w:rsidRPr="007319E2">
              <w:rPr>
                <w:rFonts w:cs="Iskoola Pota"/>
                <w:sz w:val="24"/>
                <w:szCs w:val="24"/>
                <w:cs/>
                <w:lang w:bidi="si-LK"/>
              </w:rPr>
              <w:t xml:space="preserve">03 වන මහල, </w:t>
            </w:r>
            <w:r w:rsidRPr="007319E2">
              <w:rPr>
                <w:rFonts w:cs="Iskoola Pota"/>
                <w:sz w:val="24"/>
                <w:szCs w:val="24"/>
                <w:lang w:bidi="si-LK"/>
              </w:rPr>
              <w:t xml:space="preserve">II </w:t>
            </w:r>
            <w:r w:rsidRPr="007319E2">
              <w:rPr>
                <w:rFonts w:cs="Iskoola Pota"/>
                <w:sz w:val="24"/>
                <w:szCs w:val="24"/>
                <w:cs/>
                <w:lang w:bidi="si-LK"/>
              </w:rPr>
              <w:t>අදියර, සෙත්සිරිපාය, බත්තරමුල්ල</w:t>
            </w:r>
          </w:p>
        </w:tc>
        <w:tc>
          <w:tcPr>
            <w:tcW w:w="1321" w:type="dxa"/>
          </w:tcPr>
          <w:p w:rsidR="007C6596" w:rsidRDefault="007C6596" w:rsidP="00A32EDC">
            <w:pPr>
              <w:spacing w:line="276" w:lineRule="auto"/>
              <w:rPr>
                <w:rFonts w:cs="Iskoola Pota"/>
                <w:sz w:val="24"/>
                <w:szCs w:val="24"/>
                <w:lang w:bidi="si-LK"/>
              </w:rPr>
            </w:pPr>
            <w:r w:rsidRPr="007319E2">
              <w:rPr>
                <w:rFonts w:cs="Iskoola Pota"/>
                <w:sz w:val="24"/>
                <w:szCs w:val="24"/>
                <w:cs/>
                <w:lang w:bidi="si-LK"/>
              </w:rPr>
              <w:t>011 2186062</w:t>
            </w:r>
          </w:p>
          <w:p w:rsidR="007C6596" w:rsidRPr="007319E2" w:rsidRDefault="007C6596" w:rsidP="00A32EDC">
            <w:pPr>
              <w:spacing w:line="276" w:lineRule="auto"/>
              <w:rPr>
                <w:rFonts w:cs="Iskoola Pota"/>
                <w:sz w:val="24"/>
                <w:szCs w:val="24"/>
                <w:lang w:bidi="si-LK"/>
              </w:rPr>
            </w:pPr>
          </w:p>
        </w:tc>
        <w:tc>
          <w:tcPr>
            <w:tcW w:w="1649" w:type="dxa"/>
          </w:tcPr>
          <w:p w:rsidR="007C6596" w:rsidRPr="007319E2" w:rsidRDefault="007C6596" w:rsidP="00A32EDC">
            <w:pPr>
              <w:rPr>
                <w:rFonts w:cs="Iskoola Pota"/>
                <w:sz w:val="24"/>
                <w:szCs w:val="24"/>
                <w:lang w:bidi="si-LK"/>
              </w:rPr>
            </w:pPr>
            <w:r>
              <w:rPr>
                <w:rFonts w:cs="Iskoola Pota"/>
                <w:sz w:val="24"/>
                <w:szCs w:val="24"/>
                <w:lang w:bidi="si-LK"/>
              </w:rPr>
              <w:t>pcc@sltnet.lk</w:t>
            </w:r>
          </w:p>
        </w:tc>
        <w:tc>
          <w:tcPr>
            <w:tcW w:w="1800" w:type="dxa"/>
          </w:tcPr>
          <w:p w:rsidR="007C6596" w:rsidRPr="007319E2" w:rsidRDefault="007C6596" w:rsidP="00A32EDC">
            <w:pPr>
              <w:spacing w:line="276" w:lineRule="auto"/>
              <w:rPr>
                <w:rFonts w:cs="Iskoola Pota"/>
                <w:sz w:val="24"/>
                <w:szCs w:val="24"/>
              </w:rPr>
            </w:pPr>
            <w:r w:rsidRPr="007319E2">
              <w:rPr>
                <w:rFonts w:cs="Iskoola Pota"/>
                <w:sz w:val="24"/>
                <w:szCs w:val="24"/>
                <w:lang w:bidi="si-LK"/>
              </w:rPr>
              <w:t>www.probation.gov.lk</w:t>
            </w:r>
          </w:p>
        </w:tc>
        <w:tc>
          <w:tcPr>
            <w:tcW w:w="2790" w:type="dxa"/>
          </w:tcPr>
          <w:p w:rsidR="007C6596" w:rsidRPr="00187236" w:rsidRDefault="00E253BF" w:rsidP="00A32EDC">
            <w:pPr>
              <w:spacing w:line="276" w:lineRule="auto"/>
              <w:jc w:val="both"/>
              <w:rPr>
                <w:rFonts w:ascii="Times New Roman" w:eastAsia="Times New Roman" w:hAnsi="Times New Roman" w:cs="Iskoola Pota"/>
                <w:sz w:val="24"/>
                <w:szCs w:val="24"/>
                <w:lang w:bidi="si-LK"/>
              </w:rPr>
            </w:pPr>
            <w:r>
              <w:rPr>
                <w:rFonts w:ascii="Times New Roman" w:eastAsia="Times New Roman" w:hAnsi="Times New Roman" w:cs="Iskoola Pota" w:hint="cs"/>
                <w:sz w:val="24"/>
                <w:szCs w:val="24"/>
                <w:cs/>
                <w:lang w:bidi="si-LK"/>
              </w:rPr>
              <w:t>ඩී.එන්.පී. පෙරේරා මිය</w:t>
            </w:r>
          </w:p>
          <w:p w:rsidR="007C6596" w:rsidRPr="00C840CA" w:rsidRDefault="00E253BF" w:rsidP="00A32EDC">
            <w:pPr>
              <w:spacing w:line="276" w:lineRule="auto"/>
              <w:jc w:val="both"/>
              <w:rPr>
                <w:rFonts w:ascii="Times New Roman" w:eastAsia="Times New Roman" w:hAnsi="Times New Roman" w:cs="Times New Roman"/>
                <w:sz w:val="24"/>
                <w:szCs w:val="24"/>
                <w:lang w:bidi="si-LK"/>
              </w:rPr>
            </w:pPr>
            <w:r>
              <w:rPr>
                <w:rFonts w:ascii="Calibri" w:eastAsia="Times New Roman" w:hAnsi="Calibri" w:cs="Iskoola Pota"/>
                <w:color w:val="000000"/>
                <w:sz w:val="24"/>
                <w:szCs w:val="24"/>
                <w:cs/>
                <w:lang w:bidi="si-LK"/>
              </w:rPr>
              <w:t>සහකාර</w:t>
            </w:r>
            <w:r>
              <w:rPr>
                <w:rFonts w:ascii="Calibri" w:eastAsia="Times New Roman" w:hAnsi="Calibri" w:cs="Iskoola Pota" w:hint="cs"/>
                <w:color w:val="000000"/>
                <w:sz w:val="24"/>
                <w:szCs w:val="24"/>
                <w:cs/>
                <w:lang w:bidi="si-LK"/>
              </w:rPr>
              <w:t xml:space="preserve"> </w:t>
            </w:r>
            <w:r>
              <w:rPr>
                <w:rFonts w:ascii="Calibri" w:eastAsia="Times New Roman" w:hAnsi="Calibri" w:cs="Iskoola Pota"/>
                <w:color w:val="000000"/>
                <w:sz w:val="24"/>
                <w:szCs w:val="24"/>
                <w:cs/>
                <w:lang w:bidi="si-LK"/>
              </w:rPr>
              <w:t>කො</w:t>
            </w:r>
            <w:r>
              <w:rPr>
                <w:rFonts w:ascii="Calibri" w:eastAsia="Times New Roman" w:hAnsi="Calibri" w:cs="Iskoola Pota" w:hint="cs"/>
                <w:color w:val="000000"/>
                <w:sz w:val="24"/>
                <w:szCs w:val="24"/>
                <w:cs/>
                <w:lang w:bidi="si-LK"/>
              </w:rPr>
              <w:t>මසාරිස් (පාලන)</w:t>
            </w:r>
          </w:p>
          <w:p w:rsidR="007C6596" w:rsidRPr="007319E2" w:rsidRDefault="007C6596" w:rsidP="00A32EDC">
            <w:pPr>
              <w:spacing w:line="276" w:lineRule="auto"/>
              <w:rPr>
                <w:rFonts w:cs="Iskoola Pota"/>
                <w:sz w:val="24"/>
                <w:szCs w:val="24"/>
              </w:rPr>
            </w:pPr>
            <w:r w:rsidRPr="00C840CA">
              <w:rPr>
                <w:rFonts w:ascii="Times New Roman" w:eastAsia="Times New Roman" w:hAnsi="Times New Roman" w:cs="Times New Roman"/>
                <w:color w:val="000000"/>
                <w:sz w:val="24"/>
                <w:szCs w:val="24"/>
              </w:rPr>
              <w:t>0779256981</w:t>
            </w:r>
          </w:p>
        </w:tc>
      </w:tr>
    </w:tbl>
    <w:p w:rsidR="00CD1104" w:rsidRPr="007319E2" w:rsidRDefault="00CD1104" w:rsidP="00A32EDC">
      <w:pPr>
        <w:spacing w:after="0"/>
        <w:rPr>
          <w:rFonts w:cs="Iskoola Pota"/>
          <w:sz w:val="24"/>
          <w:szCs w:val="24"/>
        </w:rPr>
      </w:pPr>
    </w:p>
    <w:p w:rsidR="00CD1104" w:rsidRPr="007319E2" w:rsidRDefault="00836AF7" w:rsidP="00A32EDC">
      <w:pPr>
        <w:spacing w:after="0"/>
        <w:jc w:val="both"/>
        <w:rPr>
          <w:rFonts w:cs="Iskoola Pota"/>
          <w:b/>
          <w:sz w:val="24"/>
          <w:szCs w:val="24"/>
          <w:lang w:bidi="si-LK"/>
        </w:rPr>
      </w:pPr>
      <w:r w:rsidRPr="007319E2">
        <w:rPr>
          <w:rFonts w:cs="Iskoola Pota"/>
          <w:b/>
          <w:sz w:val="24"/>
          <w:szCs w:val="24"/>
        </w:rPr>
        <w:t xml:space="preserve">06. </w:t>
      </w:r>
      <w:r w:rsidRPr="007319E2">
        <w:rPr>
          <w:rFonts w:cs="Iskoola Pota"/>
          <w:b/>
          <w:bCs/>
          <w:sz w:val="24"/>
          <w:szCs w:val="24"/>
          <w:cs/>
          <w:lang w:bidi="si-LK"/>
        </w:rPr>
        <w:t>අමාත</w:t>
      </w:r>
      <w:r w:rsidR="00B81574" w:rsidRPr="007319E2">
        <w:rPr>
          <w:rFonts w:cs="Iskoola Pota"/>
          <w:b/>
          <w:bCs/>
          <w:sz w:val="24"/>
          <w:szCs w:val="24"/>
          <w:cs/>
          <w:lang w:bidi="si-LK"/>
        </w:rPr>
        <w:t>්‍යාංශය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අධිකාරියෙහි</w:t>
      </w:r>
      <w:r w:rsidRPr="007319E2">
        <w:rPr>
          <w:rFonts w:cs="Iskoola Pota"/>
          <w:b/>
          <w:sz w:val="24"/>
          <w:szCs w:val="24"/>
        </w:rPr>
        <w:t xml:space="preserve"> </w:t>
      </w:r>
      <w:r w:rsidRPr="007319E2">
        <w:rPr>
          <w:rFonts w:cs="Iskoola Pota"/>
          <w:b/>
          <w:bCs/>
          <w:sz w:val="24"/>
          <w:szCs w:val="24"/>
          <w:cs/>
          <w:lang w:bidi="si-LK"/>
        </w:rPr>
        <w:t>ප</w:t>
      </w:r>
      <w:r w:rsidR="00B81574" w:rsidRPr="007319E2">
        <w:rPr>
          <w:rFonts w:cs="Iskoola Pota"/>
          <w:b/>
          <w:bCs/>
          <w:sz w:val="24"/>
          <w:szCs w:val="24"/>
          <w:cs/>
          <w:lang w:bidi="si-LK"/>
        </w:rPr>
        <w:t>්‍ර</w:t>
      </w:r>
      <w:r w:rsidRPr="007319E2">
        <w:rPr>
          <w:rFonts w:cs="Iskoola Pota"/>
          <w:b/>
          <w:bCs/>
          <w:sz w:val="24"/>
          <w:szCs w:val="24"/>
          <w:cs/>
          <w:lang w:bidi="si-LK"/>
        </w:rPr>
        <w:t>ධාන</w:t>
      </w:r>
      <w:r w:rsidRPr="007319E2">
        <w:rPr>
          <w:rFonts w:cs="Iskoola Pota"/>
          <w:b/>
          <w:sz w:val="24"/>
          <w:szCs w:val="24"/>
        </w:rPr>
        <w:t xml:space="preserve"> </w:t>
      </w:r>
      <w:r w:rsidRPr="007319E2">
        <w:rPr>
          <w:rFonts w:cs="Iskoola Pota"/>
          <w:b/>
          <w:bCs/>
          <w:sz w:val="24"/>
          <w:szCs w:val="24"/>
          <w:cs/>
          <w:lang w:bidi="si-LK"/>
        </w:rPr>
        <w:t>විධායකයින්</w:t>
      </w:r>
      <w:r w:rsidRPr="007319E2">
        <w:rPr>
          <w:rFonts w:cs="Iskoola Pota"/>
          <w:b/>
          <w:sz w:val="24"/>
          <w:szCs w:val="24"/>
        </w:rPr>
        <w:t xml:space="preserve">, </w:t>
      </w:r>
      <w:r w:rsidRPr="007319E2">
        <w:rPr>
          <w:rFonts w:cs="Iskoola Pota"/>
          <w:b/>
          <w:bCs/>
          <w:sz w:val="24"/>
          <w:szCs w:val="24"/>
          <w:cs/>
          <w:lang w:bidi="si-LK"/>
        </w:rPr>
        <w:t>කාර්යයන්</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කර්</w:t>
      </w:r>
      <w:r w:rsidR="00B81574" w:rsidRPr="007319E2">
        <w:rPr>
          <w:rFonts w:cs="Iskoola Pota"/>
          <w:b/>
          <w:bCs/>
          <w:sz w:val="24"/>
          <w:szCs w:val="24"/>
          <w:cs/>
          <w:lang w:bidi="si-LK"/>
        </w:rPr>
        <w:t>තව්‍යයන</w:t>
      </w:r>
      <w:proofErr w:type="gramStart"/>
      <w:r w:rsidR="00B81574" w:rsidRPr="007319E2">
        <w:rPr>
          <w:rFonts w:cs="Iskoola Pota"/>
          <w:b/>
          <w:bCs/>
          <w:sz w:val="24"/>
          <w:szCs w:val="24"/>
          <w:cs/>
          <w:lang w:bidi="si-LK"/>
        </w:rPr>
        <w:t>්</w:t>
      </w:r>
      <w:proofErr w:type="gramEnd"/>
      <w:r w:rsidRPr="007319E2">
        <w:rPr>
          <w:rFonts w:cs="Iskoola Pota"/>
          <w:b/>
          <w:sz w:val="24"/>
          <w:szCs w:val="24"/>
        </w:rPr>
        <w:br/>
        <w:t>(</w:t>
      </w:r>
      <w:r w:rsidRPr="007319E2">
        <w:rPr>
          <w:rFonts w:cs="Iskoola Pota"/>
          <w:b/>
          <w:bCs/>
          <w:sz w:val="24"/>
          <w:szCs w:val="24"/>
          <w:cs/>
          <w:lang w:bidi="si-LK"/>
        </w:rPr>
        <w:t>අමාත</w:t>
      </w:r>
      <w:r w:rsidR="00B81574" w:rsidRPr="007319E2">
        <w:rPr>
          <w:rFonts w:cs="Iskoola Pota"/>
          <w:b/>
          <w:bCs/>
          <w:sz w:val="24"/>
          <w:szCs w:val="24"/>
          <w:cs/>
          <w:lang w:bidi="si-LK"/>
        </w:rPr>
        <w:t>්‍යාංශයට</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ආයතනයට</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වෙනම</w:t>
      </w:r>
      <w:r w:rsidRPr="007319E2">
        <w:rPr>
          <w:rFonts w:cs="Iskoola Pota"/>
          <w:b/>
          <w:sz w:val="24"/>
          <w:szCs w:val="24"/>
        </w:rPr>
        <w:t xml:space="preserve"> </w:t>
      </w:r>
      <w:r w:rsidRPr="007319E2">
        <w:rPr>
          <w:rFonts w:cs="Iskoola Pota"/>
          <w:b/>
          <w:bCs/>
          <w:sz w:val="24"/>
          <w:szCs w:val="24"/>
          <w:cs/>
          <w:lang w:bidi="si-LK"/>
        </w:rPr>
        <w:t>සටහන්</w:t>
      </w:r>
      <w:r w:rsidRPr="007319E2">
        <w:rPr>
          <w:rFonts w:cs="Iskoola Pota"/>
          <w:b/>
          <w:sz w:val="24"/>
          <w:szCs w:val="24"/>
        </w:rPr>
        <w:t xml:space="preserve"> </w:t>
      </w:r>
      <w:r w:rsidRPr="007319E2">
        <w:rPr>
          <w:rFonts w:cs="Iskoola Pota"/>
          <w:b/>
          <w:bCs/>
          <w:sz w:val="24"/>
          <w:szCs w:val="24"/>
          <w:cs/>
          <w:lang w:bidi="si-LK"/>
        </w:rPr>
        <w:t>යොදන්න</w:t>
      </w:r>
      <w:r w:rsidRPr="007319E2">
        <w:rPr>
          <w:rFonts w:cs="Iskoola Pota"/>
          <w:b/>
          <w:sz w:val="24"/>
          <w:szCs w:val="24"/>
        </w:rPr>
        <w:t>)</w:t>
      </w:r>
    </w:p>
    <w:p w:rsidR="005202A8" w:rsidRPr="007319E2" w:rsidRDefault="005202A8" w:rsidP="00A32EDC">
      <w:pPr>
        <w:spacing w:after="0"/>
        <w:jc w:val="both"/>
        <w:rPr>
          <w:rFonts w:cs="Iskoola Pota"/>
          <w:sz w:val="24"/>
          <w:szCs w:val="24"/>
          <w:lang w:bidi="si-LK"/>
        </w:rPr>
      </w:pPr>
    </w:p>
    <w:p w:rsidR="00CD1104" w:rsidRPr="007319E2" w:rsidRDefault="00836AF7" w:rsidP="00A32EDC">
      <w:pPr>
        <w:pStyle w:val="ListParagraph"/>
        <w:numPr>
          <w:ilvl w:val="0"/>
          <w:numId w:val="19"/>
        </w:numPr>
        <w:spacing w:after="0"/>
        <w:rPr>
          <w:rFonts w:cs="Iskoola Pota"/>
          <w:sz w:val="24"/>
          <w:szCs w:val="24"/>
        </w:rPr>
      </w:pPr>
      <w:r w:rsidRPr="007319E2">
        <w:rPr>
          <w:rFonts w:cs="Iskoola Pota"/>
          <w:sz w:val="24"/>
          <w:szCs w:val="24"/>
          <w:cs/>
          <w:lang w:bidi="si-LK"/>
        </w:rPr>
        <w:t>අමාත</w:t>
      </w:r>
      <w:r w:rsidR="005202A8" w:rsidRPr="007319E2">
        <w:rPr>
          <w:rFonts w:cs="Iskoola Pota"/>
          <w:sz w:val="24"/>
          <w:szCs w:val="24"/>
          <w:cs/>
          <w:lang w:bidi="si-LK"/>
        </w:rPr>
        <w:t>්‍යාංශයේ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 </w:t>
      </w: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w:t>
      </w:r>
      <w:r w:rsidR="00AB6027" w:rsidRPr="007319E2">
        <w:rPr>
          <w:rFonts w:cs="Iskoola Pota"/>
          <w:sz w:val="24"/>
          <w:szCs w:val="24"/>
          <w:cs/>
          <w:lang w:bidi="si-LK"/>
        </w:rPr>
        <w:t xml:space="preserve"> කාන්තා සහ ළමා කටයුතු අමාත්‍යාංශය</w:t>
      </w:r>
    </w:p>
    <w:p w:rsidR="00CD1104" w:rsidRDefault="00836AF7" w:rsidP="00A32EDC">
      <w:pPr>
        <w:pStyle w:val="ListParagraph"/>
        <w:numPr>
          <w:ilvl w:val="0"/>
          <w:numId w:val="19"/>
        </w:numPr>
        <w:spacing w:after="0"/>
        <w:rPr>
          <w:rFonts w:cs="Iskoola Pota"/>
          <w:sz w:val="24"/>
          <w:szCs w:val="24"/>
        </w:rPr>
      </w:pPr>
      <w:r w:rsidRPr="007319E2">
        <w:rPr>
          <w:rFonts w:cs="Iskoola Pota"/>
          <w:sz w:val="24"/>
          <w:szCs w:val="24"/>
          <w:cs/>
          <w:lang w:bidi="si-LK"/>
        </w:rPr>
        <w:t>තනතුරු</w:t>
      </w:r>
      <w:r w:rsidRPr="007319E2">
        <w:rPr>
          <w:rFonts w:cs="Iskoola Pota"/>
          <w:sz w:val="24"/>
          <w:szCs w:val="24"/>
        </w:rPr>
        <w:t xml:space="preserve"> </w:t>
      </w:r>
      <w:r w:rsidRPr="007319E2">
        <w:rPr>
          <w:rFonts w:cs="Iskoola Pota"/>
          <w:sz w:val="24"/>
          <w:szCs w:val="24"/>
          <w:cs/>
          <w:lang w:bidi="si-LK"/>
        </w:rPr>
        <w:t>අනුව</w:t>
      </w:r>
      <w:r w:rsidRPr="007319E2">
        <w:rPr>
          <w:rFonts w:cs="Iskoola Pota"/>
          <w:sz w:val="24"/>
          <w:szCs w:val="24"/>
        </w:rPr>
        <w:t xml:space="preserve"> </w:t>
      </w:r>
      <w:r w:rsidRPr="007319E2">
        <w:rPr>
          <w:rFonts w:cs="Iskoola Pota"/>
          <w:sz w:val="24"/>
          <w:szCs w:val="24"/>
          <w:cs/>
          <w:lang w:bidi="si-LK"/>
        </w:rPr>
        <w:t>බලතල</w:t>
      </w:r>
      <w:r w:rsidRPr="007319E2">
        <w:rPr>
          <w:rFonts w:cs="Iskoola Pota"/>
          <w:sz w:val="24"/>
          <w:szCs w:val="24"/>
        </w:rPr>
        <w:t xml:space="preserve"> </w:t>
      </w:r>
      <w:r w:rsidRPr="007319E2">
        <w:rPr>
          <w:rFonts w:cs="Iskoola Pota"/>
          <w:sz w:val="24"/>
          <w:szCs w:val="24"/>
          <w:cs/>
          <w:lang w:bidi="si-LK"/>
        </w:rPr>
        <w:t>කාර්යය</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කර්තව</w:t>
      </w:r>
      <w:r w:rsidR="00CB4541" w:rsidRPr="007319E2">
        <w:rPr>
          <w:rFonts w:cs="Iskoola Pota"/>
          <w:sz w:val="24"/>
          <w:szCs w:val="24"/>
          <w:cs/>
          <w:lang w:bidi="si-LK"/>
        </w:rPr>
        <w:t xml:space="preserve">්‍යය </w:t>
      </w:r>
      <w:r w:rsidR="00CB4541" w:rsidRPr="007319E2">
        <w:rPr>
          <w:rFonts w:cs="Iskoola Pota"/>
          <w:sz w:val="24"/>
          <w:szCs w:val="24"/>
        </w:rPr>
        <w:t xml:space="preserve"> :-</w:t>
      </w:r>
    </w:p>
    <w:p w:rsidR="00A32EDC" w:rsidRPr="007319E2" w:rsidRDefault="00A32EDC" w:rsidP="00A32EDC">
      <w:pPr>
        <w:pStyle w:val="ListParagraph"/>
        <w:spacing w:after="0"/>
        <w:rPr>
          <w:rFonts w:cs="Iskoola Pota"/>
          <w:sz w:val="24"/>
          <w:szCs w:val="24"/>
        </w:rPr>
      </w:pPr>
    </w:p>
    <w:tbl>
      <w:tblPr>
        <w:tblStyle w:val="TableGrid"/>
        <w:tblW w:w="10284" w:type="dxa"/>
        <w:tblLook w:val="04A0"/>
      </w:tblPr>
      <w:tblGrid>
        <w:gridCol w:w="2268"/>
        <w:gridCol w:w="8016"/>
      </w:tblGrid>
      <w:tr w:rsidR="00CD1104" w:rsidRPr="007319E2" w:rsidTr="00A32EDC">
        <w:trPr>
          <w:trHeight w:val="935"/>
        </w:trPr>
        <w:tc>
          <w:tcPr>
            <w:tcW w:w="2268" w:type="dxa"/>
            <w:vAlign w:val="center"/>
          </w:tcPr>
          <w:p w:rsidR="00CD1104" w:rsidRPr="007319E2" w:rsidRDefault="00CB4541" w:rsidP="00A32EDC">
            <w:pPr>
              <w:spacing w:line="276" w:lineRule="auto"/>
              <w:jc w:val="center"/>
              <w:rPr>
                <w:rFonts w:cs="Iskoola Pota"/>
                <w:sz w:val="24"/>
                <w:szCs w:val="24"/>
              </w:rPr>
            </w:pPr>
            <w:r w:rsidRPr="007319E2">
              <w:rPr>
                <w:rFonts w:cs="Iskoola Pota"/>
                <w:b/>
                <w:bCs/>
                <w:sz w:val="24"/>
                <w:szCs w:val="24"/>
                <w:cs/>
                <w:lang w:bidi="si-LK"/>
              </w:rPr>
              <w:t>ප්‍ර</w:t>
            </w:r>
            <w:r w:rsidR="00836AF7" w:rsidRPr="007319E2">
              <w:rPr>
                <w:rFonts w:cs="Iskoola Pota"/>
                <w:b/>
                <w:bCs/>
                <w:sz w:val="24"/>
                <w:szCs w:val="24"/>
                <w:cs/>
                <w:lang w:bidi="si-LK"/>
              </w:rPr>
              <w:t>ධාන</w:t>
            </w:r>
            <w:r w:rsidR="00836AF7" w:rsidRPr="007319E2">
              <w:rPr>
                <w:rFonts w:cs="Iskoola Pota"/>
                <w:b/>
                <w:sz w:val="24"/>
                <w:szCs w:val="24"/>
              </w:rPr>
              <w:t xml:space="preserve"> </w:t>
            </w:r>
            <w:r w:rsidR="00836AF7" w:rsidRPr="007319E2">
              <w:rPr>
                <w:rFonts w:cs="Iskoola Pota"/>
                <w:b/>
                <w:bCs/>
                <w:sz w:val="24"/>
                <w:szCs w:val="24"/>
                <w:cs/>
                <w:lang w:bidi="si-LK"/>
              </w:rPr>
              <w:t>තනතුරු</w:t>
            </w:r>
          </w:p>
        </w:tc>
        <w:tc>
          <w:tcPr>
            <w:tcW w:w="8016"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තනතුරට</w:t>
            </w:r>
            <w:r w:rsidRPr="007319E2">
              <w:rPr>
                <w:rFonts w:cs="Iskoola Pota"/>
                <w:b/>
                <w:sz w:val="24"/>
                <w:szCs w:val="24"/>
              </w:rPr>
              <w:t xml:space="preserve"> </w:t>
            </w:r>
            <w:r w:rsidRPr="007319E2">
              <w:rPr>
                <w:rFonts w:cs="Iskoola Pota"/>
                <w:b/>
                <w:bCs/>
                <w:sz w:val="24"/>
                <w:szCs w:val="24"/>
                <w:cs/>
                <w:lang w:bidi="si-LK"/>
              </w:rPr>
              <w:t>පැවරෙන</w:t>
            </w:r>
            <w:r w:rsidRPr="007319E2">
              <w:rPr>
                <w:rFonts w:cs="Iskoola Pota"/>
                <w:b/>
                <w:sz w:val="24"/>
                <w:szCs w:val="24"/>
              </w:rPr>
              <w:t xml:space="preserve"> </w:t>
            </w:r>
            <w:r w:rsidRPr="007319E2">
              <w:rPr>
                <w:rFonts w:cs="Iskoola Pota"/>
                <w:b/>
                <w:bCs/>
                <w:sz w:val="24"/>
                <w:szCs w:val="24"/>
                <w:cs/>
                <w:lang w:bidi="si-LK"/>
              </w:rPr>
              <w:t>බලතල</w:t>
            </w:r>
            <w:r w:rsidRPr="007319E2">
              <w:rPr>
                <w:rFonts w:cs="Iskoola Pota"/>
                <w:b/>
                <w:sz w:val="24"/>
                <w:szCs w:val="24"/>
              </w:rPr>
              <w:t xml:space="preserve">, </w:t>
            </w:r>
            <w:r w:rsidRPr="007319E2">
              <w:rPr>
                <w:rFonts w:cs="Iskoola Pota"/>
                <w:b/>
                <w:bCs/>
                <w:sz w:val="24"/>
                <w:szCs w:val="24"/>
                <w:cs/>
                <w:lang w:bidi="si-LK"/>
              </w:rPr>
              <w:t>කාර්යය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කර්තව</w:t>
            </w:r>
            <w:r w:rsidR="00D95717" w:rsidRPr="007319E2">
              <w:rPr>
                <w:rFonts w:cs="Iskoola Pota"/>
                <w:b/>
                <w:bCs/>
                <w:sz w:val="24"/>
                <w:szCs w:val="24"/>
                <w:cs/>
                <w:lang w:bidi="si-LK"/>
              </w:rPr>
              <w:t>්‍යයන්</w:t>
            </w:r>
            <w:r w:rsidRPr="007319E2">
              <w:rPr>
                <w:rFonts w:cs="Iskoola Pota"/>
                <w:b/>
                <w:sz w:val="24"/>
                <w:szCs w:val="24"/>
              </w:rPr>
              <w:t xml:space="preserve"> (</w:t>
            </w:r>
            <w:r w:rsidRPr="007319E2">
              <w:rPr>
                <w:rFonts w:cs="Iskoola Pota"/>
                <w:b/>
                <w:bCs/>
                <w:sz w:val="24"/>
                <w:szCs w:val="24"/>
                <w:cs/>
                <w:lang w:bidi="si-LK"/>
              </w:rPr>
              <w:t>සැකෙවින්</w:t>
            </w:r>
            <w:r w:rsidRPr="007319E2">
              <w:rPr>
                <w:rFonts w:cs="Iskoola Pota"/>
                <w:b/>
                <w:sz w:val="24"/>
                <w:szCs w:val="24"/>
              </w:rPr>
              <w:t>)</w:t>
            </w:r>
          </w:p>
        </w:tc>
      </w:tr>
      <w:tr w:rsidR="00AB6027" w:rsidRPr="007319E2" w:rsidTr="002C75DE">
        <w:trPr>
          <w:trHeight w:val="462"/>
        </w:trPr>
        <w:tc>
          <w:tcPr>
            <w:tcW w:w="2268" w:type="dxa"/>
          </w:tcPr>
          <w:p w:rsidR="00AB6027" w:rsidRPr="007319E2" w:rsidRDefault="00AB6027" w:rsidP="00A32EDC">
            <w:pPr>
              <w:spacing w:line="276" w:lineRule="auto"/>
              <w:rPr>
                <w:rFonts w:cs="Iskoola Pota"/>
                <w:sz w:val="24"/>
                <w:szCs w:val="24"/>
                <w:lang w:bidi="si-LK"/>
              </w:rPr>
            </w:pPr>
            <w:r w:rsidRPr="007319E2">
              <w:rPr>
                <w:rFonts w:cs="Iskoola Pota"/>
                <w:sz w:val="24"/>
                <w:szCs w:val="24"/>
                <w:cs/>
                <w:lang w:bidi="si-LK"/>
              </w:rPr>
              <w:t>අතිරේක ලේකම් (පාලන)</w:t>
            </w:r>
          </w:p>
        </w:tc>
        <w:tc>
          <w:tcPr>
            <w:tcW w:w="8016" w:type="dxa"/>
          </w:tcPr>
          <w:p w:rsidR="00AB6027" w:rsidRPr="007319E2" w:rsidRDefault="00AB6027" w:rsidP="00A32EDC">
            <w:pPr>
              <w:spacing w:line="276" w:lineRule="auto"/>
              <w:jc w:val="both"/>
              <w:rPr>
                <w:rFonts w:cs="Iskoola Pota"/>
                <w:sz w:val="24"/>
                <w:szCs w:val="24"/>
                <w:cs/>
                <w:lang w:bidi="si-LK"/>
              </w:rPr>
            </w:pPr>
            <w:r w:rsidRPr="007319E2">
              <w:rPr>
                <w:rFonts w:cs="Iskoola Pota"/>
                <w:sz w:val="24"/>
                <w:szCs w:val="24"/>
                <w:cs/>
                <w:lang w:bidi="si-LK"/>
              </w:rPr>
              <w:t>අමාත්‍යාංශයේ සියලුම අංශ පරිපාලන</w:t>
            </w:r>
            <w:r w:rsidR="00E72498" w:rsidRPr="007319E2">
              <w:rPr>
                <w:rFonts w:cs="Iskoola Pota"/>
                <w:sz w:val="24"/>
                <w:szCs w:val="24"/>
                <w:cs/>
                <w:lang w:bidi="si-LK"/>
              </w:rPr>
              <w:t>ය,</w:t>
            </w:r>
            <w:r w:rsidR="00187236">
              <w:rPr>
                <w:rFonts w:cs="Iskoola Pota" w:hint="cs"/>
                <w:sz w:val="24"/>
                <w:szCs w:val="24"/>
                <w:cs/>
                <w:lang w:bidi="si-LK"/>
              </w:rPr>
              <w:t xml:space="preserve"> </w:t>
            </w:r>
            <w:r w:rsidR="00E72498" w:rsidRPr="007319E2">
              <w:rPr>
                <w:rFonts w:cs="Iskoola Pota"/>
                <w:sz w:val="24"/>
                <w:szCs w:val="24"/>
                <w:cs/>
                <w:lang w:bidi="si-LK"/>
              </w:rPr>
              <w:t>පිරිස් කළමනාකරණය, ගිණුම් කටයුතු ජාතික ප්‍රතිපත්‍තීන් හා රජයේ නීති රෙගුලාසි වලට අනුකූලව ක්‍රියාත්මක කිරිමට මඟ පෙන්විම, නිලධාර</w:t>
            </w:r>
            <w:r w:rsidR="00AF089A">
              <w:rPr>
                <w:rFonts w:cs="Iskoola Pota"/>
                <w:sz w:val="24"/>
                <w:szCs w:val="24"/>
                <w:cs/>
                <w:lang w:bidi="si-LK"/>
              </w:rPr>
              <w:t>ීන් බඳවා ගැනීම, උසස් කිරීම, වින</w:t>
            </w:r>
            <w:r w:rsidR="00AF089A">
              <w:rPr>
                <w:rFonts w:cs="Iskoola Pota" w:hint="cs"/>
                <w:sz w:val="24"/>
                <w:szCs w:val="24"/>
                <w:cs/>
                <w:lang w:bidi="si-LK"/>
              </w:rPr>
              <w:t>යානු</w:t>
            </w:r>
            <w:r w:rsidR="00E72498" w:rsidRPr="007319E2">
              <w:rPr>
                <w:rFonts w:cs="Iskoola Pota"/>
                <w:sz w:val="24"/>
                <w:szCs w:val="24"/>
                <w:cs/>
                <w:lang w:bidi="si-LK"/>
              </w:rPr>
              <w:t>කූල කටයුතු ඇතුලු සියලුම ආයතනික කටයුතු සඳහා නිලධාරීන් මෙහෙයවීම හා අධීක්ෂණය සිදු කිරීම.</w:t>
            </w:r>
          </w:p>
        </w:tc>
      </w:tr>
      <w:tr w:rsidR="00AB6027" w:rsidRPr="007319E2" w:rsidTr="002C75DE">
        <w:trPr>
          <w:trHeight w:val="462"/>
        </w:trPr>
        <w:tc>
          <w:tcPr>
            <w:tcW w:w="2268" w:type="dxa"/>
          </w:tcPr>
          <w:p w:rsidR="00AB6027" w:rsidRPr="007319E2" w:rsidRDefault="00AB6027" w:rsidP="00A32EDC">
            <w:pPr>
              <w:spacing w:line="276" w:lineRule="auto"/>
              <w:rPr>
                <w:rFonts w:cs="Iskoola Pota"/>
                <w:sz w:val="24"/>
                <w:szCs w:val="24"/>
                <w:lang w:bidi="si-LK"/>
              </w:rPr>
            </w:pPr>
            <w:r w:rsidRPr="007319E2">
              <w:rPr>
                <w:rFonts w:cs="Iskoola Pota"/>
                <w:sz w:val="24"/>
                <w:szCs w:val="24"/>
                <w:cs/>
                <w:lang w:bidi="si-LK"/>
              </w:rPr>
              <w:t>අතිරේක ලේකම් (සංවර්ධන)</w:t>
            </w:r>
          </w:p>
        </w:tc>
        <w:tc>
          <w:tcPr>
            <w:tcW w:w="8016" w:type="dxa"/>
          </w:tcPr>
          <w:p w:rsidR="00AB6027" w:rsidRPr="007319E2" w:rsidRDefault="00E7727A" w:rsidP="00A32EDC">
            <w:pPr>
              <w:spacing w:line="276" w:lineRule="auto"/>
              <w:jc w:val="both"/>
              <w:rPr>
                <w:rFonts w:cs="Iskoola Pota"/>
                <w:sz w:val="24"/>
                <w:szCs w:val="24"/>
              </w:rPr>
            </w:pPr>
            <w:r w:rsidRPr="007319E2">
              <w:rPr>
                <w:rFonts w:cs="Iskoola Pota"/>
                <w:sz w:val="24"/>
                <w:szCs w:val="24"/>
                <w:cs/>
                <w:lang w:bidi="si-LK"/>
              </w:rPr>
              <w:t>අමාත්‍යා</w:t>
            </w:r>
            <w:r w:rsidR="005F6F00" w:rsidRPr="007319E2">
              <w:rPr>
                <w:rFonts w:cs="Iskoola Pota"/>
                <w:sz w:val="24"/>
                <w:szCs w:val="24"/>
                <w:cs/>
                <w:lang w:bidi="si-LK"/>
              </w:rPr>
              <w:t>ශයේ වාර්ෂික සංවර්ධන සැලැස්ම සකස් කිරීම,</w:t>
            </w:r>
            <w:r w:rsidRPr="007319E2">
              <w:rPr>
                <w:rFonts w:cs="Iskoola Pota"/>
                <w:sz w:val="24"/>
                <w:szCs w:val="24"/>
                <w:cs/>
                <w:lang w:bidi="si-LK"/>
              </w:rPr>
              <w:t xml:space="preserve"> </w:t>
            </w:r>
            <w:r w:rsidR="005F6F00" w:rsidRPr="007319E2">
              <w:rPr>
                <w:rFonts w:cs="Iskoola Pota"/>
                <w:sz w:val="24"/>
                <w:szCs w:val="24"/>
                <w:cs/>
                <w:lang w:bidi="si-LK"/>
              </w:rPr>
              <w:t xml:space="preserve">ක්‍රියාත්මක කිරීම හා පසුවිපරම් </w:t>
            </w:r>
            <w:r w:rsidRPr="007319E2">
              <w:rPr>
                <w:rFonts w:cs="Iskoola Pota"/>
                <w:sz w:val="24"/>
                <w:szCs w:val="24"/>
                <w:cs/>
                <w:lang w:bidi="si-LK"/>
              </w:rPr>
              <w:t>කිරීම, කාන්ත‌ා සංවර්ධනයට අදාල සැලසුම් සකස් කිරීම, සංවර්ධන වැඩසටහන් ක්‍රියාත්මක කිරීම, කාන්තා සංවර්ධනයට අදාල කැබිනට් පත්‍රිකා සකස් කිරීම,</w:t>
            </w:r>
            <w:r w:rsidR="002C75DE">
              <w:rPr>
                <w:rFonts w:cs="Iskoola Pota" w:hint="cs"/>
                <w:sz w:val="24"/>
                <w:szCs w:val="24"/>
                <w:cs/>
                <w:lang w:bidi="si-LK"/>
              </w:rPr>
              <w:t xml:space="preserve"> </w:t>
            </w:r>
            <w:r w:rsidRPr="007319E2">
              <w:rPr>
                <w:rFonts w:cs="Iskoola Pota"/>
                <w:sz w:val="24"/>
                <w:szCs w:val="24"/>
                <w:cs/>
                <w:lang w:bidi="si-LK"/>
              </w:rPr>
              <w:t>නීරීක්ෂණ ලබා දීම හා ක්‍රියාත්මක කිරීම හා අම</w:t>
            </w:r>
            <w:r w:rsidR="00FC7CCB">
              <w:rPr>
                <w:rFonts w:cs="Iskoola Pota" w:hint="cs"/>
                <w:sz w:val="24"/>
                <w:szCs w:val="24"/>
                <w:cs/>
                <w:lang w:bidi="si-LK"/>
              </w:rPr>
              <w:t>ා</w:t>
            </w:r>
            <w:r w:rsidRPr="007319E2">
              <w:rPr>
                <w:rFonts w:cs="Iskoola Pota"/>
                <w:sz w:val="24"/>
                <w:szCs w:val="24"/>
                <w:cs/>
                <w:lang w:bidi="si-LK"/>
              </w:rPr>
              <w:t>ත්‍යාංශයේ අනෙකුත් අංශ විසින් ක්‍රියාත්මක කරන සංවර්ධන වැඩසටහන්හි ප්‍රගති සමාලෝචනය කිරීම ඇතුලු සංවර්ධන කාර්යයන් සිදු කිරීම.</w:t>
            </w:r>
          </w:p>
        </w:tc>
      </w:tr>
      <w:tr w:rsidR="00AB6027" w:rsidRPr="007319E2" w:rsidTr="002C75DE">
        <w:trPr>
          <w:trHeight w:val="462"/>
        </w:trPr>
        <w:tc>
          <w:tcPr>
            <w:tcW w:w="2268" w:type="dxa"/>
          </w:tcPr>
          <w:p w:rsidR="00AB6027" w:rsidRPr="007319E2" w:rsidRDefault="00AB6027" w:rsidP="00A32EDC">
            <w:pPr>
              <w:spacing w:line="276" w:lineRule="auto"/>
              <w:rPr>
                <w:rFonts w:cs="Iskoola Pota"/>
                <w:i/>
                <w:iCs/>
                <w:sz w:val="24"/>
                <w:szCs w:val="24"/>
                <w:lang w:bidi="si-LK"/>
              </w:rPr>
            </w:pPr>
            <w:r w:rsidRPr="007319E2">
              <w:rPr>
                <w:rFonts w:cs="Iskoola Pota"/>
                <w:sz w:val="24"/>
                <w:szCs w:val="24"/>
                <w:cs/>
                <w:lang w:bidi="si-LK"/>
              </w:rPr>
              <w:t>අධ්‍යක්ෂ (කාන්තා කාර්යාංශය</w:t>
            </w:r>
          </w:p>
        </w:tc>
        <w:tc>
          <w:tcPr>
            <w:tcW w:w="8016" w:type="dxa"/>
          </w:tcPr>
          <w:p w:rsidR="00AB6027" w:rsidRPr="007319E2" w:rsidRDefault="00AB6027" w:rsidP="00A32EDC">
            <w:pPr>
              <w:spacing w:line="276" w:lineRule="auto"/>
              <w:jc w:val="both"/>
              <w:rPr>
                <w:rFonts w:cs="Iskoola Pota"/>
                <w:sz w:val="24"/>
                <w:szCs w:val="24"/>
                <w:lang w:bidi="si-LK"/>
              </w:rPr>
            </w:pPr>
            <w:r w:rsidRPr="007319E2">
              <w:rPr>
                <w:rFonts w:cs="Iskoola Pota"/>
                <w:sz w:val="24"/>
                <w:szCs w:val="24"/>
                <w:cs/>
                <w:lang w:bidi="si-LK"/>
              </w:rPr>
              <w:t>ශ්‍රී ලංකා කාන්තා කාර්යාංශයේ අභිමතාර්ථ සාධනය සහ කාන්තා අභිවෘද්ධියට අදාල නව වැඩසටහන් හදුන්වා දීම</w:t>
            </w:r>
            <w:r w:rsidR="0029767B" w:rsidRPr="007319E2">
              <w:rPr>
                <w:rFonts w:cs="Iskoola Pota"/>
                <w:sz w:val="24"/>
                <w:szCs w:val="24"/>
                <w:cs/>
                <w:lang w:bidi="si-LK"/>
              </w:rPr>
              <w:t xml:space="preserve">, කාන්තා ව්‍යවසායකත්වයට අදාළ වැඩසටහන් අධීක්ෂණය </w:t>
            </w:r>
            <w:r w:rsidR="0029767B" w:rsidRPr="007319E2">
              <w:rPr>
                <w:rFonts w:cs="Iskoola Pota"/>
                <w:sz w:val="24"/>
                <w:szCs w:val="24"/>
                <w:cs/>
                <w:lang w:bidi="si-LK"/>
              </w:rPr>
              <w:lastRenderedPageBreak/>
              <w:t>හා පසුවිපරම</w:t>
            </w:r>
            <w:r w:rsidRPr="007319E2">
              <w:rPr>
                <w:rFonts w:cs="Iskoola Pota"/>
                <w:sz w:val="24"/>
                <w:szCs w:val="24"/>
                <w:cs/>
                <w:lang w:bidi="si-LK"/>
              </w:rPr>
              <w:t xml:space="preserve"> ඇතුලු </w:t>
            </w:r>
            <w:r w:rsidR="0029767B" w:rsidRPr="007319E2">
              <w:rPr>
                <w:rFonts w:cs="Iskoola Pota"/>
                <w:sz w:val="24"/>
                <w:szCs w:val="24"/>
                <w:cs/>
                <w:lang w:bidi="si-LK"/>
              </w:rPr>
              <w:t>කාන්තා ප්‍රගමනයට අදාල ඉදිරි කටයුතු සිදු කිරීම හා මූල්‍ය හා භෞතික ඉලක්ක සපුරා ගනිමින් ක්‍රියාකාරී සැලැස්ම ක්‍රියාත්මක කිරීම.</w:t>
            </w:r>
          </w:p>
        </w:tc>
      </w:tr>
      <w:tr w:rsidR="00AB6027" w:rsidRPr="007319E2" w:rsidTr="002C75DE">
        <w:trPr>
          <w:trHeight w:val="462"/>
        </w:trPr>
        <w:tc>
          <w:tcPr>
            <w:tcW w:w="2268" w:type="dxa"/>
          </w:tcPr>
          <w:p w:rsidR="00AB6027" w:rsidRPr="007319E2" w:rsidRDefault="0029767B" w:rsidP="00A32EDC">
            <w:pPr>
              <w:spacing w:line="276" w:lineRule="auto"/>
              <w:rPr>
                <w:rFonts w:cs="Iskoola Pota"/>
                <w:sz w:val="24"/>
                <w:szCs w:val="24"/>
                <w:cs/>
                <w:lang w:bidi="si-LK"/>
              </w:rPr>
            </w:pPr>
            <w:r w:rsidRPr="007319E2">
              <w:rPr>
                <w:rFonts w:cs="Iskoola Pota"/>
                <w:sz w:val="24"/>
                <w:szCs w:val="24"/>
                <w:cs/>
                <w:lang w:bidi="si-LK"/>
              </w:rPr>
              <w:lastRenderedPageBreak/>
              <w:t>අධ්‍යක්ෂ (මුල් ළමාවිය සංවර්ධනය පිළිබඳ ජාතික ලේකම් කාර්යාලය)</w:t>
            </w:r>
          </w:p>
        </w:tc>
        <w:tc>
          <w:tcPr>
            <w:tcW w:w="8016" w:type="dxa"/>
          </w:tcPr>
          <w:p w:rsidR="00AB6027" w:rsidRPr="007319E2" w:rsidRDefault="0029767B" w:rsidP="00A32EDC">
            <w:pPr>
              <w:spacing w:line="276" w:lineRule="auto"/>
              <w:jc w:val="both"/>
              <w:rPr>
                <w:rFonts w:cs="Iskoola Pota"/>
                <w:sz w:val="24"/>
                <w:szCs w:val="24"/>
                <w:lang w:bidi="si-LK"/>
              </w:rPr>
            </w:pPr>
            <w:r w:rsidRPr="007319E2">
              <w:rPr>
                <w:rFonts w:cs="Iskoola Pota"/>
                <w:sz w:val="24"/>
                <w:szCs w:val="24"/>
                <w:cs/>
                <w:lang w:bidi="si-LK"/>
              </w:rPr>
              <w:t>මුල් ළමාවිය රැකවරණය හා සංවර්ධනය පිළබඳ ජාතික ප්‍රතිපත්තිය ක්‍රියාවට නංවමින් මුල් ළමාවිය සංවර්ධනයට අදාල ප්‍රතිපත්ති, මාර්ගෝපදේශ සකස් කිරීම හා පෙර පාසල් ගුරුවරුන් වෙනුවෙන් පුහුණු පාඨමාලා පැවැත්වීම හා පෙර පාසල් පද්ධතියේ ප්‍රමිතීන් පවත්වා ගැනීම ඇතුලුව වාර්ෂික ක්‍රියාකාරී සැලැස්ම ක්‍රියාවට නැංවීම.</w:t>
            </w:r>
          </w:p>
        </w:tc>
      </w:tr>
      <w:tr w:rsidR="0009595E" w:rsidRPr="007319E2" w:rsidTr="002C75DE">
        <w:trPr>
          <w:trHeight w:val="462"/>
        </w:trPr>
        <w:tc>
          <w:tcPr>
            <w:tcW w:w="2268" w:type="dxa"/>
          </w:tcPr>
          <w:p w:rsidR="0009595E" w:rsidRPr="007319E2" w:rsidRDefault="0009595E" w:rsidP="00A32EDC">
            <w:pPr>
              <w:spacing w:line="276" w:lineRule="auto"/>
              <w:rPr>
                <w:rFonts w:cs="Iskoola Pota"/>
                <w:sz w:val="24"/>
                <w:szCs w:val="24"/>
                <w:cs/>
                <w:lang w:bidi="si-LK"/>
              </w:rPr>
            </w:pPr>
            <w:r w:rsidRPr="007319E2">
              <w:rPr>
                <w:rFonts w:cs="Iskoola Pota"/>
                <w:sz w:val="24"/>
                <w:szCs w:val="24"/>
                <w:cs/>
                <w:lang w:bidi="si-LK"/>
              </w:rPr>
              <w:t>අධ්‍යක්ෂ ජනරාල් (සැලසුම් හා තොරතුරු තාක්ෂණ අංශය)</w:t>
            </w:r>
          </w:p>
        </w:tc>
        <w:tc>
          <w:tcPr>
            <w:tcW w:w="8016" w:type="dxa"/>
          </w:tcPr>
          <w:p w:rsidR="0009595E" w:rsidRPr="007319E2" w:rsidRDefault="00C91992" w:rsidP="00A32EDC">
            <w:pPr>
              <w:spacing w:line="276" w:lineRule="auto"/>
              <w:jc w:val="both"/>
              <w:rPr>
                <w:rFonts w:cs="Iskoola Pota"/>
                <w:sz w:val="24"/>
                <w:szCs w:val="24"/>
                <w:cs/>
                <w:lang w:bidi="si-LK"/>
              </w:rPr>
            </w:pPr>
            <w:r>
              <w:rPr>
                <w:rFonts w:cs="Iskoola Pota"/>
                <w:sz w:val="24"/>
                <w:szCs w:val="24"/>
                <w:cs/>
                <w:lang w:bidi="si-LK"/>
              </w:rPr>
              <w:t>අමාත්‍ය</w:t>
            </w:r>
            <w:r>
              <w:rPr>
                <w:rFonts w:cs="Iskoola Pota" w:hint="cs"/>
                <w:sz w:val="24"/>
                <w:szCs w:val="24"/>
                <w:cs/>
                <w:lang w:bidi="si-LK"/>
              </w:rPr>
              <w:t>ාං</w:t>
            </w:r>
            <w:r w:rsidR="00FC7CCB">
              <w:rPr>
                <w:rFonts w:cs="Iskoola Pota" w:hint="cs"/>
                <w:sz w:val="24"/>
                <w:szCs w:val="24"/>
                <w:cs/>
                <w:lang w:bidi="si-LK"/>
              </w:rPr>
              <w:t>ශ</w:t>
            </w:r>
            <w:r w:rsidR="0009595E" w:rsidRPr="007319E2">
              <w:rPr>
                <w:rFonts w:cs="Iskoola Pota"/>
                <w:sz w:val="24"/>
                <w:szCs w:val="24"/>
                <w:cs/>
                <w:lang w:bidi="si-LK"/>
              </w:rPr>
              <w:t>යේ අවසන් වාර්ෂි</w:t>
            </w:r>
            <w:r w:rsidR="00097617" w:rsidRPr="007319E2">
              <w:rPr>
                <w:rFonts w:cs="Iskoola Pota"/>
                <w:sz w:val="24"/>
                <w:szCs w:val="24"/>
                <w:cs/>
                <w:lang w:bidi="si-LK"/>
              </w:rPr>
              <w:t>ක</w:t>
            </w:r>
            <w:r w:rsidR="00FC7CCB">
              <w:rPr>
                <w:rFonts w:cs="Iskoola Pota"/>
                <w:sz w:val="24"/>
                <w:szCs w:val="24"/>
                <w:cs/>
                <w:lang w:bidi="si-LK"/>
              </w:rPr>
              <w:t xml:space="preserve"> ක්‍රියාකාරී සැලැස්ම සකස් කිරී</w:t>
            </w:r>
            <w:r w:rsidR="00FC7CCB">
              <w:rPr>
                <w:rFonts w:cs="Iskoola Pota" w:hint="cs"/>
                <w:sz w:val="24"/>
                <w:szCs w:val="24"/>
                <w:cs/>
                <w:lang w:bidi="si-LK"/>
              </w:rPr>
              <w:t>මේ</w:t>
            </w:r>
            <w:r w:rsidR="00097617" w:rsidRPr="007319E2">
              <w:rPr>
                <w:rFonts w:cs="Iskoola Pota"/>
                <w:sz w:val="24"/>
                <w:szCs w:val="24"/>
                <w:cs/>
                <w:lang w:bidi="si-LK"/>
              </w:rPr>
              <w:t xml:space="preserve"> කටයුතු ඇතුලුව </w:t>
            </w:r>
            <w:r w:rsidR="0009595E" w:rsidRPr="007319E2">
              <w:rPr>
                <w:rFonts w:cs="Iskoola Pota"/>
                <w:sz w:val="24"/>
                <w:szCs w:val="24"/>
                <w:cs/>
                <w:lang w:bidi="si-LK"/>
              </w:rPr>
              <w:t>වැඩසටහන් ඇගයුම් හා මෙහෙයුම්කරණය/විශේෂ වැඩසටහන</w:t>
            </w:r>
            <w:r w:rsidR="002C75DE">
              <w:rPr>
                <w:rFonts w:cs="Iskoola Pota"/>
                <w:sz w:val="24"/>
                <w:szCs w:val="24"/>
                <w:cs/>
                <w:lang w:bidi="si-LK"/>
              </w:rPr>
              <w:t>් සම්බන්ධීකරණය කිරීම හා අමාත්‍ය</w:t>
            </w:r>
            <w:r w:rsidR="002C75DE">
              <w:rPr>
                <w:rFonts w:cs="Iskoola Pota" w:hint="cs"/>
                <w:sz w:val="24"/>
                <w:szCs w:val="24"/>
                <w:cs/>
                <w:lang w:bidi="si-LK"/>
              </w:rPr>
              <w:t>ාං</w:t>
            </w:r>
            <w:r w:rsidR="0009595E" w:rsidRPr="007319E2">
              <w:rPr>
                <w:rFonts w:cs="Iskoola Pota"/>
                <w:sz w:val="24"/>
                <w:szCs w:val="24"/>
                <w:cs/>
                <w:lang w:bidi="si-LK"/>
              </w:rPr>
              <w:t xml:space="preserve">ශයේ තොරතුරු තාක්ෂණ අංශයේ කටයුතු අධීක්ෂණය </w:t>
            </w:r>
            <w:r w:rsidR="00097617" w:rsidRPr="007319E2">
              <w:rPr>
                <w:rFonts w:cs="Iskoola Pota"/>
                <w:sz w:val="24"/>
                <w:szCs w:val="24"/>
                <w:cs/>
                <w:lang w:bidi="si-LK"/>
              </w:rPr>
              <w:t>කිරීම.</w:t>
            </w:r>
          </w:p>
        </w:tc>
      </w:tr>
      <w:tr w:rsidR="005F6F00" w:rsidRPr="007319E2" w:rsidTr="002C75DE">
        <w:trPr>
          <w:trHeight w:val="462"/>
        </w:trPr>
        <w:tc>
          <w:tcPr>
            <w:tcW w:w="2268" w:type="dxa"/>
          </w:tcPr>
          <w:p w:rsidR="005F6F00" w:rsidRPr="007319E2" w:rsidRDefault="005F6F00" w:rsidP="00A32EDC">
            <w:pPr>
              <w:spacing w:line="276" w:lineRule="auto"/>
              <w:rPr>
                <w:rFonts w:cs="Iskoola Pota"/>
                <w:sz w:val="24"/>
                <w:szCs w:val="24"/>
                <w:cs/>
                <w:lang w:bidi="si-LK"/>
              </w:rPr>
            </w:pPr>
            <w:r w:rsidRPr="007319E2">
              <w:rPr>
                <w:rFonts w:cs="Iskoola Pota"/>
                <w:sz w:val="24"/>
                <w:szCs w:val="24"/>
                <w:cs/>
                <w:lang w:bidi="si-LK"/>
              </w:rPr>
              <w:t>ප්‍රධාන මූල්‍ය නිලධාරී</w:t>
            </w:r>
          </w:p>
        </w:tc>
        <w:tc>
          <w:tcPr>
            <w:tcW w:w="8016" w:type="dxa"/>
          </w:tcPr>
          <w:p w:rsidR="005F6F00" w:rsidRPr="007319E2" w:rsidRDefault="001568EA" w:rsidP="00A32EDC">
            <w:pPr>
              <w:spacing w:line="276" w:lineRule="auto"/>
              <w:jc w:val="both"/>
              <w:rPr>
                <w:rFonts w:cs="Iskoola Pota"/>
                <w:sz w:val="24"/>
                <w:szCs w:val="24"/>
                <w:cs/>
                <w:lang w:bidi="si-LK"/>
              </w:rPr>
            </w:pPr>
            <w:r>
              <w:rPr>
                <w:rFonts w:cs="Iskoola Pota"/>
                <w:sz w:val="24"/>
                <w:szCs w:val="24"/>
                <w:cs/>
                <w:lang w:bidi="si-LK"/>
              </w:rPr>
              <w:t>ශක්තිමත් මූල</w:t>
            </w:r>
            <w:r>
              <w:rPr>
                <w:rFonts w:cs="Iskoola Pota" w:hint="cs"/>
                <w:sz w:val="24"/>
                <w:szCs w:val="24"/>
                <w:cs/>
                <w:lang w:bidi="si-LK"/>
              </w:rPr>
              <w:t>්‍ය</w:t>
            </w:r>
            <w:r w:rsidR="00FC7CCB">
              <w:rPr>
                <w:rFonts w:cs="Iskoola Pota"/>
                <w:sz w:val="24"/>
                <w:szCs w:val="24"/>
                <w:cs/>
                <w:lang w:bidi="si-LK"/>
              </w:rPr>
              <w:t xml:space="preserve"> ගිණුම්කරණයක් තහවුරු කිරීම පි</w:t>
            </w:r>
            <w:r w:rsidR="00FC7CCB">
              <w:rPr>
                <w:rFonts w:cs="Iskoola Pota" w:hint="cs"/>
                <w:sz w:val="24"/>
                <w:szCs w:val="24"/>
                <w:cs/>
                <w:lang w:bidi="si-LK"/>
              </w:rPr>
              <w:t>ණි</w:t>
            </w:r>
            <w:r w:rsidR="005F6F00" w:rsidRPr="007319E2">
              <w:rPr>
                <w:rFonts w:cs="Iskoola Pota"/>
                <w:sz w:val="24"/>
                <w:szCs w:val="24"/>
                <w:cs/>
                <w:lang w:bidi="si-LK"/>
              </w:rPr>
              <w:t>ස මුදල් රෙගුලාසි, චක්‍රලේඛ හා භාණ්ඩාගාර උපදෙස් පරිදි අමාත්‍යාංශයේ වාර්ෂික මුල්‍ය සැල</w:t>
            </w:r>
            <w:r w:rsidR="00FC7CCB">
              <w:rPr>
                <w:rFonts w:cs="Iskoola Pota"/>
                <w:sz w:val="24"/>
                <w:szCs w:val="24"/>
                <w:cs/>
                <w:lang w:bidi="si-LK"/>
              </w:rPr>
              <w:t>සුම් සකස් කිරීම, අයවැය පාලනය, ග</w:t>
            </w:r>
            <w:r w:rsidR="00FC7CCB">
              <w:rPr>
                <w:rFonts w:cs="Iskoola Pota" w:hint="cs"/>
                <w:sz w:val="24"/>
                <w:szCs w:val="24"/>
                <w:cs/>
                <w:lang w:bidi="si-LK"/>
              </w:rPr>
              <w:t>ි</w:t>
            </w:r>
            <w:r w:rsidR="005F6F00" w:rsidRPr="007319E2">
              <w:rPr>
                <w:rFonts w:cs="Iskoola Pota"/>
                <w:sz w:val="24"/>
                <w:szCs w:val="24"/>
                <w:cs/>
                <w:lang w:bidi="si-LK"/>
              </w:rPr>
              <w:t>ණුම්කරනය, මුල</w:t>
            </w:r>
            <w:r w:rsidR="00ED3043">
              <w:rPr>
                <w:rFonts w:cs="Iskoola Pota"/>
                <w:sz w:val="24"/>
                <w:szCs w:val="24"/>
                <w:cs/>
                <w:lang w:bidi="si-LK"/>
              </w:rPr>
              <w:t>්‍ය කාර්ය සාධනය, ප්‍රසම්පාදන ක</w:t>
            </w:r>
            <w:r w:rsidR="00ED3043">
              <w:rPr>
                <w:rFonts w:cs="Iskoola Pota" w:hint="cs"/>
                <w:sz w:val="24"/>
                <w:szCs w:val="24"/>
                <w:cs/>
                <w:lang w:bidi="si-LK"/>
              </w:rPr>
              <w:t>්‍රි</w:t>
            </w:r>
            <w:r w:rsidR="00FC7CCB">
              <w:rPr>
                <w:rFonts w:cs="Iskoola Pota"/>
                <w:sz w:val="24"/>
                <w:szCs w:val="24"/>
                <w:cs/>
                <w:lang w:bidi="si-LK"/>
              </w:rPr>
              <w:t>යාවලිය මෙහෙයවීම, විගණන විමසුම</w:t>
            </w:r>
            <w:r w:rsidR="005F6F00" w:rsidRPr="007319E2">
              <w:rPr>
                <w:rFonts w:cs="Iskoola Pota"/>
                <w:sz w:val="24"/>
                <w:szCs w:val="24"/>
                <w:cs/>
                <w:lang w:bidi="si-LK"/>
              </w:rPr>
              <w:t xml:space="preserve"> සඳහා ප්‍රතිචාර දැක්වීම ඇතුලු ව සමස්ත අමාත්‍යාංශයේ මූල්‍ය කටයුතු කළමනාකරණය කිරීම.</w:t>
            </w:r>
          </w:p>
        </w:tc>
      </w:tr>
    </w:tbl>
    <w:p w:rsidR="00CD1104" w:rsidRPr="007319E2" w:rsidRDefault="00CD1104" w:rsidP="00A32EDC">
      <w:pPr>
        <w:spacing w:after="0"/>
        <w:rPr>
          <w:rFonts w:cs="Iskoola Pota"/>
          <w:sz w:val="24"/>
          <w:szCs w:val="24"/>
        </w:rPr>
      </w:pPr>
    </w:p>
    <w:p w:rsidR="00D95717" w:rsidRPr="007319E2" w:rsidRDefault="00D95717" w:rsidP="00A32EDC">
      <w:pPr>
        <w:spacing w:after="0"/>
        <w:rPr>
          <w:rFonts w:cs="Iskoola Pota"/>
          <w:b/>
          <w:sz w:val="24"/>
          <w:szCs w:val="24"/>
          <w:lang w:bidi="si-LK"/>
        </w:rPr>
      </w:pPr>
    </w:p>
    <w:p w:rsidR="009B0DBB" w:rsidRPr="007319E2" w:rsidRDefault="009B0DBB" w:rsidP="00A32EDC">
      <w:pPr>
        <w:pStyle w:val="ListParagraph"/>
        <w:numPr>
          <w:ilvl w:val="0"/>
          <w:numId w:val="19"/>
        </w:numPr>
        <w:spacing w:after="0"/>
        <w:rPr>
          <w:rFonts w:cs="Iskoola Pota"/>
          <w:sz w:val="24"/>
          <w:szCs w:val="24"/>
        </w:rPr>
      </w:pPr>
      <w:r w:rsidRPr="007319E2">
        <w:rPr>
          <w:rFonts w:cs="Iskoola Pota"/>
          <w:sz w:val="24"/>
          <w:szCs w:val="24"/>
          <w:cs/>
          <w:lang w:bidi="si-LK"/>
        </w:rPr>
        <w:t>අමාත්‍යාංශයේ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 </w:t>
      </w: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w:t>
      </w:r>
      <w:r w:rsidRPr="007319E2">
        <w:rPr>
          <w:rFonts w:cs="Iskoola Pota"/>
          <w:sz w:val="24"/>
          <w:szCs w:val="24"/>
          <w:cs/>
          <w:lang w:bidi="si-LK"/>
        </w:rPr>
        <w:t xml:space="preserve"> ජාතික ළමා ආරක්ෂක අධිකාරිය</w:t>
      </w:r>
    </w:p>
    <w:p w:rsidR="009B0DBB" w:rsidRDefault="009B0DBB" w:rsidP="00A32EDC">
      <w:pPr>
        <w:pStyle w:val="ListParagraph"/>
        <w:numPr>
          <w:ilvl w:val="0"/>
          <w:numId w:val="19"/>
        </w:numPr>
        <w:spacing w:after="0"/>
        <w:rPr>
          <w:rFonts w:cs="Iskoola Pota"/>
          <w:sz w:val="24"/>
          <w:szCs w:val="24"/>
        </w:rPr>
      </w:pPr>
      <w:r w:rsidRPr="007319E2">
        <w:rPr>
          <w:rFonts w:cs="Iskoola Pota"/>
          <w:sz w:val="24"/>
          <w:szCs w:val="24"/>
          <w:cs/>
          <w:lang w:bidi="si-LK"/>
        </w:rPr>
        <w:t>තනතුරු</w:t>
      </w:r>
      <w:r w:rsidRPr="007319E2">
        <w:rPr>
          <w:rFonts w:cs="Iskoola Pota"/>
          <w:sz w:val="24"/>
          <w:szCs w:val="24"/>
        </w:rPr>
        <w:t xml:space="preserve"> </w:t>
      </w:r>
      <w:r w:rsidRPr="007319E2">
        <w:rPr>
          <w:rFonts w:cs="Iskoola Pota"/>
          <w:sz w:val="24"/>
          <w:szCs w:val="24"/>
          <w:cs/>
          <w:lang w:bidi="si-LK"/>
        </w:rPr>
        <w:t>අනුව</w:t>
      </w:r>
      <w:r w:rsidRPr="007319E2">
        <w:rPr>
          <w:rFonts w:cs="Iskoola Pota"/>
          <w:sz w:val="24"/>
          <w:szCs w:val="24"/>
        </w:rPr>
        <w:t xml:space="preserve"> </w:t>
      </w:r>
      <w:r w:rsidRPr="007319E2">
        <w:rPr>
          <w:rFonts w:cs="Iskoola Pota"/>
          <w:sz w:val="24"/>
          <w:szCs w:val="24"/>
          <w:cs/>
          <w:lang w:bidi="si-LK"/>
        </w:rPr>
        <w:t>බලතල</w:t>
      </w:r>
      <w:r w:rsidRPr="007319E2">
        <w:rPr>
          <w:rFonts w:cs="Iskoola Pota"/>
          <w:sz w:val="24"/>
          <w:szCs w:val="24"/>
        </w:rPr>
        <w:t xml:space="preserve"> </w:t>
      </w:r>
      <w:r w:rsidRPr="007319E2">
        <w:rPr>
          <w:rFonts w:cs="Iskoola Pota"/>
          <w:sz w:val="24"/>
          <w:szCs w:val="24"/>
          <w:cs/>
          <w:lang w:bidi="si-LK"/>
        </w:rPr>
        <w:t>කාර්යය</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 xml:space="preserve">කර්තව්‍යය </w:t>
      </w:r>
      <w:r w:rsidRPr="007319E2">
        <w:rPr>
          <w:rFonts w:cs="Iskoola Pota"/>
          <w:sz w:val="24"/>
          <w:szCs w:val="24"/>
        </w:rPr>
        <w:t xml:space="preserve"> :-</w:t>
      </w:r>
      <w:r w:rsidRPr="007319E2">
        <w:rPr>
          <w:rFonts w:cs="Iskoola Pota"/>
          <w:sz w:val="24"/>
          <w:szCs w:val="24"/>
          <w:cs/>
          <w:lang w:bidi="si-LK"/>
        </w:rPr>
        <w:t xml:space="preserve"> </w:t>
      </w:r>
    </w:p>
    <w:p w:rsidR="00A32EDC" w:rsidRPr="007319E2" w:rsidRDefault="00A32EDC" w:rsidP="00A32EDC">
      <w:pPr>
        <w:pStyle w:val="ListParagraph"/>
        <w:spacing w:after="0"/>
        <w:rPr>
          <w:rFonts w:cs="Iskoola Pota"/>
          <w:sz w:val="24"/>
          <w:szCs w:val="24"/>
        </w:rPr>
      </w:pPr>
    </w:p>
    <w:tbl>
      <w:tblPr>
        <w:tblStyle w:val="TableGrid"/>
        <w:tblW w:w="10284" w:type="dxa"/>
        <w:tblLook w:val="04A0"/>
      </w:tblPr>
      <w:tblGrid>
        <w:gridCol w:w="2538"/>
        <w:gridCol w:w="7746"/>
      </w:tblGrid>
      <w:tr w:rsidR="009B0DBB" w:rsidRPr="007319E2" w:rsidTr="00A32EDC">
        <w:trPr>
          <w:trHeight w:val="908"/>
        </w:trPr>
        <w:tc>
          <w:tcPr>
            <w:tcW w:w="2538" w:type="dxa"/>
            <w:vAlign w:val="center"/>
          </w:tcPr>
          <w:p w:rsidR="009B0DBB" w:rsidRPr="007319E2" w:rsidRDefault="009B0DBB" w:rsidP="00A32EDC">
            <w:pPr>
              <w:spacing w:line="276" w:lineRule="auto"/>
              <w:jc w:val="center"/>
              <w:rPr>
                <w:rFonts w:cs="Iskoola Pota"/>
                <w:sz w:val="24"/>
                <w:szCs w:val="24"/>
              </w:rPr>
            </w:pPr>
            <w:r w:rsidRPr="007319E2">
              <w:rPr>
                <w:rFonts w:cs="Iskoola Pota"/>
                <w:b/>
                <w:bCs/>
                <w:sz w:val="24"/>
                <w:szCs w:val="24"/>
                <w:cs/>
                <w:lang w:bidi="si-LK"/>
              </w:rPr>
              <w:t>ප්‍රධාන</w:t>
            </w:r>
            <w:r w:rsidRPr="007319E2">
              <w:rPr>
                <w:rFonts w:cs="Iskoola Pota"/>
                <w:b/>
                <w:sz w:val="24"/>
                <w:szCs w:val="24"/>
              </w:rPr>
              <w:t xml:space="preserve"> </w:t>
            </w:r>
            <w:r w:rsidRPr="007319E2">
              <w:rPr>
                <w:rFonts w:cs="Iskoola Pota"/>
                <w:b/>
                <w:bCs/>
                <w:sz w:val="24"/>
                <w:szCs w:val="24"/>
                <w:cs/>
                <w:lang w:bidi="si-LK"/>
              </w:rPr>
              <w:t>තනතුරු</w:t>
            </w:r>
          </w:p>
        </w:tc>
        <w:tc>
          <w:tcPr>
            <w:tcW w:w="7746" w:type="dxa"/>
            <w:vAlign w:val="center"/>
          </w:tcPr>
          <w:p w:rsidR="009B0DBB" w:rsidRPr="007319E2" w:rsidRDefault="009B0DBB" w:rsidP="00A32EDC">
            <w:pPr>
              <w:spacing w:line="276" w:lineRule="auto"/>
              <w:jc w:val="center"/>
              <w:rPr>
                <w:rFonts w:cs="Iskoola Pota"/>
                <w:sz w:val="24"/>
                <w:szCs w:val="24"/>
              </w:rPr>
            </w:pPr>
            <w:r w:rsidRPr="007319E2">
              <w:rPr>
                <w:rFonts w:cs="Iskoola Pota"/>
                <w:b/>
                <w:bCs/>
                <w:sz w:val="24"/>
                <w:szCs w:val="24"/>
                <w:cs/>
                <w:lang w:bidi="si-LK"/>
              </w:rPr>
              <w:t>තනතුරට</w:t>
            </w:r>
            <w:r w:rsidRPr="007319E2">
              <w:rPr>
                <w:rFonts w:cs="Iskoola Pota"/>
                <w:b/>
                <w:sz w:val="24"/>
                <w:szCs w:val="24"/>
              </w:rPr>
              <w:t xml:space="preserve"> </w:t>
            </w:r>
            <w:r w:rsidRPr="007319E2">
              <w:rPr>
                <w:rFonts w:cs="Iskoola Pota"/>
                <w:b/>
                <w:bCs/>
                <w:sz w:val="24"/>
                <w:szCs w:val="24"/>
                <w:cs/>
                <w:lang w:bidi="si-LK"/>
              </w:rPr>
              <w:t>පැවරෙන</w:t>
            </w:r>
            <w:r w:rsidRPr="007319E2">
              <w:rPr>
                <w:rFonts w:cs="Iskoola Pota"/>
                <w:b/>
                <w:sz w:val="24"/>
                <w:szCs w:val="24"/>
              </w:rPr>
              <w:t xml:space="preserve"> </w:t>
            </w:r>
            <w:r w:rsidRPr="007319E2">
              <w:rPr>
                <w:rFonts w:cs="Iskoola Pota"/>
                <w:b/>
                <w:bCs/>
                <w:sz w:val="24"/>
                <w:szCs w:val="24"/>
                <w:cs/>
                <w:lang w:bidi="si-LK"/>
              </w:rPr>
              <w:t>බලතල</w:t>
            </w:r>
            <w:r w:rsidRPr="007319E2">
              <w:rPr>
                <w:rFonts w:cs="Iskoola Pota"/>
                <w:b/>
                <w:sz w:val="24"/>
                <w:szCs w:val="24"/>
              </w:rPr>
              <w:t xml:space="preserve">, </w:t>
            </w:r>
            <w:r w:rsidRPr="007319E2">
              <w:rPr>
                <w:rFonts w:cs="Iskoola Pota"/>
                <w:b/>
                <w:bCs/>
                <w:sz w:val="24"/>
                <w:szCs w:val="24"/>
                <w:cs/>
                <w:lang w:bidi="si-LK"/>
              </w:rPr>
              <w:t>කාර්යය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කර්තව්‍යයන්</w:t>
            </w:r>
            <w:r w:rsidRPr="007319E2">
              <w:rPr>
                <w:rFonts w:cs="Iskoola Pota"/>
                <w:b/>
                <w:sz w:val="24"/>
                <w:szCs w:val="24"/>
              </w:rPr>
              <w:t xml:space="preserve"> (</w:t>
            </w:r>
            <w:r w:rsidRPr="007319E2">
              <w:rPr>
                <w:rFonts w:cs="Iskoola Pota"/>
                <w:b/>
                <w:bCs/>
                <w:sz w:val="24"/>
                <w:szCs w:val="24"/>
                <w:cs/>
                <w:lang w:bidi="si-LK"/>
              </w:rPr>
              <w:t>සැකෙවින්</w:t>
            </w:r>
            <w:r w:rsidRPr="007319E2">
              <w:rPr>
                <w:rFonts w:cs="Iskoola Pota"/>
                <w:b/>
                <w:sz w:val="24"/>
                <w:szCs w:val="24"/>
              </w:rPr>
              <w:t>)</w:t>
            </w:r>
          </w:p>
        </w:tc>
      </w:tr>
      <w:tr w:rsidR="009B0DBB" w:rsidRPr="007319E2" w:rsidTr="009B0DBB">
        <w:trPr>
          <w:trHeight w:val="462"/>
        </w:trPr>
        <w:tc>
          <w:tcPr>
            <w:tcW w:w="2538" w:type="dxa"/>
          </w:tcPr>
          <w:p w:rsidR="009B0DBB" w:rsidRPr="007319E2" w:rsidRDefault="009B0DBB" w:rsidP="00A32EDC">
            <w:pPr>
              <w:spacing w:line="276" w:lineRule="auto"/>
              <w:rPr>
                <w:rFonts w:cs="Iskoola Pota"/>
                <w:sz w:val="24"/>
                <w:szCs w:val="24"/>
                <w:lang w:bidi="si-LK"/>
              </w:rPr>
            </w:pPr>
            <w:r w:rsidRPr="007319E2">
              <w:rPr>
                <w:rFonts w:cs="Iskoola Pota"/>
                <w:sz w:val="24"/>
                <w:szCs w:val="24"/>
                <w:cs/>
                <w:lang w:bidi="si-LK"/>
              </w:rPr>
              <w:t>සභාපති</w:t>
            </w:r>
          </w:p>
        </w:tc>
        <w:tc>
          <w:tcPr>
            <w:tcW w:w="7746" w:type="dxa"/>
          </w:tcPr>
          <w:p w:rsidR="009B0DBB" w:rsidRPr="007319E2" w:rsidRDefault="009B0DBB" w:rsidP="00A32EDC">
            <w:pPr>
              <w:spacing w:line="276" w:lineRule="auto"/>
              <w:jc w:val="both"/>
              <w:rPr>
                <w:rFonts w:cs="Iskoola Pota"/>
                <w:sz w:val="24"/>
                <w:szCs w:val="24"/>
                <w:cs/>
                <w:lang w:bidi="si-LK"/>
              </w:rPr>
            </w:pPr>
            <w:r w:rsidRPr="007319E2">
              <w:rPr>
                <w:rFonts w:cs="Iskoola Pota"/>
                <w:sz w:val="24"/>
                <w:szCs w:val="24"/>
                <w:cs/>
                <w:lang w:bidi="si-LK"/>
              </w:rPr>
              <w:t>1998 අංක 50 දරණ පනතේ කාර්යයන් සහ කර්තව්‍ය ඉටු කිරීම සහ බලතල ක්‍රියාත්මක කිරීම.</w:t>
            </w:r>
          </w:p>
        </w:tc>
      </w:tr>
      <w:tr w:rsidR="009B0DBB" w:rsidRPr="007319E2" w:rsidTr="009B0DBB">
        <w:trPr>
          <w:trHeight w:val="462"/>
        </w:trPr>
        <w:tc>
          <w:tcPr>
            <w:tcW w:w="2538" w:type="dxa"/>
          </w:tcPr>
          <w:p w:rsidR="009B0DBB" w:rsidRPr="007319E2" w:rsidRDefault="009B0DBB" w:rsidP="00A32EDC">
            <w:pPr>
              <w:spacing w:line="276" w:lineRule="auto"/>
              <w:rPr>
                <w:rFonts w:cs="Iskoola Pota"/>
                <w:sz w:val="24"/>
                <w:szCs w:val="24"/>
                <w:cs/>
                <w:lang w:bidi="si-LK"/>
              </w:rPr>
            </w:pPr>
            <w:r w:rsidRPr="007319E2">
              <w:rPr>
                <w:rFonts w:cs="Iskoola Pota"/>
                <w:sz w:val="24"/>
                <w:szCs w:val="24"/>
                <w:cs/>
                <w:lang w:bidi="si-LK"/>
              </w:rPr>
              <w:t>නියෝජ්‍ය සභාපති</w:t>
            </w:r>
          </w:p>
        </w:tc>
        <w:tc>
          <w:tcPr>
            <w:tcW w:w="7746" w:type="dxa"/>
          </w:tcPr>
          <w:p w:rsidR="009B0DBB" w:rsidRPr="007319E2" w:rsidRDefault="009B0DBB" w:rsidP="00A32EDC">
            <w:pPr>
              <w:spacing w:line="276" w:lineRule="auto"/>
              <w:jc w:val="both"/>
              <w:rPr>
                <w:rFonts w:cs="Iskoola Pota"/>
                <w:sz w:val="24"/>
                <w:szCs w:val="24"/>
                <w:cs/>
                <w:lang w:bidi="si-LK"/>
              </w:rPr>
            </w:pPr>
            <w:r w:rsidRPr="007319E2">
              <w:rPr>
                <w:rFonts w:cs="Iskoola Pota"/>
                <w:sz w:val="24"/>
                <w:szCs w:val="24"/>
                <w:cs/>
                <w:lang w:bidi="si-LK"/>
              </w:rPr>
              <w:t>1998 අංක 50 දරණ පනතේ කාර්යයන් සහ කර්තව්‍ය ඉටු කිරීම සහ බලතල ක්‍රියාත්මක කිරීම.</w:t>
            </w:r>
          </w:p>
        </w:tc>
      </w:tr>
      <w:tr w:rsidR="009B0DBB" w:rsidRPr="007319E2" w:rsidTr="009B0DBB">
        <w:trPr>
          <w:trHeight w:val="462"/>
        </w:trPr>
        <w:tc>
          <w:tcPr>
            <w:tcW w:w="2538" w:type="dxa"/>
          </w:tcPr>
          <w:p w:rsidR="009B0DBB" w:rsidRPr="007319E2" w:rsidRDefault="00FC7CCB" w:rsidP="00A32EDC">
            <w:pPr>
              <w:spacing w:line="276" w:lineRule="auto"/>
              <w:rPr>
                <w:rFonts w:cs="Iskoola Pota"/>
                <w:sz w:val="24"/>
                <w:szCs w:val="24"/>
                <w:cs/>
                <w:lang w:bidi="si-LK"/>
              </w:rPr>
            </w:pPr>
            <w:r>
              <w:rPr>
                <w:rFonts w:cs="Iskoola Pota"/>
                <w:sz w:val="24"/>
                <w:szCs w:val="24"/>
                <w:cs/>
                <w:lang w:bidi="si-LK"/>
              </w:rPr>
              <w:t>අධ</w:t>
            </w:r>
            <w:r>
              <w:rPr>
                <w:rFonts w:cs="Iskoola Pota" w:hint="cs"/>
                <w:sz w:val="24"/>
                <w:szCs w:val="24"/>
                <w:cs/>
                <w:lang w:bidi="si-LK"/>
              </w:rPr>
              <w:t>්‍ය</w:t>
            </w:r>
            <w:r w:rsidR="009B0DBB" w:rsidRPr="007319E2">
              <w:rPr>
                <w:rFonts w:cs="Iskoola Pota"/>
                <w:sz w:val="24"/>
                <w:szCs w:val="24"/>
                <w:cs/>
                <w:lang w:bidi="si-LK"/>
              </w:rPr>
              <w:t>ක්ෂ ජනරාල්</w:t>
            </w:r>
          </w:p>
        </w:tc>
        <w:tc>
          <w:tcPr>
            <w:tcW w:w="7746" w:type="dxa"/>
          </w:tcPr>
          <w:p w:rsidR="009B0DBB" w:rsidRPr="007319E2" w:rsidRDefault="00B70FA1" w:rsidP="00A32EDC">
            <w:pPr>
              <w:spacing w:line="276" w:lineRule="auto"/>
              <w:jc w:val="both"/>
              <w:rPr>
                <w:rFonts w:cs="Iskoola Pota"/>
                <w:sz w:val="24"/>
                <w:szCs w:val="24"/>
                <w:lang w:bidi="si-LK"/>
              </w:rPr>
            </w:pPr>
            <w:r w:rsidRPr="007319E2">
              <w:rPr>
                <w:rFonts w:cs="Iskoola Pota"/>
                <w:sz w:val="24"/>
                <w:szCs w:val="24"/>
                <w:cs/>
                <w:lang w:bidi="si-LK"/>
              </w:rPr>
              <w:t>අධිකාරියේ දැක්ම සහ මෙහෙවර සාක්ෂාත් කර ගැනීම සඳහා අධ්‍යක්ෂ මණ්ඩලයට වගකීම.</w:t>
            </w:r>
          </w:p>
          <w:p w:rsidR="00B70FA1" w:rsidRPr="007319E2" w:rsidRDefault="00B70FA1" w:rsidP="00A32EDC">
            <w:pPr>
              <w:spacing w:line="276" w:lineRule="auto"/>
              <w:jc w:val="both"/>
              <w:rPr>
                <w:rFonts w:cs="Iskoola Pota"/>
                <w:sz w:val="24"/>
                <w:szCs w:val="24"/>
                <w:lang w:bidi="si-LK"/>
              </w:rPr>
            </w:pPr>
            <w:r w:rsidRPr="007319E2">
              <w:rPr>
                <w:rFonts w:cs="Iskoola Pota"/>
                <w:sz w:val="24"/>
                <w:szCs w:val="24"/>
                <w:cs/>
                <w:lang w:bidi="si-LK"/>
              </w:rPr>
              <w:t>ආයතනික සැලැස්ම, වාර්ෂික වාර්තා හා මූල්‍ය වාර්තා සකස් කිරීම සහ ක්‍රියාත්මක කිරීම හා අධීක්ෂණය කිරීම</w:t>
            </w:r>
          </w:p>
          <w:p w:rsidR="00B70FA1" w:rsidRPr="007319E2" w:rsidRDefault="00B70FA1" w:rsidP="00A32EDC">
            <w:pPr>
              <w:spacing w:line="276" w:lineRule="auto"/>
              <w:jc w:val="both"/>
              <w:rPr>
                <w:rFonts w:cs="Iskoola Pota"/>
                <w:sz w:val="24"/>
                <w:szCs w:val="24"/>
                <w:lang w:bidi="si-LK"/>
              </w:rPr>
            </w:pPr>
            <w:r w:rsidRPr="007319E2">
              <w:rPr>
                <w:rFonts w:cs="Iskoola Pota"/>
                <w:sz w:val="24"/>
                <w:szCs w:val="24"/>
                <w:cs/>
                <w:lang w:bidi="si-LK"/>
              </w:rPr>
              <w:t>අ</w:t>
            </w:r>
            <w:r w:rsidR="00FC7CCB">
              <w:rPr>
                <w:rFonts w:cs="Iskoola Pota"/>
                <w:sz w:val="24"/>
                <w:szCs w:val="24"/>
                <w:cs/>
                <w:lang w:bidi="si-LK"/>
              </w:rPr>
              <w:t>ධිකාරියේ සියලුම අංශ වල පරිපාල</w:t>
            </w:r>
            <w:r w:rsidR="00FC7CCB">
              <w:rPr>
                <w:rFonts w:cs="Iskoola Pota" w:hint="cs"/>
                <w:sz w:val="24"/>
                <w:szCs w:val="24"/>
                <w:cs/>
                <w:lang w:bidi="si-LK"/>
              </w:rPr>
              <w:t>නමය</w:t>
            </w:r>
            <w:r w:rsidRPr="007319E2">
              <w:rPr>
                <w:rFonts w:cs="Iskoola Pota"/>
                <w:sz w:val="24"/>
                <w:szCs w:val="24"/>
                <w:cs/>
                <w:lang w:bidi="si-LK"/>
              </w:rPr>
              <w:t xml:space="preserve"> සහ </w:t>
            </w:r>
            <w:r w:rsidR="0061556E" w:rsidRPr="007319E2">
              <w:rPr>
                <w:rFonts w:cs="Iskoola Pota"/>
                <w:sz w:val="24"/>
                <w:szCs w:val="24"/>
                <w:cs/>
                <w:lang w:bidi="si-LK"/>
              </w:rPr>
              <w:t>මූල්‍ය</w:t>
            </w:r>
            <w:r w:rsidRPr="007319E2">
              <w:rPr>
                <w:rFonts w:cs="Iskoola Pota"/>
                <w:sz w:val="24"/>
                <w:szCs w:val="24"/>
                <w:cs/>
                <w:lang w:bidi="si-LK"/>
              </w:rPr>
              <w:t xml:space="preserve"> කළමනාකරණය මෙන්ම ක්‍රියාකාරකම් සඳහා වගකීම දැරීම.</w:t>
            </w:r>
          </w:p>
          <w:p w:rsidR="00B70FA1" w:rsidRPr="007319E2" w:rsidRDefault="00B70FA1" w:rsidP="00A32EDC">
            <w:pPr>
              <w:spacing w:line="276" w:lineRule="auto"/>
              <w:jc w:val="both"/>
              <w:rPr>
                <w:rFonts w:cs="Iskoola Pota"/>
                <w:sz w:val="24"/>
                <w:szCs w:val="24"/>
                <w:lang w:bidi="si-LK"/>
              </w:rPr>
            </w:pPr>
            <w:r w:rsidRPr="007319E2">
              <w:rPr>
                <w:rFonts w:cs="Iskoola Pota"/>
                <w:sz w:val="24"/>
                <w:szCs w:val="24"/>
                <w:cs/>
                <w:lang w:bidi="si-LK"/>
              </w:rPr>
              <w:t>බඳවා ගැනීමේ පටිපාටි සකස් කිරීම හා සංශෝධනය කිරීම, කාර්ය මණ්ඩලයේ විනය පවත්වාගෙන යාම හා අධිකාරියේ සමස්ත පරිපාලන හා මූල්‍ය පාලනය සිදු කිරීම.</w:t>
            </w:r>
          </w:p>
          <w:p w:rsidR="0061556E" w:rsidRPr="007319E2" w:rsidRDefault="00FC7CCB" w:rsidP="00A32EDC">
            <w:pPr>
              <w:spacing w:line="276" w:lineRule="auto"/>
              <w:jc w:val="both"/>
              <w:rPr>
                <w:rFonts w:cs="Iskoola Pota"/>
                <w:sz w:val="24"/>
                <w:szCs w:val="24"/>
                <w:lang w:bidi="si-LK"/>
              </w:rPr>
            </w:pPr>
            <w:r>
              <w:rPr>
                <w:rFonts w:cs="Iskoola Pota"/>
                <w:sz w:val="24"/>
                <w:szCs w:val="24"/>
                <w:cs/>
                <w:lang w:bidi="si-LK"/>
              </w:rPr>
              <w:t>සේවකයින්ගේ කා</w:t>
            </w:r>
            <w:r w:rsidR="0051747D" w:rsidRPr="007319E2">
              <w:rPr>
                <w:rFonts w:cs="Iskoola Pota"/>
                <w:sz w:val="24"/>
                <w:szCs w:val="24"/>
                <w:cs/>
                <w:lang w:bidi="si-LK"/>
              </w:rPr>
              <w:t xml:space="preserve">ර්ය සාධන ඇගයීම් සිදු </w:t>
            </w:r>
            <w:r w:rsidR="0061556E" w:rsidRPr="007319E2">
              <w:rPr>
                <w:rFonts w:cs="Iskoola Pota"/>
                <w:sz w:val="24"/>
                <w:szCs w:val="24"/>
                <w:cs/>
                <w:lang w:bidi="si-LK"/>
              </w:rPr>
              <w:t>කිරීම සහ මානව සම්පත් සංවර්ධන වැඩසටහන් සැලසුම් කිරීම හා ක්‍රියාත්මක කිරීම</w:t>
            </w:r>
          </w:p>
          <w:p w:rsidR="0051747D" w:rsidRPr="007319E2" w:rsidRDefault="00FC7CCB" w:rsidP="00A32EDC">
            <w:pPr>
              <w:spacing w:line="276" w:lineRule="auto"/>
              <w:jc w:val="both"/>
              <w:rPr>
                <w:rFonts w:cs="Iskoola Pota"/>
                <w:sz w:val="24"/>
                <w:szCs w:val="24"/>
                <w:cs/>
                <w:lang w:bidi="si-LK"/>
              </w:rPr>
            </w:pPr>
            <w:r>
              <w:rPr>
                <w:rFonts w:cs="Iskoola Pota"/>
                <w:sz w:val="24"/>
                <w:szCs w:val="24"/>
                <w:cs/>
                <w:lang w:bidi="si-LK"/>
              </w:rPr>
              <w:t>දේශීය හා ජ්‍යා</w:t>
            </w:r>
            <w:r>
              <w:rPr>
                <w:rFonts w:cs="Iskoola Pota" w:hint="cs"/>
                <w:sz w:val="24"/>
                <w:szCs w:val="24"/>
                <w:cs/>
                <w:lang w:bidi="si-LK"/>
              </w:rPr>
              <w:t>ත්තන්තර</w:t>
            </w:r>
            <w:r w:rsidR="0061556E" w:rsidRPr="007319E2">
              <w:rPr>
                <w:rFonts w:cs="Iskoola Pota"/>
                <w:sz w:val="24"/>
                <w:szCs w:val="24"/>
                <w:cs/>
                <w:lang w:bidi="si-LK"/>
              </w:rPr>
              <w:t xml:space="preserve"> සම්මන්ත්‍රණ වැඩමුළු සහ අනෙකුත් අදාල රැස්වීම් වලදී ජාතික ළමා ආරක්ෂක අධිකාරිය න</w:t>
            </w:r>
            <w:r w:rsidR="005C70BF">
              <w:rPr>
                <w:rFonts w:cs="Iskoola Pota" w:hint="cs"/>
                <w:sz w:val="24"/>
                <w:szCs w:val="24"/>
                <w:cs/>
                <w:lang w:bidi="si-LK"/>
              </w:rPr>
              <w:t>ි</w:t>
            </w:r>
            <w:r w:rsidR="0061556E" w:rsidRPr="007319E2">
              <w:rPr>
                <w:rFonts w:cs="Iskoola Pota"/>
                <w:sz w:val="24"/>
                <w:szCs w:val="24"/>
                <w:cs/>
                <w:lang w:bidi="si-LK"/>
              </w:rPr>
              <w:t xml:space="preserve">යෝජනය කිරීම හා අධිකාරියේ කටයුතු කරගෙන යාම සඳහා අවශ්‍ය උපදෙස් හා නිර්දේශ නිකුත් කිරීම ඇතුලු රාජකාරීන් ඉටු කිරීම. </w:t>
            </w:r>
          </w:p>
        </w:tc>
      </w:tr>
      <w:tr w:rsidR="0061556E" w:rsidRPr="007319E2" w:rsidTr="009B0DBB">
        <w:trPr>
          <w:trHeight w:val="462"/>
        </w:trPr>
        <w:tc>
          <w:tcPr>
            <w:tcW w:w="2538" w:type="dxa"/>
          </w:tcPr>
          <w:p w:rsidR="0061556E" w:rsidRPr="007319E2" w:rsidRDefault="0061556E" w:rsidP="00A32EDC">
            <w:pPr>
              <w:spacing w:line="276" w:lineRule="auto"/>
              <w:rPr>
                <w:rFonts w:cs="Iskoola Pota"/>
                <w:sz w:val="24"/>
                <w:szCs w:val="24"/>
                <w:cs/>
                <w:lang w:bidi="si-LK"/>
              </w:rPr>
            </w:pPr>
            <w:r w:rsidRPr="007319E2">
              <w:rPr>
                <w:rFonts w:cs="Iskoola Pota"/>
                <w:sz w:val="24"/>
                <w:szCs w:val="24"/>
                <w:cs/>
                <w:lang w:bidi="si-LK"/>
              </w:rPr>
              <w:t>නියෝජ්‍ය අධ්‍යක්ෂ ජනරාල්</w:t>
            </w:r>
          </w:p>
        </w:tc>
        <w:tc>
          <w:tcPr>
            <w:tcW w:w="7746" w:type="dxa"/>
          </w:tcPr>
          <w:p w:rsidR="0061556E" w:rsidRPr="007319E2" w:rsidRDefault="0061556E" w:rsidP="00A32EDC">
            <w:pPr>
              <w:spacing w:line="276" w:lineRule="auto"/>
              <w:jc w:val="both"/>
              <w:rPr>
                <w:rFonts w:cs="Iskoola Pota"/>
                <w:sz w:val="24"/>
                <w:szCs w:val="24"/>
                <w:lang w:bidi="si-LK"/>
              </w:rPr>
            </w:pPr>
            <w:r w:rsidRPr="007319E2">
              <w:rPr>
                <w:rFonts w:cs="Iskoola Pota"/>
                <w:sz w:val="24"/>
                <w:szCs w:val="24"/>
                <w:cs/>
                <w:lang w:bidi="si-LK"/>
              </w:rPr>
              <w:t>අධිකාරියේ දැක්ම හා මෙහෙවර සාක්ෂාත් කර ගැනිම සඳහා අධ්‍යක්ෂ ජනරාල්වරයාට සහය වීම.</w:t>
            </w:r>
          </w:p>
          <w:p w:rsidR="0061556E" w:rsidRPr="007319E2" w:rsidRDefault="0061556E" w:rsidP="00A32EDC">
            <w:pPr>
              <w:spacing w:line="276" w:lineRule="auto"/>
              <w:jc w:val="both"/>
              <w:rPr>
                <w:rFonts w:cs="Iskoola Pota"/>
                <w:sz w:val="24"/>
                <w:szCs w:val="24"/>
                <w:lang w:bidi="si-LK"/>
              </w:rPr>
            </w:pPr>
            <w:r w:rsidRPr="007319E2">
              <w:rPr>
                <w:rFonts w:cs="Iskoola Pota"/>
                <w:sz w:val="24"/>
                <w:szCs w:val="24"/>
                <w:cs/>
                <w:lang w:bidi="si-LK"/>
              </w:rPr>
              <w:lastRenderedPageBreak/>
              <w:t>ආයතනික සැලැස්ම, වාර්ෂික වාර්තා හා මූල්‍ය වාර්තා සකස් කිරීම සහ ක්‍රියාත්මක කිරීම හා සම්බන්ධීකරණය කිරීම</w:t>
            </w:r>
          </w:p>
          <w:p w:rsidR="0061556E" w:rsidRPr="007319E2" w:rsidRDefault="0061556E" w:rsidP="00A32EDC">
            <w:pPr>
              <w:spacing w:line="276" w:lineRule="auto"/>
              <w:jc w:val="both"/>
              <w:rPr>
                <w:rFonts w:cs="Iskoola Pota"/>
                <w:sz w:val="24"/>
                <w:szCs w:val="24"/>
                <w:lang w:bidi="si-LK"/>
              </w:rPr>
            </w:pPr>
            <w:r w:rsidRPr="007319E2">
              <w:rPr>
                <w:rFonts w:cs="Iskoola Pota"/>
                <w:sz w:val="24"/>
                <w:szCs w:val="24"/>
                <w:cs/>
                <w:lang w:bidi="si-LK"/>
              </w:rPr>
              <w:t>අ</w:t>
            </w:r>
            <w:r w:rsidR="005C70BF">
              <w:rPr>
                <w:rFonts w:cs="Iskoola Pota"/>
                <w:sz w:val="24"/>
                <w:szCs w:val="24"/>
                <w:cs/>
                <w:lang w:bidi="si-LK"/>
              </w:rPr>
              <w:t>ධිකාරියේ සියලුම අංශ වල පරිපාලනම</w:t>
            </w:r>
            <w:r w:rsidR="005C70BF">
              <w:rPr>
                <w:rFonts w:cs="Iskoola Pota" w:hint="cs"/>
                <w:sz w:val="24"/>
                <w:szCs w:val="24"/>
                <w:cs/>
                <w:lang w:bidi="si-LK"/>
              </w:rPr>
              <w:t>ය</w:t>
            </w:r>
            <w:r w:rsidRPr="007319E2">
              <w:rPr>
                <w:rFonts w:cs="Iskoola Pota"/>
                <w:sz w:val="24"/>
                <w:szCs w:val="24"/>
                <w:cs/>
                <w:lang w:bidi="si-LK"/>
              </w:rPr>
              <w:t xml:space="preserve"> සහ මූල්‍ය කළමනාකරණය මෙන්ම ක්‍රියාකාරකම් සම්බන්ධයෙන් අධ්‍යක්ෂ ජනරාල්වරයාට සහය වීම.</w:t>
            </w:r>
          </w:p>
          <w:p w:rsidR="0061556E" w:rsidRPr="007319E2" w:rsidRDefault="0061556E" w:rsidP="00A32EDC">
            <w:pPr>
              <w:spacing w:line="276" w:lineRule="auto"/>
              <w:jc w:val="both"/>
              <w:rPr>
                <w:rFonts w:cs="Iskoola Pota"/>
                <w:sz w:val="24"/>
                <w:szCs w:val="24"/>
                <w:lang w:bidi="si-LK"/>
              </w:rPr>
            </w:pPr>
            <w:r w:rsidRPr="007319E2">
              <w:rPr>
                <w:rFonts w:cs="Iskoola Pota"/>
                <w:sz w:val="24"/>
                <w:szCs w:val="24"/>
                <w:cs/>
                <w:lang w:bidi="si-LK"/>
              </w:rPr>
              <w:t>බඳවා ගැනීමේ පටිපාටි සකස් කිරීම හා සමාලෝචනය හා සම්බන්ධීකරණය, කාර්ය මණ්ඩලයේ විනය පවත්වාගෙන යාම හා අධිකාරියේ සමස්ත පරිපාලන හා මූල්‍ය පාලනය සදහා සහය වීම.</w:t>
            </w:r>
          </w:p>
          <w:p w:rsidR="0061556E" w:rsidRPr="007319E2" w:rsidRDefault="005C70BF" w:rsidP="00A32EDC">
            <w:pPr>
              <w:spacing w:line="276" w:lineRule="auto"/>
              <w:jc w:val="both"/>
              <w:rPr>
                <w:rFonts w:cs="Iskoola Pota"/>
                <w:sz w:val="24"/>
                <w:szCs w:val="24"/>
                <w:lang w:bidi="si-LK"/>
              </w:rPr>
            </w:pPr>
            <w:r>
              <w:rPr>
                <w:rFonts w:cs="Iskoola Pota"/>
                <w:sz w:val="24"/>
                <w:szCs w:val="24"/>
                <w:cs/>
                <w:lang w:bidi="si-LK"/>
              </w:rPr>
              <w:t>සේවකයින්ගේ කා</w:t>
            </w:r>
            <w:r w:rsidR="0061556E" w:rsidRPr="007319E2">
              <w:rPr>
                <w:rFonts w:cs="Iskoola Pota"/>
                <w:sz w:val="24"/>
                <w:szCs w:val="24"/>
                <w:cs/>
                <w:lang w:bidi="si-LK"/>
              </w:rPr>
              <w:t>ර්ය සාධන ඇගයීම් සඳහා සහය වීම සහ මානව සම්පත් සංවර්ධන වැඩසටහන් සැලසුම් කිරීම හා ක්‍රියාත්මක කිරීම</w:t>
            </w:r>
          </w:p>
          <w:p w:rsidR="0061556E" w:rsidRPr="007319E2" w:rsidRDefault="0061556E" w:rsidP="00A32EDC">
            <w:pPr>
              <w:spacing w:line="276" w:lineRule="auto"/>
              <w:jc w:val="both"/>
              <w:rPr>
                <w:rFonts w:cs="Iskoola Pota"/>
                <w:sz w:val="24"/>
                <w:szCs w:val="24"/>
                <w:lang w:bidi="si-LK"/>
              </w:rPr>
            </w:pPr>
            <w:r w:rsidRPr="007319E2">
              <w:rPr>
                <w:rFonts w:cs="Iskoola Pota"/>
                <w:sz w:val="24"/>
                <w:szCs w:val="24"/>
                <w:cs/>
                <w:lang w:bidi="si-LK"/>
              </w:rPr>
              <w:t>අධිකාරියේ කටයුතු කරගෙන යාම සඳහා අවශ්‍ය උපදෙස් හා නිර්දේශ නිකුත් කිරීම ඇතුලු රාජකාරීන් ඉටු කිරීම.</w:t>
            </w:r>
          </w:p>
          <w:p w:rsidR="0061556E" w:rsidRPr="007319E2" w:rsidRDefault="0061556E" w:rsidP="00A32EDC">
            <w:pPr>
              <w:spacing w:line="276" w:lineRule="auto"/>
              <w:jc w:val="both"/>
              <w:rPr>
                <w:rFonts w:cs="Iskoola Pota"/>
                <w:sz w:val="24"/>
                <w:szCs w:val="24"/>
                <w:cs/>
                <w:lang w:bidi="si-LK"/>
              </w:rPr>
            </w:pPr>
          </w:p>
        </w:tc>
      </w:tr>
    </w:tbl>
    <w:p w:rsidR="00D95717" w:rsidRPr="007319E2" w:rsidRDefault="00D95717" w:rsidP="00A32EDC">
      <w:pPr>
        <w:spacing w:after="0"/>
        <w:rPr>
          <w:rFonts w:cs="Iskoola Pota"/>
          <w:b/>
          <w:sz w:val="24"/>
          <w:szCs w:val="24"/>
          <w:lang w:bidi="si-LK"/>
        </w:rPr>
      </w:pPr>
    </w:p>
    <w:p w:rsidR="00215742" w:rsidRPr="007319E2" w:rsidRDefault="00453B39" w:rsidP="00A32EDC">
      <w:pPr>
        <w:pStyle w:val="ListParagraph"/>
        <w:numPr>
          <w:ilvl w:val="0"/>
          <w:numId w:val="19"/>
        </w:numPr>
        <w:spacing w:after="0"/>
        <w:rPr>
          <w:rFonts w:cs="Iskoola Pota"/>
          <w:sz w:val="24"/>
          <w:szCs w:val="24"/>
        </w:rPr>
      </w:pPr>
      <w:r w:rsidRPr="007319E2">
        <w:rPr>
          <w:rFonts w:cs="Iskoola Pota"/>
          <w:sz w:val="24"/>
          <w:szCs w:val="24"/>
          <w:cs/>
          <w:lang w:bidi="si-LK"/>
        </w:rPr>
        <w:t>අමාත්‍යාං</w:t>
      </w:r>
      <w:r w:rsidR="00215742" w:rsidRPr="007319E2">
        <w:rPr>
          <w:rFonts w:cs="Iskoola Pota"/>
          <w:sz w:val="24"/>
          <w:szCs w:val="24"/>
          <w:cs/>
          <w:lang w:bidi="si-LK"/>
        </w:rPr>
        <w:t>ශයේ</w:t>
      </w:r>
      <w:r w:rsidR="00215742" w:rsidRPr="007319E2">
        <w:rPr>
          <w:rFonts w:cs="Iskoola Pota"/>
          <w:sz w:val="24"/>
          <w:szCs w:val="24"/>
        </w:rPr>
        <w:t xml:space="preserve"> </w:t>
      </w:r>
      <w:r w:rsidR="00215742" w:rsidRPr="007319E2">
        <w:rPr>
          <w:rFonts w:cs="Iskoola Pota"/>
          <w:sz w:val="24"/>
          <w:szCs w:val="24"/>
          <w:cs/>
          <w:lang w:bidi="si-LK"/>
        </w:rPr>
        <w:t>නම</w:t>
      </w:r>
      <w:r w:rsidR="00215742" w:rsidRPr="007319E2">
        <w:rPr>
          <w:rFonts w:cs="Iskoola Pota"/>
          <w:sz w:val="24"/>
          <w:szCs w:val="24"/>
        </w:rPr>
        <w:t xml:space="preserve"> / </w:t>
      </w:r>
      <w:r w:rsidR="00215742" w:rsidRPr="007319E2">
        <w:rPr>
          <w:rFonts w:cs="Iskoola Pota"/>
          <w:sz w:val="24"/>
          <w:szCs w:val="24"/>
          <w:cs/>
          <w:lang w:bidi="si-LK"/>
        </w:rPr>
        <w:t>පොදු</w:t>
      </w:r>
      <w:r w:rsidR="00215742" w:rsidRPr="007319E2">
        <w:rPr>
          <w:rFonts w:cs="Iskoola Pota"/>
          <w:sz w:val="24"/>
          <w:szCs w:val="24"/>
        </w:rPr>
        <w:t xml:space="preserve"> </w:t>
      </w:r>
      <w:r w:rsidR="00215742" w:rsidRPr="007319E2">
        <w:rPr>
          <w:rFonts w:cs="Iskoola Pota"/>
          <w:sz w:val="24"/>
          <w:szCs w:val="24"/>
          <w:cs/>
          <w:lang w:bidi="si-LK"/>
        </w:rPr>
        <w:t>අධිකාරියේ</w:t>
      </w:r>
      <w:r w:rsidR="00215742" w:rsidRPr="007319E2">
        <w:rPr>
          <w:rFonts w:cs="Iskoola Pota"/>
          <w:sz w:val="24"/>
          <w:szCs w:val="24"/>
        </w:rPr>
        <w:t xml:space="preserve"> </w:t>
      </w:r>
      <w:r w:rsidR="00215742" w:rsidRPr="007319E2">
        <w:rPr>
          <w:rFonts w:cs="Iskoola Pota"/>
          <w:sz w:val="24"/>
          <w:szCs w:val="24"/>
          <w:cs/>
          <w:lang w:bidi="si-LK"/>
        </w:rPr>
        <w:t>නම</w:t>
      </w:r>
      <w:r w:rsidR="00215742" w:rsidRPr="007319E2">
        <w:rPr>
          <w:rFonts w:cs="Iskoola Pota"/>
          <w:sz w:val="24"/>
          <w:szCs w:val="24"/>
        </w:rPr>
        <w:t xml:space="preserve"> :-</w:t>
      </w:r>
      <w:r w:rsidR="00215742" w:rsidRPr="007319E2">
        <w:rPr>
          <w:rFonts w:cs="Iskoola Pota"/>
          <w:sz w:val="24"/>
          <w:szCs w:val="24"/>
          <w:cs/>
          <w:lang w:bidi="si-LK"/>
        </w:rPr>
        <w:t xml:space="preserve"> </w:t>
      </w:r>
      <w:r w:rsidR="009D0DC3" w:rsidRPr="007319E2">
        <w:rPr>
          <w:rFonts w:cs="Iskoola Pota"/>
          <w:sz w:val="24"/>
          <w:szCs w:val="24"/>
          <w:cs/>
          <w:lang w:bidi="si-LK"/>
        </w:rPr>
        <w:t>පරිවාස හා ළමාරක්ෂක සේවා දෙපාර්තමේන්තුව</w:t>
      </w:r>
    </w:p>
    <w:p w:rsidR="00215742" w:rsidRDefault="00215742" w:rsidP="00A32EDC">
      <w:pPr>
        <w:pStyle w:val="ListParagraph"/>
        <w:numPr>
          <w:ilvl w:val="0"/>
          <w:numId w:val="19"/>
        </w:numPr>
        <w:spacing w:after="0"/>
        <w:rPr>
          <w:rFonts w:cs="Iskoola Pota"/>
          <w:sz w:val="24"/>
          <w:szCs w:val="24"/>
        </w:rPr>
      </w:pPr>
      <w:r w:rsidRPr="007319E2">
        <w:rPr>
          <w:rFonts w:cs="Iskoola Pota"/>
          <w:sz w:val="24"/>
          <w:szCs w:val="24"/>
          <w:cs/>
          <w:lang w:bidi="si-LK"/>
        </w:rPr>
        <w:t>තනතුරු</w:t>
      </w:r>
      <w:r w:rsidRPr="007319E2">
        <w:rPr>
          <w:rFonts w:cs="Iskoola Pota"/>
          <w:sz w:val="24"/>
          <w:szCs w:val="24"/>
        </w:rPr>
        <w:t xml:space="preserve"> </w:t>
      </w:r>
      <w:r w:rsidRPr="007319E2">
        <w:rPr>
          <w:rFonts w:cs="Iskoola Pota"/>
          <w:sz w:val="24"/>
          <w:szCs w:val="24"/>
          <w:cs/>
          <w:lang w:bidi="si-LK"/>
        </w:rPr>
        <w:t>අනුව</w:t>
      </w:r>
      <w:r w:rsidRPr="007319E2">
        <w:rPr>
          <w:rFonts w:cs="Iskoola Pota"/>
          <w:sz w:val="24"/>
          <w:szCs w:val="24"/>
        </w:rPr>
        <w:t xml:space="preserve"> </w:t>
      </w:r>
      <w:r w:rsidRPr="007319E2">
        <w:rPr>
          <w:rFonts w:cs="Iskoola Pota"/>
          <w:sz w:val="24"/>
          <w:szCs w:val="24"/>
          <w:cs/>
          <w:lang w:bidi="si-LK"/>
        </w:rPr>
        <w:t>බලතල</w:t>
      </w:r>
      <w:r w:rsidRPr="007319E2">
        <w:rPr>
          <w:rFonts w:cs="Iskoola Pota"/>
          <w:sz w:val="24"/>
          <w:szCs w:val="24"/>
        </w:rPr>
        <w:t xml:space="preserve"> </w:t>
      </w:r>
      <w:r w:rsidRPr="007319E2">
        <w:rPr>
          <w:rFonts w:cs="Iskoola Pota"/>
          <w:sz w:val="24"/>
          <w:szCs w:val="24"/>
          <w:cs/>
          <w:lang w:bidi="si-LK"/>
        </w:rPr>
        <w:t>කාර්යය</w:t>
      </w:r>
      <w:r w:rsidRPr="007319E2">
        <w:rPr>
          <w:rFonts w:cs="Iskoola Pota"/>
          <w:sz w:val="24"/>
          <w:szCs w:val="24"/>
        </w:rPr>
        <w:t xml:space="preserve"> </w:t>
      </w:r>
      <w:r w:rsidRPr="007319E2">
        <w:rPr>
          <w:rFonts w:cs="Iskoola Pota"/>
          <w:sz w:val="24"/>
          <w:szCs w:val="24"/>
          <w:cs/>
          <w:lang w:bidi="si-LK"/>
        </w:rPr>
        <w:t>හා</w:t>
      </w:r>
      <w:r w:rsidRPr="007319E2">
        <w:rPr>
          <w:rFonts w:cs="Iskoola Pota"/>
          <w:sz w:val="24"/>
          <w:szCs w:val="24"/>
        </w:rPr>
        <w:t xml:space="preserve"> </w:t>
      </w:r>
      <w:r w:rsidRPr="007319E2">
        <w:rPr>
          <w:rFonts w:cs="Iskoola Pota"/>
          <w:sz w:val="24"/>
          <w:szCs w:val="24"/>
          <w:cs/>
          <w:lang w:bidi="si-LK"/>
        </w:rPr>
        <w:t xml:space="preserve">කර්තව්‍යය </w:t>
      </w:r>
      <w:r w:rsidRPr="007319E2">
        <w:rPr>
          <w:rFonts w:cs="Iskoola Pota"/>
          <w:sz w:val="24"/>
          <w:szCs w:val="24"/>
        </w:rPr>
        <w:t xml:space="preserve"> :-</w:t>
      </w:r>
      <w:r w:rsidRPr="007319E2">
        <w:rPr>
          <w:rFonts w:cs="Iskoola Pota"/>
          <w:sz w:val="24"/>
          <w:szCs w:val="24"/>
          <w:cs/>
          <w:lang w:bidi="si-LK"/>
        </w:rPr>
        <w:t xml:space="preserve"> </w:t>
      </w:r>
    </w:p>
    <w:p w:rsidR="001568EA" w:rsidRPr="007319E2" w:rsidRDefault="001568EA" w:rsidP="00A32EDC">
      <w:pPr>
        <w:pStyle w:val="ListParagraph"/>
        <w:spacing w:after="0"/>
        <w:rPr>
          <w:rFonts w:cs="Iskoola Pota"/>
          <w:sz w:val="24"/>
          <w:szCs w:val="24"/>
        </w:rPr>
      </w:pPr>
    </w:p>
    <w:tbl>
      <w:tblPr>
        <w:tblStyle w:val="TableGrid"/>
        <w:tblW w:w="10284" w:type="dxa"/>
        <w:tblLook w:val="04A0"/>
      </w:tblPr>
      <w:tblGrid>
        <w:gridCol w:w="1818"/>
        <w:gridCol w:w="8466"/>
      </w:tblGrid>
      <w:tr w:rsidR="00215742" w:rsidRPr="007319E2" w:rsidTr="00A32EDC">
        <w:trPr>
          <w:trHeight w:val="872"/>
        </w:trPr>
        <w:tc>
          <w:tcPr>
            <w:tcW w:w="1818" w:type="dxa"/>
            <w:vAlign w:val="center"/>
          </w:tcPr>
          <w:p w:rsidR="00215742" w:rsidRPr="007319E2" w:rsidRDefault="00215742" w:rsidP="00A32EDC">
            <w:pPr>
              <w:spacing w:line="276" w:lineRule="auto"/>
              <w:jc w:val="center"/>
              <w:rPr>
                <w:rFonts w:cs="Iskoola Pota"/>
                <w:sz w:val="24"/>
                <w:szCs w:val="24"/>
              </w:rPr>
            </w:pPr>
            <w:r w:rsidRPr="007319E2">
              <w:rPr>
                <w:rFonts w:cs="Iskoola Pota"/>
                <w:b/>
                <w:bCs/>
                <w:sz w:val="24"/>
                <w:szCs w:val="24"/>
                <w:cs/>
                <w:lang w:bidi="si-LK"/>
              </w:rPr>
              <w:t>ප්‍රධාන</w:t>
            </w:r>
            <w:r w:rsidRPr="007319E2">
              <w:rPr>
                <w:rFonts w:cs="Iskoola Pota"/>
                <w:b/>
                <w:sz w:val="24"/>
                <w:szCs w:val="24"/>
              </w:rPr>
              <w:t xml:space="preserve"> </w:t>
            </w:r>
            <w:r w:rsidRPr="007319E2">
              <w:rPr>
                <w:rFonts w:cs="Iskoola Pota"/>
                <w:b/>
                <w:bCs/>
                <w:sz w:val="24"/>
                <w:szCs w:val="24"/>
                <w:cs/>
                <w:lang w:bidi="si-LK"/>
              </w:rPr>
              <w:t>තනතුරු</w:t>
            </w:r>
          </w:p>
        </w:tc>
        <w:tc>
          <w:tcPr>
            <w:tcW w:w="8466" w:type="dxa"/>
            <w:vAlign w:val="center"/>
          </w:tcPr>
          <w:p w:rsidR="00215742" w:rsidRPr="007319E2" w:rsidRDefault="00215742" w:rsidP="00A32EDC">
            <w:pPr>
              <w:spacing w:line="276" w:lineRule="auto"/>
              <w:jc w:val="center"/>
              <w:rPr>
                <w:rFonts w:cs="Iskoola Pota"/>
                <w:sz w:val="24"/>
                <w:szCs w:val="24"/>
              </w:rPr>
            </w:pPr>
            <w:r w:rsidRPr="007319E2">
              <w:rPr>
                <w:rFonts w:cs="Iskoola Pota"/>
                <w:b/>
                <w:bCs/>
                <w:sz w:val="24"/>
                <w:szCs w:val="24"/>
                <w:cs/>
                <w:lang w:bidi="si-LK"/>
              </w:rPr>
              <w:t>තනතුරට</w:t>
            </w:r>
            <w:r w:rsidRPr="007319E2">
              <w:rPr>
                <w:rFonts w:cs="Iskoola Pota"/>
                <w:b/>
                <w:sz w:val="24"/>
                <w:szCs w:val="24"/>
              </w:rPr>
              <w:t xml:space="preserve"> </w:t>
            </w:r>
            <w:r w:rsidRPr="007319E2">
              <w:rPr>
                <w:rFonts w:cs="Iskoola Pota"/>
                <w:b/>
                <w:bCs/>
                <w:sz w:val="24"/>
                <w:szCs w:val="24"/>
                <w:cs/>
                <w:lang w:bidi="si-LK"/>
              </w:rPr>
              <w:t>පැවරෙන</w:t>
            </w:r>
            <w:r w:rsidRPr="007319E2">
              <w:rPr>
                <w:rFonts w:cs="Iskoola Pota"/>
                <w:b/>
                <w:sz w:val="24"/>
                <w:szCs w:val="24"/>
              </w:rPr>
              <w:t xml:space="preserve"> </w:t>
            </w:r>
            <w:r w:rsidRPr="007319E2">
              <w:rPr>
                <w:rFonts w:cs="Iskoola Pota"/>
                <w:b/>
                <w:bCs/>
                <w:sz w:val="24"/>
                <w:szCs w:val="24"/>
                <w:cs/>
                <w:lang w:bidi="si-LK"/>
              </w:rPr>
              <w:t>බලතල</w:t>
            </w:r>
            <w:r w:rsidRPr="007319E2">
              <w:rPr>
                <w:rFonts w:cs="Iskoola Pota"/>
                <w:b/>
                <w:sz w:val="24"/>
                <w:szCs w:val="24"/>
              </w:rPr>
              <w:t xml:space="preserve">, </w:t>
            </w:r>
            <w:r w:rsidRPr="007319E2">
              <w:rPr>
                <w:rFonts w:cs="Iskoola Pota"/>
                <w:b/>
                <w:bCs/>
                <w:sz w:val="24"/>
                <w:szCs w:val="24"/>
                <w:cs/>
                <w:lang w:bidi="si-LK"/>
              </w:rPr>
              <w:t>කාර්යය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කර්තව්‍යයන්</w:t>
            </w:r>
            <w:r w:rsidRPr="007319E2">
              <w:rPr>
                <w:rFonts w:cs="Iskoola Pota"/>
                <w:b/>
                <w:sz w:val="24"/>
                <w:szCs w:val="24"/>
              </w:rPr>
              <w:t xml:space="preserve"> (</w:t>
            </w:r>
            <w:r w:rsidRPr="007319E2">
              <w:rPr>
                <w:rFonts w:cs="Iskoola Pota"/>
                <w:b/>
                <w:bCs/>
                <w:sz w:val="24"/>
                <w:szCs w:val="24"/>
                <w:cs/>
                <w:lang w:bidi="si-LK"/>
              </w:rPr>
              <w:t>සැකෙවින්</w:t>
            </w:r>
            <w:r w:rsidRPr="007319E2">
              <w:rPr>
                <w:rFonts w:cs="Iskoola Pota"/>
                <w:b/>
                <w:sz w:val="24"/>
                <w:szCs w:val="24"/>
              </w:rPr>
              <w:t>)</w:t>
            </w:r>
          </w:p>
        </w:tc>
      </w:tr>
      <w:tr w:rsidR="00215742" w:rsidRPr="007319E2" w:rsidTr="001568EA">
        <w:trPr>
          <w:trHeight w:val="462"/>
        </w:trPr>
        <w:tc>
          <w:tcPr>
            <w:tcW w:w="1818" w:type="dxa"/>
          </w:tcPr>
          <w:p w:rsidR="00215742" w:rsidRPr="007319E2" w:rsidRDefault="003F6946" w:rsidP="00A32EDC">
            <w:pPr>
              <w:spacing w:line="276" w:lineRule="auto"/>
              <w:rPr>
                <w:rFonts w:cs="Iskoola Pota"/>
                <w:sz w:val="24"/>
                <w:szCs w:val="24"/>
                <w:lang w:bidi="si-LK"/>
              </w:rPr>
            </w:pPr>
            <w:r w:rsidRPr="007319E2">
              <w:rPr>
                <w:rFonts w:cs="Iskoola Pota"/>
                <w:sz w:val="24"/>
                <w:szCs w:val="24"/>
                <w:cs/>
                <w:lang w:bidi="si-LK"/>
              </w:rPr>
              <w:t>කොමසාරිස්</w:t>
            </w:r>
          </w:p>
        </w:tc>
        <w:tc>
          <w:tcPr>
            <w:tcW w:w="8466" w:type="dxa"/>
          </w:tcPr>
          <w:p w:rsidR="001568EA" w:rsidRPr="00C840CA" w:rsidRDefault="001568EA" w:rsidP="00A32EDC">
            <w:pPr>
              <w:numPr>
                <w:ilvl w:val="0"/>
                <w:numId w:val="21"/>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 xml:space="preserve">පරිවාස හා ළමාරක්ෂක සේවා දෙපාර්තමේන්තුවේ දැක්ම </w:t>
            </w:r>
            <w:r w:rsidRPr="00C840CA">
              <w:rPr>
                <w:rFonts w:eastAsia="Times New Roman" w:cs="Iskoola Pota"/>
                <w:color w:val="000000"/>
                <w:sz w:val="24"/>
                <w:szCs w:val="24"/>
              </w:rPr>
              <w:t xml:space="preserve">, </w:t>
            </w:r>
            <w:r w:rsidRPr="00C840CA">
              <w:rPr>
                <w:rFonts w:eastAsia="Times New Roman" w:cs="Iskoola Pota"/>
                <w:color w:val="000000"/>
                <w:sz w:val="24"/>
                <w:szCs w:val="24"/>
                <w:cs/>
                <w:lang w:bidi="si-LK"/>
              </w:rPr>
              <w:t>මෙහෙවර සාක්ෂාත් කර ගැනීම සඳහා</w:t>
            </w:r>
            <w:r w:rsidRPr="00C840CA">
              <w:rPr>
                <w:rFonts w:eastAsia="Times New Roman" w:cs="Iskoola Pota"/>
                <w:color w:val="000000"/>
                <w:sz w:val="24"/>
                <w:szCs w:val="24"/>
              </w:rPr>
              <w:t xml:space="preserve">  </w:t>
            </w:r>
            <w:r w:rsidRPr="00C840CA">
              <w:rPr>
                <w:rFonts w:eastAsia="Times New Roman" w:cs="Iskoola Pota"/>
                <w:color w:val="000000"/>
                <w:sz w:val="24"/>
                <w:szCs w:val="24"/>
                <w:cs/>
                <w:lang w:bidi="si-LK"/>
              </w:rPr>
              <w:t>දෙපාර්තමේන්තුවේ කටයුතු මෙහෙයවීම</w:t>
            </w:r>
            <w:r w:rsidRPr="00C840CA">
              <w:rPr>
                <w:rFonts w:eastAsia="Times New Roman" w:cs="Iskoola Pota"/>
                <w:color w:val="000000"/>
                <w:sz w:val="24"/>
                <w:szCs w:val="24"/>
              </w:rPr>
              <w:t> </w:t>
            </w:r>
          </w:p>
          <w:p w:rsidR="001568EA" w:rsidRPr="00C840CA" w:rsidRDefault="001568EA" w:rsidP="00A32EDC">
            <w:pPr>
              <w:numPr>
                <w:ilvl w:val="0"/>
                <w:numId w:val="21"/>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අනාරක්ෂිත තත්ත්වයේ සිටින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දරුවන්ගේ අයිතිවාසිකම් ආරක්ෂා</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 සඳහා ජාත්‍යන්තර</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සම්මතයන්ට ගැළපෙන‍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w:t>
            </w:r>
            <w:r>
              <w:rPr>
                <w:rFonts w:eastAsia="Times New Roman" w:cs="Iskoola Pota" w:hint="cs"/>
                <w:color w:val="000000"/>
                <w:sz w:val="24"/>
                <w:szCs w:val="24"/>
                <w:cs/>
                <w:lang w:bidi="si-LK"/>
              </w:rPr>
              <w:t xml:space="preserve">වා </w:t>
            </w:r>
            <w:r w:rsidRPr="00C840CA">
              <w:rPr>
                <w:rFonts w:eastAsia="Times New Roman" w:cs="Iskoola Pota"/>
                <w:color w:val="000000"/>
                <w:sz w:val="24"/>
                <w:szCs w:val="24"/>
                <w:cs/>
                <w:lang w:bidi="si-LK"/>
              </w:rPr>
              <w:t>වැඩසටහන් හා ව්‍යාපෘති සැකසීම හා</w:t>
            </w:r>
            <w:r>
              <w:rPr>
                <w:rFonts w:eastAsia="Times New Roman" w:cs="Iskoola Pota" w:hint="cs"/>
                <w:color w:val="000000"/>
                <w:sz w:val="24"/>
                <w:szCs w:val="24"/>
                <w:cs/>
                <w:lang w:bidi="si-LK"/>
              </w:rPr>
              <w:t xml:space="preserve"> </w:t>
            </w:r>
            <w:r>
              <w:rPr>
                <w:rFonts w:eastAsia="Times New Roman" w:cs="Iskoola Pota"/>
                <w:color w:val="000000"/>
                <w:sz w:val="24"/>
                <w:szCs w:val="24"/>
                <w:cs/>
                <w:lang w:bidi="si-LK"/>
              </w:rPr>
              <w:t>ක</w:t>
            </w:r>
            <w:r>
              <w:rPr>
                <w:rFonts w:eastAsia="Times New Roman" w:cs="Iskoola Pota" w:hint="cs"/>
                <w:color w:val="000000"/>
                <w:sz w:val="24"/>
                <w:szCs w:val="24"/>
                <w:cs/>
                <w:lang w:bidi="si-LK"/>
              </w:rPr>
              <w:t>්‍රි</w:t>
            </w:r>
            <w:r w:rsidRPr="00C840CA">
              <w:rPr>
                <w:rFonts w:eastAsia="Times New Roman" w:cs="Iskoola Pota"/>
                <w:color w:val="000000"/>
                <w:sz w:val="24"/>
                <w:szCs w:val="24"/>
                <w:cs/>
                <w:lang w:bidi="si-LK"/>
              </w:rPr>
              <w:t>යාත්මක කිරී</w:t>
            </w:r>
            <w:r>
              <w:rPr>
                <w:rFonts w:eastAsia="Times New Roman" w:cs="Iskoola Pota" w:hint="cs"/>
                <w:color w:val="000000"/>
                <w:sz w:val="24"/>
                <w:szCs w:val="24"/>
                <w:cs/>
                <w:lang w:bidi="si-LK"/>
              </w:rPr>
              <w:t>ම.</w:t>
            </w:r>
          </w:p>
          <w:p w:rsidR="001568EA" w:rsidRPr="00C840CA" w:rsidRDefault="001568EA" w:rsidP="00A32EDC">
            <w:pPr>
              <w:numPr>
                <w:ilvl w:val="0"/>
                <w:numId w:val="21"/>
              </w:numPr>
              <w:spacing w:line="276" w:lineRule="auto"/>
              <w:jc w:val="both"/>
              <w:textAlignment w:val="baseline"/>
              <w:rPr>
                <w:rFonts w:ascii="Times New Roman" w:eastAsia="Times New Roman" w:hAnsi="Times New Roman" w:cs="Times New Roman"/>
                <w:sz w:val="24"/>
                <w:szCs w:val="24"/>
              </w:rPr>
            </w:pPr>
            <w:r>
              <w:rPr>
                <w:rFonts w:eastAsia="Times New Roman" w:cs="Iskoola Pota" w:hint="cs"/>
                <w:color w:val="000000"/>
                <w:sz w:val="24"/>
                <w:szCs w:val="24"/>
                <w:cs/>
                <w:lang w:bidi="si-LK"/>
              </w:rPr>
              <w:t>දෙපාර්තමේන්තුවට අදාල සියලු අණපනත් ක්‍රියාවට නැංවීම</w:t>
            </w:r>
          </w:p>
          <w:p w:rsidR="00215742" w:rsidRPr="001568EA" w:rsidRDefault="001568EA" w:rsidP="00A32EDC">
            <w:pPr>
              <w:numPr>
                <w:ilvl w:val="0"/>
                <w:numId w:val="21"/>
              </w:numPr>
              <w:spacing w:line="276" w:lineRule="auto"/>
              <w:jc w:val="both"/>
              <w:textAlignment w:val="baseline"/>
              <w:rPr>
                <w:rFonts w:ascii="Times New Roman" w:eastAsia="Times New Roman" w:hAnsi="Times New Roman" w:cs="Times New Roman"/>
                <w:sz w:val="24"/>
                <w:szCs w:val="24"/>
                <w:rtl/>
                <w:cs/>
              </w:rPr>
            </w:pPr>
            <w:r>
              <w:rPr>
                <w:rFonts w:eastAsia="Times New Roman" w:cs="Iskoola Pota" w:hint="cs"/>
                <w:color w:val="000000"/>
                <w:sz w:val="24"/>
                <w:szCs w:val="24"/>
                <w:cs/>
                <w:lang w:bidi="si-LK"/>
              </w:rPr>
              <w:t xml:space="preserve">දෙපාර්තමේන්තු කාර්යභාරය සාක්ෂාත් කර ගැනීම සඳහා කාර්ය මණ්ඩලය මෙහෙය වීම </w:t>
            </w:r>
          </w:p>
        </w:tc>
      </w:tr>
      <w:tr w:rsidR="001568EA" w:rsidRPr="007319E2" w:rsidTr="001568EA">
        <w:trPr>
          <w:trHeight w:val="462"/>
        </w:trPr>
        <w:tc>
          <w:tcPr>
            <w:tcW w:w="1818" w:type="dxa"/>
          </w:tcPr>
          <w:p w:rsidR="001568EA" w:rsidRPr="00C840CA" w:rsidRDefault="001568EA" w:rsidP="00A32EDC">
            <w:pPr>
              <w:spacing w:line="276" w:lineRule="auto"/>
              <w:jc w:val="both"/>
              <w:rPr>
                <w:rFonts w:ascii="Times New Roman" w:eastAsia="Times New Roman" w:hAnsi="Times New Roman" w:cs="Times New Roman"/>
                <w:sz w:val="24"/>
                <w:szCs w:val="24"/>
              </w:rPr>
            </w:pPr>
            <w:r w:rsidRPr="00C840CA">
              <w:rPr>
                <w:rFonts w:ascii="Calibri" w:eastAsia="Times New Roman" w:hAnsi="Calibri" w:cs="Iskoola Pota"/>
                <w:color w:val="000000"/>
                <w:sz w:val="24"/>
                <w:szCs w:val="24"/>
                <w:cs/>
                <w:lang w:bidi="si-LK"/>
              </w:rPr>
              <w:t xml:space="preserve">නියෝජ්‍ය කොමසාරිස්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සංවර්ධන</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tc>
        <w:tc>
          <w:tcPr>
            <w:tcW w:w="8466" w:type="dxa"/>
          </w:tcPr>
          <w:p w:rsidR="001568EA" w:rsidRPr="00C840CA" w:rsidRDefault="001568EA" w:rsidP="00A32EDC">
            <w:pPr>
              <w:numPr>
                <w:ilvl w:val="0"/>
                <w:numId w:val="22"/>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සංවර්ධන අංශයේ නිලධාරීන්ගේ රාජකාරි මෙහෙයවීම හා අධීක්ෂණය</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වාර්තා නිසි කලට ලබා දීම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දෙපාර්තමේන්තු නිල වෙබ් අඩවිය හා ෆේස්බුක් ගිණුම යාවත්කාලීන කිරීමට අදාල තොරතුරු ලබා දීම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 xml:space="preserve">අංශයට අදාලව කරනු ලබන සියලු විමසීම්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පාර්ලිමේන්තු</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තොරතුරු පනත</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විගණන</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සඳහා පිළිතුරු සැපයීම හා කොමසාරිස් විසින් පනවනු ලබන අනෙකුත් කාර්ය</w:t>
            </w:r>
            <w:r>
              <w:rPr>
                <w:rFonts w:ascii="Calibri" w:eastAsia="Times New Roman" w:hAnsi="Calibri" w:cs="Iskoola Pota" w:hint="cs"/>
                <w:color w:val="000000"/>
                <w:sz w:val="24"/>
                <w:szCs w:val="24"/>
                <w:cs/>
                <w:lang w:bidi="si-LK"/>
              </w:rPr>
              <w:t>ය</w:t>
            </w:r>
            <w:r w:rsidRPr="00C840CA">
              <w:rPr>
                <w:rFonts w:ascii="Calibri" w:eastAsia="Times New Roman" w:hAnsi="Calibri" w:cs="Iskoola Pota"/>
                <w:color w:val="000000"/>
                <w:sz w:val="24"/>
                <w:szCs w:val="24"/>
                <w:cs/>
                <w:lang w:bidi="si-LK"/>
              </w:rPr>
              <w:t>න්</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p w:rsidR="001568EA" w:rsidRPr="001568EA" w:rsidRDefault="001568EA" w:rsidP="00A32EDC">
            <w:pPr>
              <w:numPr>
                <w:ilvl w:val="0"/>
                <w:numId w:val="22"/>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ළමා අයිතිවාසිකම් ප්‍රඥප්තියට අදාල තොරතුරු වාර්තා කිරීම හා කාලාන්තර වාර්තා සකස් කිරීම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දරුවන් සම්බන්ධ මහජන පැමිණිලි වලට අදාල රාජකාරි</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ළමා සමාජ සම්බන්ධ සියලු කටයුතු</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ළමා අයිතිවාසිකම් පිළිබඳ මෙහෙයුම් කමිටු සම්බන්ධ සියලු රාජකාරි</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ළමා අයිතිවාසිකම් පිළිබඳ හා ළමයින් පිළිබඳ දැනුවත් කිරීම් සම්බන්ධ රාජකාර</w:t>
            </w:r>
          </w:p>
          <w:p w:rsidR="001568EA" w:rsidRPr="00C840CA" w:rsidRDefault="001568EA" w:rsidP="00A32EDC">
            <w:pPr>
              <w:numPr>
                <w:ilvl w:val="0"/>
                <w:numId w:val="22"/>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ලෝක ළමා දින ජාතික උත්සවය සංවිධානය කිරීම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ජාත්‍යන්තර හා ජාතික වැඩමුළු සංවිධානය කිරීම හා සම්බන්ධීකරණය</w:t>
            </w:r>
            <w:r w:rsidRPr="00C840CA">
              <w:rPr>
                <w:rFonts w:ascii="Calibri" w:eastAsia="Times New Roman" w:hAnsi="Calibri" w:cs="Iskoola Pota"/>
                <w:color w:val="000000"/>
                <w:sz w:val="24"/>
                <w:szCs w:val="24"/>
                <w:rtl/>
                <w:cs/>
              </w:rPr>
              <w:t>.</w:t>
            </w:r>
          </w:p>
          <w:p w:rsidR="001568EA" w:rsidRPr="00EE35F0" w:rsidRDefault="001568EA" w:rsidP="00A32EDC">
            <w:pPr>
              <w:numPr>
                <w:ilvl w:val="0"/>
                <w:numId w:val="22"/>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ආධාර වැඩසටහන් සම්බන්ධ සියලු රාජකාරි හා විදේශ ආධාර වැඩසටහන් යටතේ</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සියලුම රාජකාරි කටයුතු අධීක්ෂණය හා සම්බන්ධීකරණය</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tc>
      </w:tr>
      <w:tr w:rsidR="001568EA" w:rsidRPr="007319E2" w:rsidTr="001568EA">
        <w:trPr>
          <w:trHeight w:val="462"/>
        </w:trPr>
        <w:tc>
          <w:tcPr>
            <w:tcW w:w="1818" w:type="dxa"/>
          </w:tcPr>
          <w:p w:rsidR="001568EA" w:rsidRPr="00C840CA" w:rsidRDefault="001568EA" w:rsidP="00A32EDC">
            <w:pPr>
              <w:spacing w:line="276" w:lineRule="auto"/>
              <w:jc w:val="both"/>
              <w:rPr>
                <w:rFonts w:ascii="Times New Roman" w:eastAsia="Times New Roman" w:hAnsi="Times New Roman" w:cs="Times New Roman"/>
                <w:sz w:val="24"/>
                <w:szCs w:val="24"/>
              </w:rPr>
            </w:pPr>
            <w:r w:rsidRPr="00C840CA">
              <w:rPr>
                <w:rFonts w:ascii="Calibri" w:eastAsia="Times New Roman" w:hAnsi="Calibri" w:cs="Iskoola Pota"/>
                <w:color w:val="000000"/>
                <w:sz w:val="24"/>
                <w:szCs w:val="24"/>
                <w:cs/>
                <w:lang w:bidi="si-LK"/>
              </w:rPr>
              <w:lastRenderedPageBreak/>
              <w:t xml:space="preserve">සහකාර කොමසාරිස්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පාලන</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tc>
        <w:tc>
          <w:tcPr>
            <w:tcW w:w="8466" w:type="dxa"/>
          </w:tcPr>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පාලන අංශයේ කටයුතු මෙහෙයවීම හා අධීක්ෂණය</w:t>
            </w:r>
            <w:r w:rsidRPr="00C840CA">
              <w:rPr>
                <w:rFonts w:ascii="Calibri" w:eastAsia="Times New Roman" w:hAnsi="Calibri" w:cs="Calibri"/>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දෙපාර්තමේන්තු කාර්ය මණ්ඩලයේ බඳවා ගැනීම් සම්බන්ධ කටයුතු අධීක්ෂණය</w:t>
            </w:r>
            <w:r w:rsidRPr="00C840CA">
              <w:rPr>
                <w:rFonts w:eastAsia="Times New Roman" w:cs="Iskoola Pota"/>
                <w:color w:val="000000"/>
                <w:sz w:val="24"/>
                <w:szCs w:val="24"/>
                <w:rtl/>
                <w:cs/>
              </w:rPr>
              <w:t>.</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දෙපාර්තමේන්තු කාර්ය මණ්ඩලයේ විනය හා ස්ථානමාරු සඳහා නිර්දේශ ලබාදීම</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Pr>
                <w:rFonts w:eastAsia="Times New Roman" w:cs="Iskoola Pota"/>
                <w:color w:val="000000"/>
                <w:sz w:val="24"/>
                <w:szCs w:val="24"/>
                <w:cs/>
                <w:lang w:bidi="si-LK"/>
              </w:rPr>
              <w:t>කාර්යාලයේ ක</w:t>
            </w:r>
            <w:r w:rsidRPr="00C840CA">
              <w:rPr>
                <w:rFonts w:eastAsia="Times New Roman" w:cs="Iskoola Pota"/>
                <w:color w:val="000000"/>
                <w:sz w:val="24"/>
                <w:szCs w:val="24"/>
                <w:cs/>
                <w:lang w:bidi="si-LK"/>
              </w:rPr>
              <w:t>ලමනාකරණ තොරතුරු පද්ධතිය හා අනෙකුත් මෘදුකාංග නිසි පරිදි ක්‍රියාත්මක කිරීම සම්බන්ධ අධීක්ෂණය</w:t>
            </w:r>
            <w:r w:rsidRPr="00C840CA">
              <w:rPr>
                <w:rFonts w:eastAsia="Times New Roman" w:cs="Iskoola Pota"/>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දෙපාර්තමේන්තු සේවාව මහජනතාවට කාර්යක්ෂමව ලබා දීම සඳහා නවීන තොරතුරු තාක්ෂණ භාවිතයෙන් එම ක්‍රියාවලිය සරල කිරීමට නිර්දේශ ලබා දීම</w:t>
            </w:r>
            <w:r w:rsidR="00623220">
              <w:rPr>
                <w:rFonts w:eastAsia="Times New Roman" w:cs="Iskoola Pota"/>
                <w:color w:val="000000"/>
                <w:sz w:val="24"/>
                <w:szCs w:val="24"/>
                <w:lang w:bidi="si-LK"/>
              </w:rPr>
              <w:t>.</w:t>
            </w:r>
            <w:r w:rsidRPr="00C840CA">
              <w:rPr>
                <w:rFonts w:eastAsia="Times New Roman" w:cs="Iskoola Pota"/>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දෙපාර්තමේන්තු නිලධාරීන්ගේ පෞද්ගලික ලිපිගොනු කටයුතු අධීක්ෂණය</w:t>
            </w:r>
            <w:r w:rsidRPr="00C840CA">
              <w:rPr>
                <w:rFonts w:eastAsia="Times New Roman" w:cs="Iskoola Pota"/>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Calibri"/>
                <w:color w:val="000000"/>
                <w:sz w:val="24"/>
                <w:szCs w:val="24"/>
              </w:rPr>
              <w:t>CRC</w:t>
            </w:r>
            <w:r>
              <w:rPr>
                <w:rFonts w:ascii="Calibri" w:eastAsia="Times New Roman" w:hAnsi="Calibri" w:hint="cs"/>
                <w:color w:val="000000"/>
                <w:sz w:val="24"/>
                <w:szCs w:val="24"/>
                <w:cs/>
                <w:lang w:bidi="si-LK"/>
              </w:rPr>
              <w:t xml:space="preserve"> </w:t>
            </w:r>
            <w:r w:rsidRPr="00C840CA">
              <w:rPr>
                <w:rFonts w:eastAsia="Times New Roman" w:cs="Iskoola Pota"/>
                <w:color w:val="000000"/>
                <w:sz w:val="24"/>
                <w:szCs w:val="24"/>
                <w:cs/>
                <w:lang w:bidi="si-LK"/>
              </w:rPr>
              <w:t>දත්ත පද්ධතිය සම්බන්ධ අධීක්ෂණ කටයුතු</w:t>
            </w:r>
            <w:r w:rsidRPr="00C840CA">
              <w:rPr>
                <w:rFonts w:eastAsia="Times New Roman" w:cs="Iskoola Pota"/>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පාර්ලිමේන්තු කටයුතු වලට අදාල සියලු කටයුතු</w:t>
            </w:r>
            <w:r w:rsidRPr="00C840CA">
              <w:rPr>
                <w:rFonts w:eastAsia="Times New Roman" w:cs="Iskoola Pota"/>
                <w:color w:val="000000"/>
                <w:sz w:val="24"/>
                <w:szCs w:val="24"/>
              </w:rPr>
              <w:t> </w:t>
            </w:r>
          </w:p>
          <w:p w:rsidR="001568EA" w:rsidRPr="00C840CA" w:rsidRDefault="001568EA" w:rsidP="00A32EDC">
            <w:pPr>
              <w:numPr>
                <w:ilvl w:val="0"/>
                <w:numId w:val="23"/>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අමාත්‍ය මණ්ඩල සංදේශ සම්බන්ධ කටයුතු</w:t>
            </w:r>
            <w:r w:rsidRPr="00C840CA">
              <w:rPr>
                <w:rFonts w:eastAsia="Times New Roman" w:cs="Iskoola Pota"/>
                <w:color w:val="000000"/>
                <w:sz w:val="24"/>
                <w:szCs w:val="24"/>
              </w:rPr>
              <w:t>  </w:t>
            </w:r>
          </w:p>
          <w:p w:rsidR="001568EA" w:rsidRPr="00C840CA" w:rsidRDefault="001568EA" w:rsidP="00A32EDC">
            <w:pPr>
              <w:spacing w:line="276" w:lineRule="auto"/>
              <w:rPr>
                <w:rFonts w:ascii="Times New Roman" w:eastAsia="Times New Roman" w:hAnsi="Times New Roman" w:cs="Times New Roman"/>
                <w:sz w:val="24"/>
                <w:szCs w:val="24"/>
              </w:rPr>
            </w:pPr>
          </w:p>
        </w:tc>
      </w:tr>
      <w:tr w:rsidR="001568EA" w:rsidRPr="007319E2" w:rsidTr="001568EA">
        <w:trPr>
          <w:trHeight w:val="462"/>
        </w:trPr>
        <w:tc>
          <w:tcPr>
            <w:tcW w:w="1818" w:type="dxa"/>
          </w:tcPr>
          <w:p w:rsidR="001568EA" w:rsidRPr="00C840CA" w:rsidRDefault="001568EA" w:rsidP="00A32EDC">
            <w:pPr>
              <w:spacing w:line="276" w:lineRule="auto"/>
              <w:jc w:val="both"/>
              <w:rPr>
                <w:rFonts w:ascii="Times New Roman" w:eastAsia="Times New Roman" w:hAnsi="Times New Roman" w:cs="Times New Roman"/>
                <w:sz w:val="24"/>
                <w:szCs w:val="24"/>
              </w:rPr>
            </w:pPr>
            <w:r w:rsidRPr="00C840CA">
              <w:rPr>
                <w:rFonts w:ascii="Calibri" w:eastAsia="Times New Roman" w:hAnsi="Calibri" w:cs="Iskoola Pota"/>
                <w:color w:val="000000"/>
                <w:sz w:val="24"/>
                <w:szCs w:val="24"/>
                <w:cs/>
                <w:lang w:bidi="si-LK"/>
              </w:rPr>
              <w:t xml:space="preserve">සහකාර කොමසාරිස්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තාක්ෂණ</w:t>
            </w:r>
            <w:r w:rsidRPr="00C840CA">
              <w:rPr>
                <w:rFonts w:ascii="Calibri" w:eastAsia="Times New Roman" w:hAnsi="Calibri" w:cs="Iskoola Pota"/>
                <w:color w:val="000000"/>
                <w:sz w:val="24"/>
                <w:szCs w:val="24"/>
                <w:rtl/>
                <w:cs/>
              </w:rPr>
              <w:t>)</w:t>
            </w:r>
          </w:p>
        </w:tc>
        <w:tc>
          <w:tcPr>
            <w:tcW w:w="8466" w:type="dxa"/>
          </w:tcPr>
          <w:p w:rsidR="001568EA" w:rsidRPr="00C840CA" w:rsidRDefault="001568EA" w:rsidP="00A32EDC">
            <w:pPr>
              <w:numPr>
                <w:ilvl w:val="0"/>
                <w:numId w:val="24"/>
              </w:numPr>
              <w:spacing w:line="276" w:lineRule="auto"/>
              <w:jc w:val="both"/>
              <w:textAlignment w:val="baseline"/>
              <w:rPr>
                <w:rFonts w:ascii="Arial" w:eastAsia="Times New Roman" w:hAnsi="Arial" w:cs="Times New Roman"/>
                <w:color w:val="000000"/>
                <w:sz w:val="24"/>
                <w:szCs w:val="24"/>
              </w:rPr>
            </w:pPr>
            <w:r w:rsidRPr="00C840CA">
              <w:rPr>
                <w:rFonts w:ascii="Calibri" w:eastAsia="Times New Roman" w:hAnsi="Calibri" w:cs="Iskoola Pota"/>
                <w:color w:val="000000"/>
                <w:sz w:val="24"/>
                <w:szCs w:val="24"/>
                <w:cs/>
                <w:lang w:bidi="si-LK"/>
              </w:rPr>
              <w:t>පරිවාස අංශයේ නිලධාරීන්ගේ රාජකාරි මෙහෙයවීම හා අධීක්ෂණය</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විෂයට අදාලව ලැබෙන සියලු ඉල්ලීම්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පැමිණිලි සම්බන්ධ කටයුතු</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පරිවාස නිලධාරීන් සඳහා අවශ්‍ය ලේඛන</w:t>
            </w:r>
            <w:r w:rsidR="003636F1">
              <w:rPr>
                <w:rFonts w:ascii="Calibri" w:eastAsia="Times New Roman" w:hAnsi="Calibri" w:cs="Iskoola Pota" w:hint="cs"/>
                <w:color w:val="000000"/>
                <w:sz w:val="24"/>
                <w:szCs w:val="24"/>
                <w:cs/>
                <w:lang w:bidi="si-LK"/>
              </w:rPr>
              <w:t xml:space="preserve"> මාර්ගෝපදේශ හා අත්පොත් සකස් කිරීම/, </w:t>
            </w:r>
            <w:r w:rsidRPr="00C840CA">
              <w:rPr>
                <w:rFonts w:ascii="Calibri" w:eastAsia="Times New Roman" w:hAnsi="Calibri" w:cs="Iskoola Pota"/>
                <w:color w:val="000000"/>
                <w:sz w:val="24"/>
                <w:szCs w:val="24"/>
                <w:cs/>
                <w:lang w:bidi="si-LK"/>
              </w:rPr>
              <w:t>විෂය සම්බන්ධ සංඛ්‍යා ලේඛන දත්ත පවත්වාගෙන ගැනීම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පළාත් කොමසාරිස්වරුන් අතර සම්බන්ධීකරණය පවත්වාගෙන යාම</w:t>
            </w:r>
            <w:r w:rsidRPr="00C840CA">
              <w:rPr>
                <w:rFonts w:ascii="Calibri" w:eastAsia="Times New Roman" w:hAnsi="Calibri" w:cs="Calibri"/>
                <w:color w:val="000000"/>
                <w:sz w:val="24"/>
                <w:szCs w:val="24"/>
              </w:rPr>
              <w:t xml:space="preserve">, </w:t>
            </w:r>
            <w:r w:rsidRPr="00C840CA">
              <w:rPr>
                <w:rFonts w:ascii="Calibri" w:eastAsia="Times New Roman" w:hAnsi="Calibri" w:cs="Iskoola Pota"/>
                <w:color w:val="000000"/>
                <w:sz w:val="24"/>
                <w:szCs w:val="24"/>
                <w:cs/>
                <w:lang w:bidi="si-LK"/>
              </w:rPr>
              <w:t xml:space="preserve">අංශයට අදාලව කරනු ලබන සියලු විමසීම්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පාර්ලිමේන්තු</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තොරතුරු පනත</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විගණන</w:t>
            </w:r>
            <w:r w:rsidRPr="00C840CA">
              <w:rPr>
                <w:rFonts w:ascii="Calibri" w:eastAsia="Times New Roman" w:hAnsi="Calibri" w:cs="Iskoola Pota"/>
                <w:color w:val="000000"/>
                <w:sz w:val="24"/>
                <w:szCs w:val="24"/>
                <w:rtl/>
                <w:cs/>
              </w:rPr>
              <w:t xml:space="preserve">) </w:t>
            </w:r>
            <w:r w:rsidRPr="00C840CA">
              <w:rPr>
                <w:rFonts w:ascii="Calibri" w:eastAsia="Times New Roman" w:hAnsi="Calibri" w:cs="Iskoola Pota"/>
                <w:color w:val="000000"/>
                <w:sz w:val="24"/>
                <w:szCs w:val="24"/>
                <w:rtl/>
                <w:cs/>
                <w:lang w:bidi="si-LK"/>
              </w:rPr>
              <w:t>සඳහා පිළිතුරු සැපයීම හා</w:t>
            </w:r>
            <w:r w:rsidRPr="00C840CA">
              <w:rPr>
                <w:rFonts w:ascii="Calibri" w:eastAsia="Times New Roman" w:hAnsi="Calibri" w:cs="Iskoola Pota"/>
                <w:color w:val="000000"/>
                <w:sz w:val="24"/>
                <w:szCs w:val="24"/>
                <w:cs/>
                <w:lang w:bidi="si-LK"/>
              </w:rPr>
              <w:t xml:space="preserve"> කොමසාරිස් විසින් පනවනු ලබන අනෙකුත් කාර්ය</w:t>
            </w:r>
            <w:r w:rsidR="00383806">
              <w:rPr>
                <w:rFonts w:ascii="Calibri" w:eastAsia="Times New Roman" w:hAnsi="Calibri" w:cs="Iskoola Pota" w:hint="cs"/>
                <w:color w:val="000000"/>
                <w:sz w:val="24"/>
                <w:szCs w:val="24"/>
                <w:cs/>
                <w:lang w:bidi="si-LK"/>
              </w:rPr>
              <w:t>ය</w:t>
            </w:r>
            <w:r w:rsidRPr="00C840CA">
              <w:rPr>
                <w:rFonts w:ascii="Calibri" w:eastAsia="Times New Roman" w:hAnsi="Calibri" w:cs="Iskoola Pota"/>
                <w:color w:val="000000"/>
                <w:sz w:val="24"/>
                <w:szCs w:val="24"/>
                <w:cs/>
                <w:lang w:bidi="si-LK"/>
              </w:rPr>
              <w:t>න්</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p w:rsidR="001568EA" w:rsidRPr="00C840CA" w:rsidRDefault="001568EA" w:rsidP="00A32EDC">
            <w:pPr>
              <w:spacing w:line="276" w:lineRule="auto"/>
              <w:rPr>
                <w:rFonts w:ascii="Times New Roman" w:eastAsia="Times New Roman" w:hAnsi="Times New Roman" w:cs="Times New Roman"/>
                <w:sz w:val="24"/>
                <w:szCs w:val="24"/>
              </w:rPr>
            </w:pPr>
          </w:p>
        </w:tc>
      </w:tr>
      <w:tr w:rsidR="001568EA" w:rsidRPr="007319E2" w:rsidTr="001568EA">
        <w:trPr>
          <w:trHeight w:val="462"/>
        </w:trPr>
        <w:tc>
          <w:tcPr>
            <w:tcW w:w="1818" w:type="dxa"/>
          </w:tcPr>
          <w:p w:rsidR="001568EA" w:rsidRPr="00C840CA" w:rsidRDefault="001568EA" w:rsidP="00A32EDC">
            <w:pPr>
              <w:spacing w:line="276" w:lineRule="auto"/>
              <w:jc w:val="both"/>
              <w:rPr>
                <w:rFonts w:ascii="Times New Roman" w:eastAsia="Times New Roman" w:hAnsi="Times New Roman" w:cs="Times New Roman"/>
                <w:sz w:val="24"/>
                <w:szCs w:val="24"/>
              </w:rPr>
            </w:pPr>
            <w:r w:rsidRPr="00C840CA">
              <w:rPr>
                <w:rFonts w:ascii="Calibri" w:eastAsia="Times New Roman" w:hAnsi="Calibri" w:cs="Iskoola Pota"/>
                <w:color w:val="000000"/>
                <w:sz w:val="24"/>
                <w:szCs w:val="24"/>
                <w:cs/>
                <w:lang w:bidi="si-LK"/>
              </w:rPr>
              <w:t xml:space="preserve">සහකාර අධ්‍යක්ෂ </w:t>
            </w:r>
            <w:r w:rsidRPr="00C840CA">
              <w:rPr>
                <w:rFonts w:ascii="Calibri" w:eastAsia="Times New Roman" w:hAnsi="Calibri" w:cs="Iskoola Pota"/>
                <w:color w:val="000000"/>
                <w:sz w:val="24"/>
                <w:szCs w:val="24"/>
                <w:rtl/>
                <w:cs/>
              </w:rPr>
              <w:t>(</w:t>
            </w:r>
            <w:r w:rsidRPr="00C840CA">
              <w:rPr>
                <w:rFonts w:ascii="Calibri" w:eastAsia="Times New Roman" w:hAnsi="Calibri" w:cs="Iskoola Pota"/>
                <w:color w:val="000000"/>
                <w:sz w:val="24"/>
                <w:szCs w:val="24"/>
                <w:rtl/>
                <w:cs/>
                <w:lang w:bidi="si-LK"/>
              </w:rPr>
              <w:t>සැලසුම්</w:t>
            </w:r>
            <w:r w:rsidRPr="00C840CA">
              <w:rPr>
                <w:rFonts w:ascii="Calibri" w:eastAsia="Times New Roman" w:hAnsi="Calibri" w:cs="Iskoola Pota"/>
                <w:color w:val="000000"/>
                <w:sz w:val="24"/>
                <w:szCs w:val="24"/>
                <w:rtl/>
                <w:cs/>
              </w:rPr>
              <w:t>)</w:t>
            </w:r>
            <w:r w:rsidRPr="00C840CA">
              <w:rPr>
                <w:rFonts w:ascii="Calibri" w:eastAsia="Times New Roman" w:hAnsi="Calibri" w:cs="Calibri"/>
                <w:color w:val="000000"/>
                <w:sz w:val="24"/>
                <w:szCs w:val="24"/>
              </w:rPr>
              <w:t> </w:t>
            </w:r>
          </w:p>
        </w:tc>
        <w:tc>
          <w:tcPr>
            <w:tcW w:w="8466" w:type="dxa"/>
          </w:tcPr>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සැලසුම් සම්පාදනය කිරීමේ කටයුතුවලට අදාල රාජකාරි</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ව්‍යාපෘති කලමණාකරණය හා අධීක්ෂණයට අදාල රාජකාරි</w:t>
            </w:r>
          </w:p>
          <w:p w:rsidR="001568EA" w:rsidRPr="00C840CA" w:rsidRDefault="001568EA" w:rsidP="00A32EDC">
            <w:pPr>
              <w:numPr>
                <w:ilvl w:val="0"/>
                <w:numId w:val="25"/>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මාසික</w:t>
            </w:r>
            <w:r w:rsidRPr="00C840CA">
              <w:rPr>
                <w:rFonts w:ascii="Calibri" w:eastAsia="Times New Roman" w:hAnsi="Calibri" w:cs="Calibri"/>
                <w:color w:val="000000"/>
                <w:sz w:val="24"/>
                <w:szCs w:val="24"/>
              </w:rPr>
              <w:t xml:space="preserve">, </w:t>
            </w:r>
            <w:r w:rsidRPr="00C840CA">
              <w:rPr>
                <w:rFonts w:eastAsia="Times New Roman" w:cs="Iskoola Pota"/>
                <w:color w:val="000000"/>
                <w:sz w:val="24"/>
                <w:szCs w:val="24"/>
                <w:cs/>
                <w:lang w:bidi="si-LK"/>
              </w:rPr>
              <w:t>කාර්තු</w:t>
            </w:r>
            <w:r w:rsidRPr="00C840CA">
              <w:rPr>
                <w:rFonts w:ascii="Calibri" w:eastAsia="Times New Roman" w:hAnsi="Calibri" w:cs="Calibri"/>
                <w:color w:val="000000"/>
                <w:sz w:val="24"/>
                <w:szCs w:val="24"/>
              </w:rPr>
              <w:t>,</w:t>
            </w:r>
            <w:r>
              <w:rPr>
                <w:rFonts w:eastAsia="Times New Roman" w:cs="Iskoola Pota"/>
                <w:color w:val="000000"/>
                <w:sz w:val="24"/>
                <w:szCs w:val="24"/>
                <w:cs/>
                <w:lang w:bidi="si-LK"/>
              </w:rPr>
              <w:t>වාර්ෂික ප්‍රගති සමාලෝචන රැ</w:t>
            </w:r>
            <w:r w:rsidR="00623220">
              <w:rPr>
                <w:rFonts w:eastAsia="Times New Roman" w:cs="Iskoola Pota"/>
                <w:color w:val="000000"/>
                <w:sz w:val="24"/>
                <w:szCs w:val="24"/>
                <w:cs/>
                <w:lang w:bidi="si-LK"/>
              </w:rPr>
              <w:t>ස්වීම් ජාතික මට්ටමින් පැවැත</w:t>
            </w:r>
            <w:r w:rsidR="00623220">
              <w:rPr>
                <w:rFonts w:eastAsia="Times New Roman" w:cs="Iskoola Pota" w:hint="cs"/>
                <w:color w:val="000000"/>
                <w:sz w:val="24"/>
                <w:szCs w:val="24"/>
                <w:cs/>
                <w:lang w:bidi="si-LK"/>
              </w:rPr>
              <w:t>්</w:t>
            </w:r>
            <w:r w:rsidRPr="00C840CA">
              <w:rPr>
                <w:rFonts w:eastAsia="Times New Roman" w:cs="Iskoola Pota"/>
                <w:color w:val="000000"/>
                <w:sz w:val="24"/>
                <w:szCs w:val="24"/>
                <w:cs/>
                <w:lang w:bidi="si-LK"/>
              </w:rPr>
              <w:t>වීමට අදාළව සම්බන්ධීකරණය කිරීම අධීක්ෂණය කිරීම පසුවිපරම් කිරීම හා ප්‍රගති සමාලෝචන රැස්වීම් වාර්තා පිළිබඳ කටයුතු කිරීම</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දත්ත හා තොරතුරු එක් රැස් කිරීමට අදාල රාජකාරි</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ළමා ක්ෂේත්‍රයට අදාළ දත්ත පද්ධතියක් හා සම්පත් පැතිකඩක් නිර්මාණය කර පවත්වා ගැනීම</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රාජ්‍ය නොවන සංවිධානය ඇතුළු අනෙකුත් ආයතන වෙත ව්‍යාපෘති වාර්තා සකස් කර</w:t>
            </w:r>
            <w:r w:rsidRPr="00C840CA">
              <w:rPr>
                <w:rFonts w:ascii="Calibri" w:eastAsia="Times New Roman" w:hAnsi="Calibri" w:cs="Calibri"/>
                <w:color w:val="000000"/>
                <w:sz w:val="24"/>
                <w:szCs w:val="24"/>
              </w:rPr>
              <w:t>,</w:t>
            </w:r>
            <w:r>
              <w:rPr>
                <w:rFonts w:ascii="Calibri" w:eastAsia="Times New Roman" w:hAnsi="Calibri" w:hint="cs"/>
                <w:color w:val="000000"/>
                <w:sz w:val="24"/>
                <w:szCs w:val="24"/>
                <w:cs/>
                <w:lang w:bidi="si-LK"/>
              </w:rPr>
              <w:t xml:space="preserve"> </w:t>
            </w:r>
            <w:r w:rsidRPr="00C840CA">
              <w:rPr>
                <w:rFonts w:eastAsia="Times New Roman" w:cs="Iskoola Pota"/>
                <w:color w:val="000000"/>
                <w:sz w:val="24"/>
                <w:szCs w:val="24"/>
                <w:cs/>
                <w:lang w:bidi="si-LK"/>
              </w:rPr>
              <w:t>ඉදිරිපත් කිරීම සහ අනුග්‍රහය ලබා ගැනීමට අදාළ කටයුතු කිරීම</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ආසියානු සංවර</w:t>
            </w:r>
            <w:r>
              <w:rPr>
                <w:rFonts w:eastAsia="Times New Roman" w:cs="Iskoola Pota"/>
                <w:color w:val="000000"/>
                <w:sz w:val="24"/>
                <w:szCs w:val="24"/>
                <w:cs/>
                <w:lang w:bidi="si-LK"/>
              </w:rPr>
              <w:t>්ධන බැංකු ව්‍යාපෘතියට අදාළ සැලසු</w:t>
            </w:r>
            <w:r w:rsidRPr="00C840CA">
              <w:rPr>
                <w:rFonts w:eastAsia="Times New Roman" w:cs="Iskoola Pota"/>
                <w:color w:val="000000"/>
                <w:sz w:val="24"/>
                <w:szCs w:val="24"/>
                <w:cs/>
                <w:lang w:bidi="si-LK"/>
              </w:rPr>
              <w:t>ම් සකස් කිරීම හා ප්‍රගතිය ලබා ගැනීම</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ascii="Calibri" w:eastAsia="Times New Roman" w:hAnsi="Calibri" w:cs="Calibri"/>
                <w:color w:val="000000"/>
                <w:sz w:val="24"/>
                <w:szCs w:val="24"/>
              </w:rPr>
              <w:t xml:space="preserve">UNICEF </w:t>
            </w:r>
            <w:r w:rsidRPr="00C840CA">
              <w:rPr>
                <w:rFonts w:eastAsia="Times New Roman" w:cs="Iskoola Pota"/>
                <w:color w:val="000000"/>
                <w:sz w:val="24"/>
                <w:szCs w:val="24"/>
                <w:cs/>
                <w:lang w:bidi="si-LK"/>
              </w:rPr>
              <w:t>ව්‍යාපෘතියට අදාළ සැලසුම් සකස් කිරීම හා ප්‍රගතිය ලබාගැනීම</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සම්බන්ධීකරණය</w:t>
            </w:r>
            <w:r w:rsidRPr="00C840CA">
              <w:rPr>
                <w:rFonts w:eastAsia="Times New Roman" w:cs="Iskoola Pota"/>
                <w:color w:val="000000"/>
                <w:sz w:val="24"/>
                <w:szCs w:val="24"/>
              </w:rPr>
              <w:t> </w:t>
            </w:r>
          </w:p>
          <w:p w:rsidR="001568EA" w:rsidRPr="00C840CA" w:rsidRDefault="00623220" w:rsidP="00A32EDC">
            <w:pPr>
              <w:numPr>
                <w:ilvl w:val="0"/>
                <w:numId w:val="25"/>
              </w:numPr>
              <w:spacing w:line="276" w:lineRule="auto"/>
              <w:textAlignment w:val="baseline"/>
              <w:rPr>
                <w:rFonts w:ascii="Arial" w:eastAsia="Times New Roman" w:hAnsi="Arial" w:cs="Times New Roman"/>
                <w:color w:val="000000"/>
                <w:sz w:val="24"/>
                <w:szCs w:val="24"/>
              </w:rPr>
            </w:pPr>
            <w:r>
              <w:rPr>
                <w:rFonts w:eastAsia="Times New Roman" w:cs="Iskoola Pota"/>
                <w:color w:val="000000"/>
                <w:sz w:val="24"/>
                <w:szCs w:val="24"/>
                <w:cs/>
                <w:lang w:bidi="si-LK"/>
              </w:rPr>
              <w:t>දිස්ත්‍රික් වශයෙන් ල</w:t>
            </w:r>
            <w:r w:rsidR="001568EA" w:rsidRPr="00C840CA">
              <w:rPr>
                <w:rFonts w:eastAsia="Times New Roman" w:cs="Iskoola Pota"/>
                <w:color w:val="000000"/>
                <w:sz w:val="24"/>
                <w:szCs w:val="24"/>
                <w:cs/>
                <w:lang w:bidi="si-LK"/>
              </w:rPr>
              <w:t>බාගන්නා ප්‍රගතියට අදාලව දත්ත පද්ධතියක් පවත්වා ගෙනයාම</w:t>
            </w:r>
            <w:r w:rsidR="001568EA">
              <w:rPr>
                <w:rFonts w:eastAsia="Times New Roman" w:cs="Iskoola Pota" w:hint="cs"/>
                <w:color w:val="000000"/>
                <w:sz w:val="24"/>
                <w:szCs w:val="24"/>
                <w:cs/>
                <w:lang w:bidi="si-LK"/>
              </w:rPr>
              <w:t>.</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තිරසාර සංවර්ධන ඉලක්ක සපුරා</w:t>
            </w:r>
            <w:r w:rsidR="00A32EDC">
              <w:rPr>
                <w:rFonts w:eastAsia="Times New Roman" w:cs="Iskoola Pota"/>
                <w:color w:val="000000"/>
                <w:sz w:val="24"/>
                <w:szCs w:val="24"/>
                <w:cs/>
                <w:lang w:bidi="si-LK"/>
              </w:rPr>
              <w:t>ගැනීම සඳහා දෙපාර්තමේන්තුව මඟින්</w:t>
            </w:r>
            <w:r w:rsidR="00A32EDC">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සකස්කරගෙන ඇති ක්‍රියාකාරී සැලැස්මට අදාලව ප්‍රගතිය සකස් කිරීම හා කොමසාරිස්ගේ අවධානයට යොමු කිරීම</w:t>
            </w:r>
          </w:p>
          <w:p w:rsidR="001568EA" w:rsidRPr="00C840CA" w:rsidRDefault="001568EA" w:rsidP="00A32EDC">
            <w:pPr>
              <w:numPr>
                <w:ilvl w:val="0"/>
                <w:numId w:val="25"/>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සැලසුම් අංශයේ කටයුතු අධීක්ෂණය කිරීම</w:t>
            </w:r>
            <w:r w:rsidRPr="00C840CA">
              <w:rPr>
                <w:rFonts w:eastAsia="Times New Roman" w:cs="Iskoola Pota"/>
                <w:color w:val="000000"/>
                <w:sz w:val="24"/>
                <w:szCs w:val="24"/>
                <w:rtl/>
                <w:cs/>
              </w:rPr>
              <w:t>.</w:t>
            </w:r>
          </w:p>
          <w:p w:rsidR="001568EA" w:rsidRPr="00C840CA" w:rsidRDefault="001568EA" w:rsidP="00A32EDC">
            <w:pPr>
              <w:numPr>
                <w:ilvl w:val="0"/>
                <w:numId w:val="25"/>
              </w:numPr>
              <w:spacing w:line="276" w:lineRule="auto"/>
              <w:jc w:val="both"/>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විශේෂ වැඩසටහන් හා සම්බන්ධ රාජකාරී</w:t>
            </w:r>
          </w:p>
          <w:p w:rsidR="001568EA" w:rsidRPr="00C840CA" w:rsidRDefault="001568EA" w:rsidP="00A32EDC">
            <w:pPr>
              <w:spacing w:line="276" w:lineRule="auto"/>
              <w:rPr>
                <w:rFonts w:ascii="Times New Roman" w:eastAsia="Times New Roman" w:hAnsi="Times New Roman" w:cs="Times New Roman"/>
                <w:sz w:val="24"/>
                <w:szCs w:val="24"/>
              </w:rPr>
            </w:pPr>
          </w:p>
        </w:tc>
      </w:tr>
      <w:tr w:rsidR="001568EA" w:rsidRPr="007319E2" w:rsidTr="001568EA">
        <w:trPr>
          <w:trHeight w:val="462"/>
        </w:trPr>
        <w:tc>
          <w:tcPr>
            <w:tcW w:w="1818" w:type="dxa"/>
          </w:tcPr>
          <w:p w:rsidR="001568EA" w:rsidRPr="00C840CA" w:rsidRDefault="001568EA" w:rsidP="00A32EDC">
            <w:pPr>
              <w:spacing w:line="276" w:lineRule="auto"/>
              <w:jc w:val="both"/>
              <w:rPr>
                <w:rFonts w:ascii="Calibri" w:eastAsia="Times New Roman" w:hAnsi="Calibri" w:cs="Iskoola Pota"/>
                <w:color w:val="000000"/>
                <w:sz w:val="24"/>
                <w:szCs w:val="24"/>
                <w:rtl/>
                <w:cs/>
              </w:rPr>
            </w:pPr>
            <w:r w:rsidRPr="00C840CA">
              <w:rPr>
                <w:rFonts w:ascii="Calibri" w:eastAsia="Times New Roman" w:hAnsi="Calibri" w:cs="Iskoola Pota"/>
                <w:color w:val="000000"/>
                <w:sz w:val="24"/>
                <w:szCs w:val="24"/>
                <w:cs/>
                <w:lang w:bidi="si-LK"/>
              </w:rPr>
              <w:lastRenderedPageBreak/>
              <w:t>ගණකාධිකාරි</w:t>
            </w:r>
            <w:r w:rsidRPr="00C840CA">
              <w:rPr>
                <w:rFonts w:ascii="Calibri" w:eastAsia="Times New Roman" w:hAnsi="Calibri" w:cs="Calibri"/>
                <w:color w:val="000000"/>
                <w:sz w:val="24"/>
                <w:szCs w:val="24"/>
              </w:rPr>
              <w:t> </w:t>
            </w:r>
          </w:p>
        </w:tc>
        <w:tc>
          <w:tcPr>
            <w:tcW w:w="8466" w:type="dxa"/>
          </w:tcPr>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අභ්‍යන්තර</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මූල්‍ය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පාලන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සැලසුම්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පවත්වා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ගැනීම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අධීක්ෂණය</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කාලීනව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මුදල්</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ශේෂ</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හරිවැරදි</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බැලීම</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ලැබීම්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ගෙවීම්වලට</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අදාල</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දෛනික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ලේඛන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කාලීනව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පරීක්ෂා</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sidRPr="00C840CA">
              <w:rPr>
                <w:rFonts w:ascii="Calibri" w:eastAsia="Times New Roman" w:hAnsi="Calibri" w:cs="Calibri"/>
                <w:color w:val="000000"/>
                <w:sz w:val="24"/>
                <w:szCs w:val="24"/>
              </w:rPr>
              <w:t> </w:t>
            </w:r>
            <w:r w:rsidR="00A32EDC">
              <w:rPr>
                <w:rFonts w:ascii="Calibri" w:eastAsia="Times New Roman" w:hAnsi="Calibri"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සැසදීම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කාර්යයන්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අධීක්ෂණය</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කිරීම</w:t>
            </w:r>
            <w:r w:rsidR="00A32EDC">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මුදල්</w:t>
            </w:r>
            <w:r w:rsidR="00526A4E">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පරිහරණය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ප්‍රවාහනය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පිළිබඳ</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අධීක්ෂණය</w:t>
            </w:r>
            <w:r w:rsidR="00A32EDC">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භාණ්ඩ</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සමීක්ෂණ</w:t>
            </w:r>
            <w:r>
              <w:rPr>
                <w:rFonts w:eastAsia="Times New Roman" w:cs="Iskoola Pota"/>
                <w:color w:val="000000"/>
                <w:sz w:val="24"/>
                <w:szCs w:val="24"/>
              </w:rPr>
              <w:t xml:space="preserve"> </w:t>
            </w:r>
            <w:r w:rsidRPr="00C840CA">
              <w:rPr>
                <w:rFonts w:ascii="Calibri" w:eastAsia="Times New Roman" w:hAnsi="Calibri" w:cs="Iskoola Pota"/>
                <w:color w:val="000000"/>
                <w:sz w:val="24"/>
                <w:szCs w:val="24"/>
                <w:cs/>
                <w:lang w:bidi="si-LK"/>
              </w:rPr>
              <w:t>සම්බන්ධ කටයුතු අධීක්ෂණය</w:t>
            </w:r>
            <w:r w:rsidR="00A32EDC">
              <w:rPr>
                <w:rFonts w:ascii="Calibri" w:eastAsia="Times New Roman" w:hAnsi="Calibri"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පාඩු</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අත්හැරදැමීම</w:t>
            </w:r>
            <w:r>
              <w:rPr>
                <w:rFonts w:eastAsia="Times New Roman" w:cs="Iskoola Pota"/>
                <w:color w:val="000000"/>
                <w:sz w:val="24"/>
                <w:szCs w:val="24"/>
              </w:rPr>
              <w:t xml:space="preserve"> </w:t>
            </w:r>
            <w:r w:rsidRPr="00C840CA">
              <w:rPr>
                <w:rFonts w:ascii="Calibri" w:eastAsia="Times New Roman" w:hAnsi="Calibri" w:cs="Iskoola Pota"/>
                <w:color w:val="000000"/>
                <w:sz w:val="24"/>
                <w:szCs w:val="24"/>
                <w:cs/>
                <w:lang w:bidi="si-LK"/>
              </w:rPr>
              <w:t>සම්බන්ධ කටයුතු</w:t>
            </w:r>
            <w:r w:rsidRPr="00C840CA">
              <w:rPr>
                <w:rFonts w:ascii="Calibri" w:eastAsia="Times New Roman" w:hAnsi="Calibri" w:cs="Calibri"/>
                <w:color w:val="000000"/>
                <w:sz w:val="24"/>
                <w:szCs w:val="24"/>
              </w:rPr>
              <w:t xml:space="preserve">, </w:t>
            </w:r>
            <w:r w:rsidRPr="00C840CA">
              <w:rPr>
                <w:rFonts w:eastAsia="Times New Roman" w:cs="Iskoola Pota"/>
                <w:color w:val="000000"/>
                <w:sz w:val="24"/>
                <w:szCs w:val="24"/>
                <w:cs/>
                <w:lang w:bidi="si-LK"/>
              </w:rPr>
              <w:t>වාර්ෂික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ආදායම්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වියදම්</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ගිණුම්කාරක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සභා</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කටයුතු</w:t>
            </w:r>
            <w:r w:rsidRPr="00C840CA">
              <w:rPr>
                <w:rFonts w:eastAsia="Times New Roman" w:cs="Iskoola Pota"/>
                <w:color w:val="000000"/>
                <w:sz w:val="24"/>
                <w:szCs w:val="24"/>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විගණන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විමසුම්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වලට</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පිළිතුරු</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යැවීමේ</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කටයුතු</w:t>
            </w:r>
            <w:r w:rsidR="00A32EDC">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තැන්පත්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කටයුතු</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ප්‍රසම්පාදන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කමිටු</w:t>
            </w:r>
            <w:r w:rsidRPr="00C840CA">
              <w:rPr>
                <w:rFonts w:ascii="Calibri" w:eastAsia="Times New Roman" w:hAnsi="Calibri" w:cs="Calibri"/>
                <w:color w:val="000000"/>
                <w:sz w:val="24"/>
                <w:szCs w:val="24"/>
              </w:rPr>
              <w:t xml:space="preserve"> , </w:t>
            </w:r>
            <w:r w:rsidRPr="00C840CA">
              <w:rPr>
                <w:rFonts w:eastAsia="Times New Roman" w:cs="Iskoola Pota"/>
                <w:color w:val="000000"/>
                <w:sz w:val="24"/>
                <w:szCs w:val="24"/>
                <w:cs/>
                <w:lang w:bidi="si-LK"/>
              </w:rPr>
              <w:t>කළමනාකරණ</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විගණන</w:t>
            </w:r>
            <w:r w:rsidR="00A32EDC">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කමිටුව</w:t>
            </w:r>
            <w:r w:rsidR="00A32EDC">
              <w:rPr>
                <w:rFonts w:eastAsia="Times New Roman" w:cs="Iskoola Pota" w:hint="cs"/>
                <w:color w:val="000000"/>
                <w:sz w:val="24"/>
                <w:szCs w:val="24"/>
                <w:cs/>
                <w:lang w:bidi="si-LK"/>
              </w:rPr>
              <w:t>.</w:t>
            </w:r>
          </w:p>
          <w:p w:rsidR="001568EA" w:rsidRPr="001568EA" w:rsidRDefault="001568EA" w:rsidP="00A32EDC">
            <w:pPr>
              <w:numPr>
                <w:ilvl w:val="0"/>
                <w:numId w:val="26"/>
              </w:numPr>
              <w:spacing w:line="276" w:lineRule="auto"/>
              <w:textAlignment w:val="baseline"/>
              <w:rPr>
                <w:rFonts w:eastAsia="Times New Roman" w:cs="Iskoola Pota"/>
                <w:color w:val="000000"/>
                <w:sz w:val="24"/>
                <w:szCs w:val="24"/>
              </w:rPr>
            </w:pPr>
            <w:r w:rsidRPr="00C840CA">
              <w:rPr>
                <w:rFonts w:eastAsia="Times New Roman" w:cs="Iskoola Pota"/>
                <w:color w:val="000000"/>
                <w:sz w:val="24"/>
                <w:szCs w:val="24"/>
                <w:cs/>
                <w:lang w:bidi="si-LK"/>
              </w:rPr>
              <w:t>සියලු</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ගෙවීම්</w:t>
            </w:r>
            <w:r>
              <w:rPr>
                <w:rFonts w:eastAsia="Times New Roman" w:cs="Iskoola Pota"/>
                <w:color w:val="000000"/>
                <w:sz w:val="24"/>
                <w:szCs w:val="24"/>
              </w:rPr>
              <w:t xml:space="preserve"> </w:t>
            </w:r>
            <w:r>
              <w:rPr>
                <w:rFonts w:eastAsia="Times New Roman" w:cs="Iskoola Pota"/>
                <w:color w:val="000000"/>
                <w:sz w:val="24"/>
                <w:szCs w:val="24"/>
                <w:cs/>
                <w:lang w:bidi="si-LK"/>
              </w:rPr>
              <w:t>වවු</w:t>
            </w:r>
            <w:r w:rsidRPr="00C840CA">
              <w:rPr>
                <w:rFonts w:eastAsia="Times New Roman" w:cs="Iskoola Pota"/>
                <w:color w:val="000000"/>
                <w:sz w:val="24"/>
                <w:szCs w:val="24"/>
                <w:cs/>
                <w:lang w:bidi="si-LK"/>
              </w:rPr>
              <w:t>චර</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සහතික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Pr>
                <w:rFonts w:eastAsia="Times New Roman" w:cs="Iskoola Pota"/>
                <w:color w:val="000000"/>
                <w:sz w:val="24"/>
                <w:szCs w:val="24"/>
              </w:rPr>
              <w:t>,</w:t>
            </w:r>
            <w:r w:rsidRPr="001568EA">
              <w:rPr>
                <w:rFonts w:eastAsia="Times New Roman" w:cs="Iskoola Pota"/>
                <w:color w:val="000000"/>
                <w:sz w:val="24"/>
                <w:szCs w:val="24"/>
              </w:rPr>
              <w:t xml:space="preserve"> </w:t>
            </w:r>
            <w:r w:rsidRPr="001568EA">
              <w:rPr>
                <w:rFonts w:eastAsia="Times New Roman" w:cs="Iskoola Pota"/>
                <w:color w:val="000000"/>
                <w:sz w:val="24"/>
                <w:szCs w:val="24"/>
                <w:cs/>
                <w:lang w:bidi="si-LK"/>
              </w:rPr>
              <w:t>අත්තිකාරම්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ගිණුමට</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අදාළ</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ගෙවීම්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කටයුතු</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හා</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අදාල</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ලේඛන</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පවත්වා</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ගැනීම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වාර්තා</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යැවීම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හා</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එම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සැසඳීමේ</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කටයුතු</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අධීක්ෂණය</w:t>
            </w:r>
            <w:r>
              <w:rPr>
                <w:rFonts w:eastAsia="Times New Roman" w:cs="Iskoola Pota"/>
                <w:color w:val="000000"/>
                <w:sz w:val="24"/>
                <w:szCs w:val="24"/>
              </w:rPr>
              <w:t xml:space="preserve"> </w:t>
            </w:r>
            <w:r w:rsidRPr="001568EA">
              <w:rPr>
                <w:rFonts w:eastAsia="Times New Roman" w:cs="Iskoola Pota"/>
                <w:color w:val="000000"/>
                <w:sz w:val="24"/>
                <w:szCs w:val="24"/>
                <w:cs/>
                <w:lang w:bidi="si-LK"/>
              </w:rPr>
              <w:t>කිරීම</w:t>
            </w:r>
            <w:r w:rsidR="00A32EDC">
              <w:rPr>
                <w:rFonts w:eastAsia="Times New Roman" w:cs="Iskoola Pota" w:hint="cs"/>
                <w:color w:val="000000"/>
                <w:sz w:val="24"/>
                <w:szCs w:val="24"/>
                <w:cs/>
                <w:lang w:bidi="si-LK"/>
              </w:rPr>
              <w:t>.</w:t>
            </w:r>
            <w:r w:rsidRPr="001568EA">
              <w:rPr>
                <w:rFonts w:eastAsia="Times New Roman" w:cs="Iskoola Pota"/>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නිල</w:t>
            </w:r>
            <w:r w:rsidR="00526A4E">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බැංකු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යටතේ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චෙක්පත්</w:t>
            </w:r>
            <w:r>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අත්සන්</w:t>
            </w:r>
            <w:r w:rsidR="00A32EDC">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කිරීම</w:t>
            </w:r>
            <w:r w:rsidR="00A32EDC">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ප්‍රසම්පාදන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කමිටු</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සාමාජිකයකු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ලෙස</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කටයුතු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sidR="00A32EDC">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භාණ්ඩාගාරයේ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විවිධ</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දෙපාර්තමේන්තු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වෙනත්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ආයතන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අධීක්ෂණය</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අමාත්‍යාංශය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එකඟවී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ඇති</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පරිදි</w:t>
            </w:r>
            <w:r>
              <w:rPr>
                <w:rFonts w:eastAsia="Times New Roman" w:cs="Iskoola Pota"/>
                <w:color w:val="000000"/>
                <w:sz w:val="24"/>
                <w:szCs w:val="24"/>
              </w:rPr>
              <w:t xml:space="preserve"> </w:t>
            </w:r>
            <w:r w:rsidRPr="00C840CA">
              <w:rPr>
                <w:rFonts w:eastAsia="Times New Roman" w:cs="Iskoola Pota"/>
                <w:color w:val="000000"/>
                <w:sz w:val="24"/>
                <w:szCs w:val="24"/>
              </w:rPr>
              <w:t>K.P.I</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අනුව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මූල්‍ය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පාලනය</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සිදුකිරීම</w:t>
            </w:r>
            <w:r>
              <w:rPr>
                <w:rFonts w:eastAsia="Times New Roman" w:cs="Iskoola Pota" w:hint="cs"/>
                <w:color w:val="000000"/>
                <w:sz w:val="24"/>
                <w:szCs w:val="24"/>
                <w:cs/>
                <w:lang w:bidi="si-LK"/>
              </w:rPr>
              <w:t>.</w:t>
            </w:r>
            <w:r w:rsidRPr="00C840CA">
              <w:rPr>
                <w:rFonts w:ascii="Calibri" w:eastAsia="Times New Roman" w:hAnsi="Calibri" w:cs="Calibri"/>
                <w:color w:val="000000"/>
                <w:sz w:val="24"/>
                <w:szCs w:val="24"/>
              </w:rPr>
              <w:t> </w:t>
            </w:r>
          </w:p>
          <w:p w:rsidR="001568EA" w:rsidRPr="00A32EDC"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ප්‍රසම්පාදන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සැලසුමක්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සකස්</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හා</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ඒ</w:t>
            </w:r>
            <w:r w:rsidR="00A32EDC">
              <w:rPr>
                <w:rFonts w:eastAsia="Times New Roman" w:cs="Iskoola Pota" w:hint="cs"/>
                <w:color w:val="000000"/>
                <w:sz w:val="24"/>
                <w:szCs w:val="24"/>
                <w:cs/>
                <w:lang w:bidi="si-LK"/>
              </w:rPr>
              <w:t xml:space="preserve"> </w:t>
            </w:r>
            <w:r w:rsidRPr="00C840CA">
              <w:rPr>
                <w:rFonts w:eastAsia="Times New Roman" w:cs="Iskoola Pota"/>
                <w:color w:val="000000"/>
                <w:sz w:val="24"/>
                <w:szCs w:val="24"/>
                <w:cs/>
                <w:lang w:bidi="si-LK"/>
              </w:rPr>
              <w:t>අනුව</w:t>
            </w:r>
            <w:r w:rsidR="00A32EDC">
              <w:rPr>
                <w:rFonts w:ascii="Arial" w:eastAsia="Times New Roman" w:hAnsi="Arial" w:hint="cs"/>
                <w:color w:val="000000"/>
                <w:sz w:val="24"/>
                <w:szCs w:val="24"/>
                <w:cs/>
                <w:lang w:bidi="si-LK"/>
              </w:rPr>
              <w:t xml:space="preserve"> </w:t>
            </w:r>
            <w:r w:rsidRPr="00A32EDC">
              <w:rPr>
                <w:rFonts w:eastAsia="Times New Roman" w:cs="Iskoola Pota"/>
                <w:color w:val="000000"/>
                <w:sz w:val="24"/>
                <w:szCs w:val="24"/>
                <w:cs/>
                <w:lang w:bidi="si-LK"/>
              </w:rPr>
              <w:t>කටයුතු</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කිරීම</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වාර්ෂික</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ගිණුම්</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වාර්තා</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සකස්</w:t>
            </w:r>
            <w:r w:rsidR="00A32EDC">
              <w:rPr>
                <w:rFonts w:eastAsia="Times New Roman" w:cs="Iskoola Pota" w:hint="cs"/>
                <w:color w:val="000000"/>
                <w:sz w:val="24"/>
                <w:szCs w:val="24"/>
                <w:cs/>
                <w:lang w:bidi="si-LK"/>
              </w:rPr>
              <w:t xml:space="preserve"> </w:t>
            </w:r>
            <w:r w:rsidRPr="00A32EDC">
              <w:rPr>
                <w:rFonts w:eastAsia="Times New Roman" w:cs="Iskoola Pota"/>
                <w:color w:val="000000"/>
                <w:sz w:val="24"/>
                <w:szCs w:val="24"/>
                <w:cs/>
                <w:lang w:bidi="si-LK"/>
              </w:rPr>
              <w:t>කිරීම</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හා</w:t>
            </w:r>
            <w:r w:rsidR="00A32EDC">
              <w:rPr>
                <w:rFonts w:eastAsia="Times New Roman" w:cs="Iskoola Pota" w:hint="cs"/>
                <w:color w:val="000000"/>
                <w:sz w:val="24"/>
                <w:szCs w:val="24"/>
                <w:cs/>
                <w:lang w:bidi="si-LK"/>
              </w:rPr>
              <w:t xml:space="preserve"> </w:t>
            </w:r>
            <w:r w:rsidRPr="00A32EDC">
              <w:rPr>
                <w:rFonts w:eastAsia="Times New Roman" w:cs="Iskoola Pota"/>
                <w:color w:val="000000"/>
                <w:sz w:val="24"/>
                <w:szCs w:val="24"/>
                <w:cs/>
                <w:lang w:bidi="si-LK"/>
              </w:rPr>
              <w:t>කටයුතු</w:t>
            </w:r>
            <w:r w:rsidRPr="00A32EDC">
              <w:rPr>
                <w:rFonts w:eastAsia="Times New Roman" w:cs="Iskoola Pota"/>
                <w:color w:val="000000"/>
                <w:sz w:val="24"/>
                <w:szCs w:val="24"/>
              </w:rPr>
              <w:t xml:space="preserve"> </w:t>
            </w:r>
            <w:r w:rsidRPr="00A32EDC">
              <w:rPr>
                <w:rFonts w:eastAsia="Times New Roman" w:cs="Iskoola Pota"/>
                <w:color w:val="000000"/>
                <w:sz w:val="24"/>
                <w:szCs w:val="24"/>
                <w:cs/>
                <w:lang w:bidi="si-LK"/>
              </w:rPr>
              <w:t>කිරීම</w:t>
            </w:r>
            <w:r w:rsidR="00A32EDC">
              <w:rPr>
                <w:rFonts w:eastAsia="Times New Roman" w:cs="Iskoola Pota" w:hint="cs"/>
                <w:color w:val="000000"/>
                <w:sz w:val="24"/>
                <w:szCs w:val="24"/>
                <w:cs/>
                <w:lang w:bidi="si-LK"/>
              </w:rPr>
              <w:t>.</w:t>
            </w:r>
          </w:p>
          <w:p w:rsidR="001568EA" w:rsidRPr="00C840CA" w:rsidRDefault="001568EA" w:rsidP="00A32EDC">
            <w:pPr>
              <w:numPr>
                <w:ilvl w:val="0"/>
                <w:numId w:val="26"/>
              </w:numPr>
              <w:spacing w:line="276" w:lineRule="auto"/>
              <w:textAlignment w:val="baseline"/>
              <w:rPr>
                <w:rFonts w:ascii="Arial" w:eastAsia="Times New Roman" w:hAnsi="Arial" w:cs="Times New Roman"/>
                <w:color w:val="000000"/>
                <w:sz w:val="24"/>
                <w:szCs w:val="24"/>
              </w:rPr>
            </w:pPr>
            <w:r w:rsidRPr="00C840CA">
              <w:rPr>
                <w:rFonts w:eastAsia="Times New Roman" w:cs="Iskoola Pota"/>
                <w:color w:val="000000"/>
                <w:sz w:val="24"/>
                <w:szCs w:val="24"/>
                <w:cs/>
                <w:lang w:bidi="si-LK"/>
              </w:rPr>
              <w:t>ගිණුම්</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කාරක</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සභාව</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වෙතින්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විමසන</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ලද</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තොරතුරු</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නියමිත</w:t>
            </w:r>
            <w:r>
              <w:rPr>
                <w:rFonts w:eastAsia="Times New Roman" w:cs="Iskoola Pota"/>
                <w:color w:val="000000"/>
                <w:sz w:val="24"/>
                <w:szCs w:val="24"/>
              </w:rPr>
              <w:t xml:space="preserve"> </w:t>
            </w:r>
            <w:r>
              <w:rPr>
                <w:rFonts w:eastAsia="Times New Roman" w:cs="Iskoola Pota"/>
                <w:color w:val="000000"/>
                <w:sz w:val="24"/>
                <w:szCs w:val="24"/>
                <w:cs/>
                <w:lang w:bidi="si-LK"/>
              </w:rPr>
              <w:t>පරිදි</w:t>
            </w:r>
            <w:r>
              <w:rPr>
                <w:rFonts w:eastAsia="Times New Roman" w:cs="Iskoola Pota"/>
                <w:color w:val="000000"/>
                <w:sz w:val="24"/>
                <w:szCs w:val="24"/>
              </w:rPr>
              <w:t xml:space="preserve"> </w:t>
            </w:r>
            <w:r w:rsidRPr="00C840CA">
              <w:rPr>
                <w:rFonts w:eastAsia="Times New Roman" w:cs="Iskoola Pota"/>
                <w:color w:val="000000"/>
                <w:sz w:val="24"/>
                <w:szCs w:val="24"/>
                <w:cs/>
                <w:lang w:bidi="si-LK"/>
              </w:rPr>
              <w:t>ලබාදීම</w:t>
            </w:r>
            <w:r w:rsidR="00A32EDC">
              <w:rPr>
                <w:rFonts w:eastAsia="Times New Roman" w:cs="Iskoola Pota" w:hint="cs"/>
                <w:color w:val="000000"/>
                <w:sz w:val="24"/>
                <w:szCs w:val="24"/>
                <w:cs/>
                <w:lang w:bidi="si-LK"/>
              </w:rPr>
              <w:t>.</w:t>
            </w:r>
          </w:p>
          <w:p w:rsidR="001568EA" w:rsidRPr="00C840CA" w:rsidRDefault="001568EA" w:rsidP="00A32EDC">
            <w:pPr>
              <w:spacing w:line="276" w:lineRule="auto"/>
              <w:jc w:val="both"/>
              <w:textAlignment w:val="baseline"/>
              <w:rPr>
                <w:rFonts w:ascii="Calibri" w:eastAsia="Times New Roman" w:hAnsi="Calibri" w:cs="Iskoola Pota"/>
                <w:color w:val="000000"/>
                <w:sz w:val="24"/>
                <w:szCs w:val="24"/>
                <w:rtl/>
                <w:cs/>
              </w:rPr>
            </w:pPr>
          </w:p>
        </w:tc>
      </w:tr>
    </w:tbl>
    <w:p w:rsidR="00D95717" w:rsidRPr="007319E2" w:rsidRDefault="00D95717" w:rsidP="00A32EDC">
      <w:pPr>
        <w:spacing w:after="0"/>
        <w:rPr>
          <w:rFonts w:cs="Iskoola Pota"/>
          <w:b/>
          <w:sz w:val="24"/>
          <w:szCs w:val="24"/>
          <w:lang w:bidi="si-LK"/>
        </w:rPr>
      </w:pPr>
    </w:p>
    <w:p w:rsidR="00D95717" w:rsidRPr="007319E2" w:rsidRDefault="00D95717" w:rsidP="00A32EDC">
      <w:pPr>
        <w:spacing w:after="0"/>
        <w:rPr>
          <w:rFonts w:cs="Iskoola Pota"/>
          <w:b/>
          <w:sz w:val="24"/>
          <w:szCs w:val="24"/>
          <w:lang w:bidi="si-LK"/>
        </w:rPr>
      </w:pPr>
    </w:p>
    <w:p w:rsidR="001568EA" w:rsidRDefault="001568EA" w:rsidP="00A32EDC">
      <w:pPr>
        <w:spacing w:after="0"/>
        <w:ind w:left="720"/>
        <w:textAlignment w:val="baseline"/>
        <w:rPr>
          <w:rFonts w:eastAsia="Times New Roman" w:cs="Iskoola Pota"/>
          <w:color w:val="000000"/>
          <w:sz w:val="24"/>
          <w:szCs w:val="24"/>
        </w:rPr>
      </w:pPr>
    </w:p>
    <w:p w:rsidR="00D95717" w:rsidRPr="007319E2" w:rsidRDefault="00D95717" w:rsidP="00A32EDC">
      <w:pPr>
        <w:spacing w:after="0"/>
        <w:rPr>
          <w:rFonts w:cs="Iskoola Pota"/>
          <w:b/>
          <w:sz w:val="24"/>
          <w:szCs w:val="24"/>
          <w:lang w:bidi="si-LK"/>
        </w:rPr>
      </w:pPr>
    </w:p>
    <w:p w:rsidR="00490E05" w:rsidRPr="007319E2" w:rsidRDefault="00490E05" w:rsidP="00A32EDC">
      <w:pPr>
        <w:spacing w:after="0"/>
        <w:rPr>
          <w:rFonts w:cs="Iskoola Pota"/>
          <w:b/>
          <w:bCs/>
          <w:sz w:val="24"/>
          <w:szCs w:val="24"/>
          <w:lang w:bidi="si-LK"/>
        </w:rPr>
      </w:pPr>
    </w:p>
    <w:p w:rsidR="009B0DBB" w:rsidRDefault="009B0DBB" w:rsidP="00A32EDC">
      <w:pPr>
        <w:spacing w:after="0"/>
        <w:rPr>
          <w:rFonts w:cs="Iskoola Pota"/>
          <w:b/>
          <w:bCs/>
          <w:sz w:val="24"/>
          <w:szCs w:val="24"/>
          <w:lang w:bidi="si-LK"/>
        </w:rPr>
      </w:pPr>
    </w:p>
    <w:p w:rsidR="00A32EDC" w:rsidRPr="007319E2" w:rsidRDefault="00A32EDC" w:rsidP="00A32EDC">
      <w:pPr>
        <w:spacing w:after="0"/>
        <w:rPr>
          <w:rFonts w:cs="Iskoola Pota"/>
          <w:b/>
          <w:bCs/>
          <w:sz w:val="24"/>
          <w:szCs w:val="24"/>
          <w:lang w:bidi="si-LK"/>
        </w:rPr>
      </w:pPr>
    </w:p>
    <w:p w:rsidR="00A32EDC" w:rsidRDefault="00A32ED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2F618C" w:rsidRDefault="002F618C" w:rsidP="00A32EDC">
      <w:pPr>
        <w:spacing w:after="0"/>
        <w:rPr>
          <w:rFonts w:cs="Iskoola Pota"/>
          <w:b/>
          <w:bCs/>
          <w:sz w:val="24"/>
          <w:szCs w:val="24"/>
          <w:lang w:bidi="si-LK"/>
        </w:rPr>
      </w:pPr>
    </w:p>
    <w:p w:rsidR="00A32EDC" w:rsidRDefault="00A32EDC" w:rsidP="00A32EDC">
      <w:pPr>
        <w:spacing w:after="0"/>
        <w:rPr>
          <w:rFonts w:cs="Iskoola Pota"/>
          <w:b/>
          <w:bCs/>
          <w:sz w:val="24"/>
          <w:szCs w:val="24"/>
          <w:lang w:bidi="si-LK"/>
        </w:rPr>
      </w:pPr>
    </w:p>
    <w:p w:rsidR="00A32EDC" w:rsidRDefault="00A32EDC" w:rsidP="00A32EDC">
      <w:pPr>
        <w:spacing w:after="0"/>
        <w:rPr>
          <w:rFonts w:cs="Iskoola Pota"/>
          <w:b/>
          <w:bCs/>
          <w:sz w:val="24"/>
          <w:szCs w:val="24"/>
          <w:lang w:bidi="si-LK"/>
        </w:rPr>
      </w:pPr>
    </w:p>
    <w:p w:rsidR="00A32EDC" w:rsidRPr="007319E2" w:rsidRDefault="00A32EDC" w:rsidP="00A32EDC">
      <w:pPr>
        <w:spacing w:after="0"/>
        <w:rPr>
          <w:rFonts w:cs="Iskoola Pota"/>
          <w:b/>
          <w:bCs/>
          <w:sz w:val="24"/>
          <w:szCs w:val="24"/>
          <w:lang w:bidi="si-LK"/>
        </w:rPr>
      </w:pPr>
    </w:p>
    <w:p w:rsidR="00490E05" w:rsidRPr="007319E2" w:rsidRDefault="00453B39" w:rsidP="00A32EDC">
      <w:pPr>
        <w:spacing w:after="0"/>
        <w:jc w:val="right"/>
        <w:rPr>
          <w:rFonts w:cs="Iskoola Pota"/>
          <w:sz w:val="24"/>
          <w:szCs w:val="24"/>
        </w:rPr>
      </w:pPr>
      <w:r w:rsidRPr="007319E2">
        <w:rPr>
          <w:rFonts w:cs="Iskoola Pota"/>
          <w:b/>
          <w:bCs/>
          <w:sz w:val="24"/>
          <w:szCs w:val="24"/>
          <w:cs/>
          <w:lang w:bidi="si-LK"/>
        </w:rPr>
        <w:lastRenderedPageBreak/>
        <w:t>ආ</w:t>
      </w:r>
      <w:r w:rsidR="00490E05" w:rsidRPr="007319E2">
        <w:rPr>
          <w:rFonts w:cs="Iskoola Pota"/>
          <w:b/>
          <w:bCs/>
          <w:sz w:val="24"/>
          <w:szCs w:val="24"/>
          <w:cs/>
          <w:lang w:bidi="si-LK"/>
        </w:rPr>
        <w:t>දර්ශ</w:t>
      </w:r>
      <w:r w:rsidR="00490E05" w:rsidRPr="007319E2">
        <w:rPr>
          <w:rFonts w:cs="Iskoola Pota"/>
          <w:b/>
          <w:sz w:val="24"/>
          <w:szCs w:val="24"/>
        </w:rPr>
        <w:t xml:space="preserve"> </w:t>
      </w:r>
      <w:r w:rsidR="00490E05" w:rsidRPr="007319E2">
        <w:rPr>
          <w:rFonts w:cs="Iskoola Pota"/>
          <w:b/>
          <w:bCs/>
          <w:sz w:val="24"/>
          <w:szCs w:val="24"/>
          <w:cs/>
          <w:lang w:bidi="si-LK"/>
        </w:rPr>
        <w:t>ආකෘතිය</w:t>
      </w:r>
    </w:p>
    <w:p w:rsidR="00490E05" w:rsidRPr="007319E2" w:rsidRDefault="00490E05" w:rsidP="00A32EDC">
      <w:pPr>
        <w:spacing w:before="240" w:after="0"/>
        <w:rPr>
          <w:rFonts w:cs="Iskoola Pota"/>
          <w:sz w:val="24"/>
          <w:szCs w:val="24"/>
          <w:cs/>
          <w:lang w:bidi="si-LK"/>
        </w:rPr>
      </w:pPr>
    </w:p>
    <w:p w:rsidR="00CD1104" w:rsidRPr="007319E2" w:rsidRDefault="00836AF7" w:rsidP="00A32EDC">
      <w:pPr>
        <w:spacing w:after="0"/>
        <w:jc w:val="both"/>
        <w:rPr>
          <w:rFonts w:cs="Iskoola Pota"/>
          <w:sz w:val="24"/>
          <w:szCs w:val="24"/>
        </w:rPr>
      </w:pPr>
      <w:r w:rsidRPr="007319E2">
        <w:rPr>
          <w:rFonts w:cs="Iskoola Pota"/>
          <w:b/>
          <w:sz w:val="24"/>
          <w:szCs w:val="24"/>
        </w:rPr>
        <w:t xml:space="preserve">07. </w:t>
      </w:r>
      <w:r w:rsidRPr="007319E2">
        <w:rPr>
          <w:rFonts w:cs="Iskoola Pota"/>
          <w:b/>
          <w:bCs/>
          <w:sz w:val="24"/>
          <w:szCs w:val="24"/>
          <w:cs/>
          <w:lang w:bidi="si-LK"/>
        </w:rPr>
        <w:t>අමාත</w:t>
      </w:r>
      <w:r w:rsidR="00B57065" w:rsidRPr="007319E2">
        <w:rPr>
          <w:rFonts w:cs="Iskoola Pota"/>
          <w:b/>
          <w:bCs/>
          <w:sz w:val="24"/>
          <w:szCs w:val="24"/>
          <w:cs/>
          <w:lang w:bidi="si-LK"/>
        </w:rPr>
        <w:t>්‍යාං</w:t>
      </w:r>
      <w:r w:rsidRPr="007319E2">
        <w:rPr>
          <w:rFonts w:cs="Iskoola Pota"/>
          <w:b/>
          <w:bCs/>
          <w:sz w:val="24"/>
          <w:szCs w:val="24"/>
          <w:cs/>
          <w:lang w:bidi="si-LK"/>
        </w:rPr>
        <w:t>ශය</w:t>
      </w:r>
      <w:r w:rsidRPr="007319E2">
        <w:rPr>
          <w:rFonts w:cs="Iskoola Pota"/>
          <w:b/>
          <w:sz w:val="24"/>
          <w:szCs w:val="24"/>
        </w:rPr>
        <w:t xml:space="preserve"> </w:t>
      </w:r>
      <w:r w:rsidRPr="007319E2">
        <w:rPr>
          <w:rFonts w:cs="Iskoola Pota"/>
          <w:b/>
          <w:bCs/>
          <w:sz w:val="24"/>
          <w:szCs w:val="24"/>
          <w:cs/>
          <w:lang w:bidi="si-LK"/>
        </w:rPr>
        <w:t>හැර</w:t>
      </w:r>
      <w:r w:rsidRPr="007319E2">
        <w:rPr>
          <w:rFonts w:cs="Iskoola Pota"/>
          <w:b/>
          <w:sz w:val="24"/>
          <w:szCs w:val="24"/>
        </w:rPr>
        <w:t xml:space="preserve"> </w:t>
      </w:r>
      <w:r w:rsidRPr="007319E2">
        <w:rPr>
          <w:rFonts w:cs="Iskoola Pota"/>
          <w:b/>
          <w:bCs/>
          <w:sz w:val="24"/>
          <w:szCs w:val="24"/>
          <w:cs/>
          <w:lang w:bidi="si-LK"/>
        </w:rPr>
        <w:t>ඒ</w:t>
      </w:r>
      <w:r w:rsidRPr="007319E2">
        <w:rPr>
          <w:rFonts w:cs="Iskoola Pota"/>
          <w:b/>
          <w:sz w:val="24"/>
          <w:szCs w:val="24"/>
        </w:rPr>
        <w:t xml:space="preserve"> </w:t>
      </w:r>
      <w:r w:rsidRPr="007319E2">
        <w:rPr>
          <w:rFonts w:cs="Iskoola Pota"/>
          <w:b/>
          <w:bCs/>
          <w:sz w:val="24"/>
          <w:szCs w:val="24"/>
          <w:cs/>
          <w:lang w:bidi="si-LK"/>
        </w:rPr>
        <w:t>යටතේ</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අධිකාරියෙහි</w:t>
      </w:r>
      <w:r w:rsidRPr="007319E2">
        <w:rPr>
          <w:rFonts w:cs="Iskoola Pota"/>
          <w:b/>
          <w:sz w:val="24"/>
          <w:szCs w:val="24"/>
        </w:rPr>
        <w:t xml:space="preserve"> </w:t>
      </w:r>
      <w:r w:rsidR="00B57065" w:rsidRPr="007319E2">
        <w:rPr>
          <w:rFonts w:cs="Iskoola Pota"/>
          <w:b/>
          <w:bCs/>
          <w:sz w:val="24"/>
          <w:szCs w:val="24"/>
          <w:cs/>
          <w:lang w:bidi="si-LK"/>
        </w:rPr>
        <w:t>ක්‍රි</w:t>
      </w:r>
      <w:r w:rsidRPr="007319E2">
        <w:rPr>
          <w:rFonts w:cs="Iskoola Pota"/>
          <w:b/>
          <w:bCs/>
          <w:sz w:val="24"/>
          <w:szCs w:val="24"/>
          <w:cs/>
          <w:lang w:bidi="si-LK"/>
        </w:rPr>
        <w:t>යාකාරකම්වලට</w:t>
      </w:r>
      <w:r w:rsidRPr="007319E2">
        <w:rPr>
          <w:rFonts w:cs="Iskoola Pota"/>
          <w:b/>
          <w:sz w:val="24"/>
          <w:szCs w:val="24"/>
        </w:rPr>
        <w:t xml:space="preserve"> </w:t>
      </w:r>
      <w:r w:rsidRPr="007319E2">
        <w:rPr>
          <w:rFonts w:cs="Iskoola Pota"/>
          <w:b/>
          <w:bCs/>
          <w:sz w:val="24"/>
          <w:szCs w:val="24"/>
          <w:cs/>
          <w:lang w:bidi="si-LK"/>
        </w:rPr>
        <w:t>අදාළ</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නීති</w:t>
      </w:r>
      <w:r w:rsidRPr="007319E2">
        <w:rPr>
          <w:rFonts w:cs="Iskoola Pota"/>
          <w:b/>
          <w:sz w:val="24"/>
          <w:szCs w:val="24"/>
        </w:rPr>
        <w:t xml:space="preserve"> </w:t>
      </w:r>
      <w:r w:rsidRPr="007319E2">
        <w:rPr>
          <w:rFonts w:cs="Iskoola Pota"/>
          <w:b/>
          <w:bCs/>
          <w:sz w:val="24"/>
          <w:szCs w:val="24"/>
          <w:cs/>
          <w:lang w:bidi="si-LK"/>
        </w:rPr>
        <w:t>රෙගුලාසි</w:t>
      </w:r>
      <w:r w:rsidR="001C58DE" w:rsidRPr="007319E2">
        <w:rPr>
          <w:rFonts w:cs="Iskoola Pota"/>
          <w:b/>
          <w:sz w:val="24"/>
          <w:szCs w:val="24"/>
          <w:cs/>
          <w:lang w:bidi="si-LK"/>
        </w:rPr>
        <w:t xml:space="preserve"> </w:t>
      </w:r>
      <w:r w:rsidRPr="007319E2">
        <w:rPr>
          <w:rFonts w:cs="Iskoola Pota"/>
          <w:b/>
          <w:sz w:val="24"/>
          <w:szCs w:val="24"/>
        </w:rPr>
        <w:t>(</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අධිකාරියට</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වෙනම</w:t>
      </w:r>
      <w:r w:rsidRPr="007319E2">
        <w:rPr>
          <w:rFonts w:cs="Iskoola Pota"/>
          <w:b/>
          <w:sz w:val="24"/>
          <w:szCs w:val="24"/>
        </w:rPr>
        <w:t xml:space="preserve"> </w:t>
      </w:r>
      <w:r w:rsidRPr="007319E2">
        <w:rPr>
          <w:rFonts w:cs="Iskoola Pota"/>
          <w:b/>
          <w:bCs/>
          <w:sz w:val="24"/>
          <w:szCs w:val="24"/>
          <w:cs/>
          <w:lang w:bidi="si-LK"/>
        </w:rPr>
        <w:t>සටහන්</w:t>
      </w:r>
      <w:r w:rsidRPr="007319E2">
        <w:rPr>
          <w:rFonts w:cs="Iskoola Pota"/>
          <w:b/>
          <w:sz w:val="24"/>
          <w:szCs w:val="24"/>
        </w:rPr>
        <w:t xml:space="preserve"> </w:t>
      </w:r>
      <w:r w:rsidRPr="007319E2">
        <w:rPr>
          <w:rFonts w:cs="Iskoola Pota"/>
          <w:b/>
          <w:bCs/>
          <w:sz w:val="24"/>
          <w:szCs w:val="24"/>
          <w:cs/>
          <w:lang w:bidi="si-LK"/>
        </w:rPr>
        <w:t>යොදන්න</w:t>
      </w:r>
      <w:r w:rsidRPr="007319E2">
        <w:rPr>
          <w:rFonts w:cs="Iskoola Pota"/>
          <w:b/>
          <w:sz w:val="24"/>
          <w:szCs w:val="24"/>
        </w:rPr>
        <w:t>.)</w:t>
      </w:r>
    </w:p>
    <w:p w:rsidR="00CD1104" w:rsidRDefault="00836AF7" w:rsidP="00A32EDC">
      <w:pPr>
        <w:spacing w:after="0"/>
        <w:rPr>
          <w:rFonts w:cs="Iskoola Pota"/>
          <w:sz w:val="24"/>
          <w:szCs w:val="24"/>
          <w:lang w:bidi="si-LK"/>
        </w:rPr>
      </w:pPr>
      <w:r w:rsidRPr="007319E2">
        <w:rPr>
          <w:rFonts w:cs="Iskoola Pota"/>
          <w:sz w:val="24"/>
          <w:szCs w:val="24"/>
        </w:rPr>
        <w:t xml:space="preserve">1. </w:t>
      </w: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w:t>
      </w:r>
      <w:r w:rsidR="00C41C7D" w:rsidRPr="007319E2">
        <w:rPr>
          <w:rFonts w:cs="Iskoola Pota"/>
          <w:sz w:val="24"/>
          <w:szCs w:val="24"/>
          <w:cs/>
          <w:lang w:bidi="si-LK"/>
        </w:rPr>
        <w:t xml:space="preserve"> ජාතික ළමා ආරක්ෂක අධිකාරිය</w:t>
      </w:r>
    </w:p>
    <w:p w:rsidR="00A32EDC" w:rsidRPr="007319E2" w:rsidRDefault="00A32EDC" w:rsidP="00A32EDC">
      <w:pPr>
        <w:spacing w:after="0"/>
        <w:rPr>
          <w:rFonts w:cs="Iskoola Pota"/>
          <w:sz w:val="24"/>
          <w:szCs w:val="24"/>
          <w:lang w:bidi="si-LK"/>
        </w:rPr>
      </w:pPr>
    </w:p>
    <w:tbl>
      <w:tblPr>
        <w:tblStyle w:val="TableGrid"/>
        <w:tblW w:w="10098" w:type="dxa"/>
        <w:tblLook w:val="04A0"/>
      </w:tblPr>
      <w:tblGrid>
        <w:gridCol w:w="4633"/>
        <w:gridCol w:w="2549"/>
        <w:gridCol w:w="2916"/>
      </w:tblGrid>
      <w:tr w:rsidR="00CD1104" w:rsidRPr="007319E2" w:rsidTr="008E6F3E">
        <w:trPr>
          <w:trHeight w:val="2510"/>
        </w:trPr>
        <w:tc>
          <w:tcPr>
            <w:tcW w:w="4788"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කාර්යය</w:t>
            </w:r>
            <w:r w:rsidRPr="007319E2">
              <w:rPr>
                <w:rFonts w:cs="Iskoola Pota"/>
                <w:b/>
                <w:sz w:val="24"/>
                <w:szCs w:val="24"/>
              </w:rPr>
              <w:t xml:space="preserve"> / </w:t>
            </w:r>
            <w:r w:rsidRPr="007319E2">
              <w:rPr>
                <w:rFonts w:cs="Iskoola Pota"/>
                <w:b/>
                <w:bCs/>
                <w:sz w:val="24"/>
                <w:szCs w:val="24"/>
                <w:cs/>
                <w:lang w:bidi="si-LK"/>
              </w:rPr>
              <w:t>කර්තව</w:t>
            </w:r>
            <w:r w:rsidR="00C41C7D" w:rsidRPr="007319E2">
              <w:rPr>
                <w:rFonts w:cs="Iskoola Pota"/>
                <w:b/>
                <w:bCs/>
                <w:sz w:val="24"/>
                <w:szCs w:val="24"/>
                <w:cs/>
                <w:lang w:bidi="si-LK"/>
              </w:rPr>
              <w:t>්‍ය</w:t>
            </w:r>
            <w:r w:rsidRPr="007319E2">
              <w:rPr>
                <w:rFonts w:cs="Iskoola Pota"/>
                <w:b/>
                <w:bCs/>
                <w:sz w:val="24"/>
                <w:szCs w:val="24"/>
                <w:cs/>
                <w:lang w:bidi="si-LK"/>
              </w:rPr>
              <w:t>යන්</w:t>
            </w:r>
          </w:p>
        </w:tc>
        <w:tc>
          <w:tcPr>
            <w:tcW w:w="261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කාර්යයන්</w:t>
            </w:r>
            <w:r w:rsidRPr="007319E2">
              <w:rPr>
                <w:rFonts w:cs="Iskoola Pota"/>
                <w:b/>
                <w:sz w:val="24"/>
                <w:szCs w:val="24"/>
              </w:rPr>
              <w:t xml:space="preserve"> / </w:t>
            </w:r>
            <w:r w:rsidRPr="007319E2">
              <w:rPr>
                <w:rFonts w:cs="Iskoola Pota"/>
                <w:b/>
                <w:bCs/>
                <w:sz w:val="24"/>
                <w:szCs w:val="24"/>
                <w:cs/>
                <w:lang w:bidi="si-LK"/>
              </w:rPr>
              <w:t>ක</w:t>
            </w:r>
            <w:r w:rsidR="001C58DE" w:rsidRPr="007319E2">
              <w:rPr>
                <w:rFonts w:cs="Iskoola Pota"/>
                <w:b/>
                <w:bCs/>
                <w:sz w:val="24"/>
                <w:szCs w:val="24"/>
                <w:cs/>
                <w:lang w:bidi="si-LK"/>
              </w:rPr>
              <w:t>ර්තව්‍යයන්</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සම්මතයන්</w:t>
            </w:r>
            <w:r w:rsidRPr="007319E2">
              <w:rPr>
                <w:rFonts w:cs="Iskoola Pota"/>
                <w:b/>
                <w:sz w:val="24"/>
                <w:szCs w:val="24"/>
              </w:rPr>
              <w:t xml:space="preserve"> </w:t>
            </w:r>
            <w:r w:rsidRPr="007319E2">
              <w:rPr>
                <w:rFonts w:cs="Iskoola Pota"/>
                <w:b/>
                <w:bCs/>
                <w:sz w:val="24"/>
                <w:szCs w:val="24"/>
                <w:cs/>
                <w:lang w:bidi="si-LK"/>
              </w:rPr>
              <w:t>අඩංගු</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ලිඛිත</w:t>
            </w:r>
            <w:r w:rsidRPr="007319E2">
              <w:rPr>
                <w:rFonts w:cs="Iskoola Pota"/>
                <w:b/>
                <w:sz w:val="24"/>
                <w:szCs w:val="24"/>
              </w:rPr>
              <w:t xml:space="preserve"> </w:t>
            </w:r>
            <w:r w:rsidRPr="007319E2">
              <w:rPr>
                <w:rFonts w:cs="Iskoola Pota"/>
                <w:b/>
                <w:bCs/>
                <w:sz w:val="24"/>
                <w:szCs w:val="24"/>
                <w:cs/>
                <w:lang w:bidi="si-LK"/>
              </w:rPr>
              <w:t>නීති</w:t>
            </w:r>
            <w:r w:rsidRPr="007319E2">
              <w:rPr>
                <w:rFonts w:cs="Iskoola Pota"/>
                <w:b/>
                <w:sz w:val="24"/>
                <w:szCs w:val="24"/>
              </w:rPr>
              <w:t xml:space="preserve"> </w:t>
            </w:r>
            <w:r w:rsidRPr="007319E2">
              <w:rPr>
                <w:rFonts w:cs="Iskoola Pota"/>
                <w:b/>
                <w:bCs/>
                <w:sz w:val="24"/>
                <w:szCs w:val="24"/>
                <w:cs/>
                <w:lang w:bidi="si-LK"/>
              </w:rPr>
              <w:t>රෙගුලාසි</w:t>
            </w:r>
            <w:r w:rsidRPr="007319E2">
              <w:rPr>
                <w:rFonts w:cs="Iskoola Pota"/>
                <w:b/>
                <w:sz w:val="24"/>
                <w:szCs w:val="24"/>
              </w:rPr>
              <w:t xml:space="preserve"> </w:t>
            </w:r>
            <w:r w:rsidRPr="007319E2">
              <w:rPr>
                <w:rFonts w:cs="Iskoola Pota"/>
                <w:b/>
                <w:bCs/>
                <w:sz w:val="24"/>
                <w:szCs w:val="24"/>
                <w:cs/>
                <w:lang w:bidi="si-LK"/>
              </w:rPr>
              <w:t>සඳහන්</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පනත්</w:t>
            </w:r>
            <w:r w:rsidRPr="007319E2">
              <w:rPr>
                <w:rFonts w:cs="Iskoola Pota"/>
                <w:b/>
                <w:sz w:val="24"/>
                <w:szCs w:val="24"/>
              </w:rPr>
              <w:t xml:space="preserve"> / </w:t>
            </w:r>
            <w:r w:rsidRPr="007319E2">
              <w:rPr>
                <w:rFonts w:cs="Iskoola Pota"/>
                <w:b/>
                <w:bCs/>
                <w:sz w:val="24"/>
                <w:szCs w:val="24"/>
                <w:cs/>
                <w:lang w:bidi="si-LK"/>
              </w:rPr>
              <w:t>රීති</w:t>
            </w:r>
            <w:r w:rsidRPr="007319E2">
              <w:rPr>
                <w:rFonts w:cs="Iskoola Pota"/>
                <w:b/>
                <w:sz w:val="24"/>
                <w:szCs w:val="24"/>
              </w:rPr>
              <w:t xml:space="preserve"> / </w:t>
            </w:r>
            <w:r w:rsidRPr="007319E2">
              <w:rPr>
                <w:rFonts w:cs="Iskoola Pota"/>
                <w:b/>
                <w:bCs/>
                <w:sz w:val="24"/>
                <w:szCs w:val="24"/>
                <w:cs/>
                <w:lang w:bidi="si-LK"/>
              </w:rPr>
              <w:t>නියෝග</w:t>
            </w:r>
            <w:r w:rsidRPr="007319E2">
              <w:rPr>
                <w:rFonts w:cs="Iskoola Pota"/>
                <w:b/>
                <w:sz w:val="24"/>
                <w:szCs w:val="24"/>
              </w:rPr>
              <w:t xml:space="preserve"> / </w:t>
            </w:r>
            <w:r w:rsidRPr="007319E2">
              <w:rPr>
                <w:rFonts w:cs="Iskoola Pota"/>
                <w:b/>
                <w:bCs/>
                <w:sz w:val="24"/>
                <w:szCs w:val="24"/>
                <w:cs/>
                <w:lang w:bidi="si-LK"/>
              </w:rPr>
              <w:t>රෙගුලාසි</w:t>
            </w:r>
            <w:r w:rsidRPr="007319E2">
              <w:rPr>
                <w:rFonts w:cs="Iskoola Pota"/>
                <w:b/>
                <w:sz w:val="24"/>
                <w:szCs w:val="24"/>
              </w:rPr>
              <w:t xml:space="preserve"> / </w:t>
            </w:r>
            <w:r w:rsidRPr="007319E2">
              <w:rPr>
                <w:rFonts w:cs="Iskoola Pota"/>
                <w:b/>
                <w:bCs/>
                <w:sz w:val="24"/>
                <w:szCs w:val="24"/>
                <w:cs/>
                <w:lang w:bidi="si-LK"/>
              </w:rPr>
              <w:t>මාර්ගෝපදේශ</w:t>
            </w:r>
            <w:r w:rsidRPr="007319E2">
              <w:rPr>
                <w:rFonts w:cs="Iskoola Pota"/>
                <w:b/>
                <w:sz w:val="24"/>
                <w:szCs w:val="24"/>
              </w:rPr>
              <w:t xml:space="preserve"> / </w:t>
            </w:r>
            <w:r w:rsidRPr="007319E2">
              <w:rPr>
                <w:rFonts w:cs="Iskoola Pota"/>
                <w:b/>
                <w:bCs/>
                <w:sz w:val="24"/>
                <w:szCs w:val="24"/>
                <w:cs/>
                <w:lang w:bidi="si-LK"/>
              </w:rPr>
              <w:t>චක</w:t>
            </w:r>
            <w:r w:rsidR="005C70BF">
              <w:rPr>
                <w:rFonts w:cs="Iskoola Pota" w:hint="cs"/>
                <w:b/>
                <w:bCs/>
                <w:sz w:val="24"/>
                <w:szCs w:val="24"/>
                <w:cs/>
                <w:lang w:bidi="si-LK"/>
              </w:rPr>
              <w:t>්‍ර</w:t>
            </w:r>
            <w:r w:rsidRPr="007319E2">
              <w:rPr>
                <w:rFonts w:cs="Iskoola Pota"/>
                <w:b/>
                <w:bCs/>
                <w:sz w:val="24"/>
                <w:szCs w:val="24"/>
                <w:cs/>
                <w:lang w:bidi="si-LK"/>
              </w:rPr>
              <w:t>ලේඛන</w:t>
            </w:r>
            <w:r w:rsidRPr="007319E2">
              <w:rPr>
                <w:rFonts w:cs="Iskoola Pota"/>
                <w:b/>
                <w:sz w:val="24"/>
                <w:szCs w:val="24"/>
              </w:rPr>
              <w:t xml:space="preserve"> / </w:t>
            </w:r>
            <w:r w:rsidRPr="007319E2">
              <w:rPr>
                <w:rFonts w:cs="Iskoola Pota"/>
                <w:b/>
                <w:bCs/>
                <w:sz w:val="24"/>
                <w:szCs w:val="24"/>
                <w:cs/>
                <w:lang w:bidi="si-LK"/>
              </w:rPr>
              <w:t>අත්පොත්</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වෙනත්</w:t>
            </w:r>
            <w:r w:rsidRPr="007319E2">
              <w:rPr>
                <w:rFonts w:cs="Iskoola Pota"/>
                <w:b/>
                <w:sz w:val="24"/>
                <w:szCs w:val="24"/>
              </w:rPr>
              <w:t xml:space="preserve"> </w:t>
            </w:r>
            <w:r w:rsidRPr="007319E2">
              <w:rPr>
                <w:rFonts w:cs="Iskoola Pota"/>
                <w:b/>
                <w:bCs/>
                <w:sz w:val="24"/>
                <w:szCs w:val="24"/>
                <w:cs/>
                <w:lang w:bidi="si-LK"/>
              </w:rPr>
              <w:t>වාර්තා</w:t>
            </w:r>
            <w:r w:rsidRPr="007319E2">
              <w:rPr>
                <w:rFonts w:cs="Iskoola Pota"/>
                <w:b/>
                <w:sz w:val="24"/>
                <w:szCs w:val="24"/>
              </w:rPr>
              <w:t xml:space="preserve"> </w:t>
            </w:r>
            <w:r w:rsidRPr="007319E2">
              <w:rPr>
                <w:rFonts w:cs="Iskoola Pota"/>
                <w:b/>
                <w:bCs/>
                <w:sz w:val="24"/>
                <w:szCs w:val="24"/>
                <w:cs/>
                <w:lang w:bidi="si-LK"/>
              </w:rPr>
              <w:t>ලැයිස්තුව</w:t>
            </w:r>
          </w:p>
        </w:tc>
        <w:tc>
          <w:tcPr>
            <w:tcW w:w="270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වාර්තාවල</w:t>
            </w:r>
            <w:r w:rsidRPr="007319E2">
              <w:rPr>
                <w:rFonts w:cs="Iskoola Pota"/>
                <w:b/>
                <w:sz w:val="24"/>
                <w:szCs w:val="24"/>
              </w:rPr>
              <w:t xml:space="preserve"> </w:t>
            </w: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ලබාගත</w:t>
            </w:r>
            <w:r w:rsidRPr="007319E2">
              <w:rPr>
                <w:rFonts w:cs="Iskoola Pota"/>
                <w:b/>
                <w:sz w:val="24"/>
                <w:szCs w:val="24"/>
              </w:rPr>
              <w:t xml:space="preserve"> </w:t>
            </w:r>
            <w:r w:rsidRPr="007319E2">
              <w:rPr>
                <w:rFonts w:cs="Iskoola Pota"/>
                <w:b/>
                <w:bCs/>
                <w:sz w:val="24"/>
                <w:szCs w:val="24"/>
                <w:cs/>
                <w:lang w:bidi="si-LK"/>
              </w:rPr>
              <w:t>හැකි</w:t>
            </w:r>
            <w:r w:rsidRPr="007319E2">
              <w:rPr>
                <w:rFonts w:cs="Iskoola Pota"/>
                <w:b/>
                <w:sz w:val="24"/>
                <w:szCs w:val="24"/>
              </w:rPr>
              <w:t xml:space="preserve"> </w:t>
            </w: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අඩවිය</w:t>
            </w:r>
          </w:p>
        </w:tc>
      </w:tr>
      <w:tr w:rsidR="00CD1104" w:rsidRPr="007319E2" w:rsidTr="009463F9">
        <w:trPr>
          <w:trHeight w:val="440"/>
        </w:trPr>
        <w:tc>
          <w:tcPr>
            <w:tcW w:w="4788" w:type="dxa"/>
            <w:vAlign w:val="center"/>
          </w:tcPr>
          <w:p w:rsidR="00901E5B" w:rsidRDefault="00901E5B" w:rsidP="00A32EDC">
            <w:pPr>
              <w:spacing w:line="276" w:lineRule="auto"/>
              <w:rPr>
                <w:rFonts w:cs="Iskoola Pota"/>
                <w:sz w:val="24"/>
                <w:szCs w:val="24"/>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අ</w:t>
            </w:r>
            <w:r w:rsidR="003B5F25" w:rsidRPr="0032767C">
              <w:rPr>
                <w:rFonts w:cs="Iskoola Pota" w:hint="cs"/>
                <w:sz w:val="24"/>
                <w:szCs w:val="24"/>
                <w:cs/>
                <w:lang w:bidi="si-LK"/>
              </w:rPr>
              <w:t>)</w:t>
            </w:r>
            <w:r w:rsidRPr="0032767C">
              <w:rPr>
                <w:rFonts w:cs="Iskoola Pota"/>
                <w:sz w:val="24"/>
                <w:szCs w:val="24"/>
                <w:cs/>
                <w:lang w:bidi="si-LK"/>
              </w:rPr>
              <w:t xml:space="preserve">  ළමා අපචාර වැළැක්වීම සහ එවැනි අපචාරවලට ගොදුරු වූ ළමුන් ආරක්ෂා කිරීම හා ඔවුන්ට ප්‍රතිකාර කිරීම පිළිබඳ ජාතික ප්‍රතිපත්තියක් සකස් කිරීමෙහිලා ආණ්ඩුවට උපදෙස් දීම</w:t>
            </w:r>
            <w:r w:rsidRPr="0032767C">
              <w:rPr>
                <w:rFonts w:cs="Iskoola Pota"/>
                <w:sz w:val="24"/>
                <w:szCs w:val="24"/>
                <w:lang w:bidi="si-LK"/>
              </w:rPr>
              <w:t>.</w:t>
            </w:r>
          </w:p>
          <w:p w:rsidR="009463F9" w:rsidRPr="0032767C" w:rsidRDefault="009463F9" w:rsidP="00A32EDC">
            <w:pPr>
              <w:spacing w:line="276" w:lineRule="auto"/>
              <w:jc w:val="both"/>
              <w:rPr>
                <w:rFonts w:cs="Iskoola Pota"/>
                <w:sz w:val="24"/>
                <w:szCs w:val="24"/>
                <w:lang w:bidi="si-LK"/>
              </w:rPr>
            </w:pPr>
          </w:p>
          <w:p w:rsidR="004E50FF" w:rsidRPr="0032767C"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ආ</w:t>
            </w:r>
            <w:r w:rsidR="003B5F25" w:rsidRPr="0032767C">
              <w:rPr>
                <w:rFonts w:cs="Iskoola Pota" w:hint="cs"/>
                <w:sz w:val="24"/>
                <w:szCs w:val="24"/>
                <w:cs/>
                <w:lang w:bidi="si-LK"/>
              </w:rPr>
              <w:t xml:space="preserve">) </w:t>
            </w:r>
            <w:r w:rsidRPr="0032767C">
              <w:rPr>
                <w:rFonts w:cs="Iskoola Pota"/>
                <w:sz w:val="24"/>
                <w:szCs w:val="24"/>
                <w:cs/>
                <w:lang w:bidi="si-LK"/>
              </w:rPr>
              <w:t>ළමා අපචාර</w:t>
            </w:r>
            <w:r w:rsidRPr="0032767C">
              <w:rPr>
                <w:rFonts w:cs="Iskoola Pota" w:hint="cs"/>
                <w:sz w:val="24"/>
                <w:szCs w:val="24"/>
                <w:rtl/>
                <w:cs/>
              </w:rPr>
              <w:t xml:space="preserve"> </w:t>
            </w:r>
            <w:r w:rsidRPr="0032767C">
              <w:rPr>
                <w:rFonts w:cs="Iskoola Pota"/>
                <w:sz w:val="24"/>
                <w:szCs w:val="24"/>
                <w:cs/>
                <w:lang w:bidi="si-LK"/>
              </w:rPr>
              <w:t>වැළැක්වීම සඳහා ගත යුතු ක්‍රියාමාර්ග පිළිබඳව ආණ්ඩුවට උපදෙස් දීම</w:t>
            </w:r>
            <w:r w:rsidRPr="0032767C">
              <w:rPr>
                <w:rFonts w:cs="Iskoola Pota"/>
                <w:sz w:val="24"/>
                <w:szCs w:val="24"/>
                <w:lang w:bidi="si-LK"/>
              </w:rPr>
              <w:t>.</w:t>
            </w: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ඇ</w:t>
            </w:r>
            <w:r w:rsidR="003B5F25" w:rsidRPr="0032767C">
              <w:rPr>
                <w:rFonts w:cs="Iskoola Pota" w:hint="cs"/>
                <w:sz w:val="24"/>
                <w:szCs w:val="24"/>
                <w:cs/>
                <w:lang w:bidi="si-LK"/>
              </w:rPr>
              <w:t xml:space="preserve">) </w:t>
            </w:r>
            <w:r w:rsidRPr="0032767C">
              <w:rPr>
                <w:rFonts w:cs="Iskoola Pota"/>
                <w:sz w:val="24"/>
                <w:szCs w:val="24"/>
                <w:cs/>
                <w:lang w:bidi="si-LK"/>
              </w:rPr>
              <w:t>එවැනි අපචාරවලට ගොදුරුවූවන් ආරක්ෂා කිරීම සඳහා ගතයුතු ක්‍රියාමාර්ග</w:t>
            </w:r>
            <w:r w:rsidRPr="0032767C">
              <w:rPr>
                <w:rFonts w:cs="Iskoola Pota" w:hint="cs"/>
                <w:sz w:val="24"/>
                <w:szCs w:val="24"/>
                <w:rtl/>
                <w:cs/>
              </w:rPr>
              <w:t xml:space="preserve"> </w:t>
            </w:r>
            <w:r w:rsidRPr="0032767C">
              <w:rPr>
                <w:rFonts w:cs="Iskoola Pota"/>
                <w:sz w:val="24"/>
                <w:szCs w:val="24"/>
                <w:cs/>
                <w:lang w:bidi="si-LK"/>
              </w:rPr>
              <w:t>පිළිබඳව ආණ්ඩුවට උපදෙස් දීම</w:t>
            </w:r>
            <w:r w:rsidRPr="0032767C">
              <w:rPr>
                <w:rFonts w:cs="Iskoola Pota"/>
                <w:sz w:val="24"/>
                <w:szCs w:val="24"/>
                <w:lang w:bidi="si-LK"/>
              </w:rPr>
              <w:t>.</w:t>
            </w:r>
          </w:p>
          <w:p w:rsidR="009463F9" w:rsidRPr="0032767C" w:rsidRDefault="009463F9" w:rsidP="00A32EDC">
            <w:pPr>
              <w:spacing w:line="276" w:lineRule="auto"/>
              <w:jc w:val="both"/>
              <w:rPr>
                <w:rFonts w:cs="Iskoola Pota"/>
                <w:sz w:val="24"/>
                <w:szCs w:val="24"/>
                <w:lang w:bidi="si-LK"/>
              </w:rPr>
            </w:pPr>
          </w:p>
          <w:p w:rsidR="004E50FF" w:rsidRDefault="003B5F25"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hint="cs"/>
                <w:sz w:val="24"/>
                <w:szCs w:val="24"/>
                <w:cs/>
                <w:lang w:bidi="si-LK"/>
              </w:rPr>
              <w:t xml:space="preserve">ඈ) </w:t>
            </w:r>
            <w:r w:rsidRPr="0032767C">
              <w:rPr>
                <w:rFonts w:cs="Iskoola Pota"/>
                <w:sz w:val="24"/>
                <w:szCs w:val="24"/>
                <w:cs/>
                <w:lang w:bidi="si-LK"/>
              </w:rPr>
              <w:t>අපචාරවලින් ආරක්ෂා කරනු ලැබීමට ළමුන් සතු අයිතිවාසිකම් පිළිබඳව සහ ළමා අපචාර වැළැක්වීමේ ක්‍රම පිළිබඳව දැනුවත් කිරීම</w:t>
            </w:r>
            <w:r w:rsidR="004E50FF" w:rsidRPr="0032767C">
              <w:rPr>
                <w:rFonts w:cs="Iskoola Pota" w:hint="cs"/>
                <w:sz w:val="24"/>
                <w:szCs w:val="24"/>
                <w:rtl/>
                <w:cs/>
              </w:rPr>
              <w:t>.</w:t>
            </w:r>
          </w:p>
          <w:p w:rsidR="009463F9" w:rsidRPr="0032767C" w:rsidRDefault="009463F9" w:rsidP="00A32EDC">
            <w:pPr>
              <w:spacing w:line="276" w:lineRule="auto"/>
              <w:jc w:val="both"/>
              <w:rPr>
                <w:rFonts w:cs="Iskoola Pota"/>
                <w:sz w:val="24"/>
                <w:szCs w:val="24"/>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ඉ</w:t>
            </w:r>
            <w:r w:rsidR="003B5F25" w:rsidRPr="0032767C">
              <w:rPr>
                <w:rFonts w:cs="Iskoola Pota" w:hint="cs"/>
                <w:sz w:val="24"/>
                <w:szCs w:val="24"/>
                <w:cs/>
                <w:lang w:bidi="si-LK"/>
              </w:rPr>
              <w:t>)</w:t>
            </w:r>
            <w:r w:rsidRPr="0032767C">
              <w:rPr>
                <w:rFonts w:cs="Iskoola Pota"/>
                <w:sz w:val="24"/>
                <w:szCs w:val="24"/>
                <w:cs/>
                <w:lang w:bidi="si-LK"/>
              </w:rPr>
              <w:t xml:space="preserve"> ළමා අපචාර වැළැක්වීමේ කාර්යය සඳහා සහ එවැනි අපචාරවලට ගොදුරු</w:t>
            </w:r>
            <w:r w:rsidR="00526A4E">
              <w:rPr>
                <w:rFonts w:cs="Iskoola Pota" w:hint="cs"/>
                <w:sz w:val="24"/>
                <w:szCs w:val="24"/>
                <w:cs/>
                <w:lang w:bidi="si-LK"/>
              </w:rPr>
              <w:t xml:space="preserve"> </w:t>
            </w:r>
            <w:r w:rsidRPr="0032767C">
              <w:rPr>
                <w:rFonts w:cs="Iskoola Pota"/>
                <w:sz w:val="24"/>
                <w:szCs w:val="24"/>
                <w:cs/>
                <w:lang w:bidi="si-LK"/>
              </w:rPr>
              <w:t>වූවන් ආරක්ෂා කිරීම සහ ඔවුන්ගේ අයිතීන් රැකගැනීම සඳහා අවශ්‍ය සියලු ක්‍රියාමාර්ග ගැනීම සහ උචිත අවස්ථාවල දී එම කාර්යය සඳහා</w:t>
            </w:r>
            <w:r w:rsidRPr="0032767C">
              <w:rPr>
                <w:rFonts w:cs="Iskoola Pota" w:hint="cs"/>
                <w:sz w:val="24"/>
                <w:szCs w:val="24"/>
                <w:rtl/>
                <w:cs/>
              </w:rPr>
              <w:t xml:space="preserve"> </w:t>
            </w:r>
            <w:r w:rsidRPr="0032767C">
              <w:rPr>
                <w:rFonts w:cs="Iskoola Pota"/>
                <w:sz w:val="24"/>
                <w:szCs w:val="24"/>
                <w:cs/>
                <w:lang w:bidi="si-LK"/>
              </w:rPr>
              <w:t>අදාළ</w:t>
            </w:r>
            <w:r w:rsidRPr="0032767C">
              <w:rPr>
                <w:rFonts w:cs="Iskoola Pota" w:hint="cs"/>
                <w:sz w:val="24"/>
                <w:szCs w:val="24"/>
                <w:rtl/>
                <w:cs/>
              </w:rPr>
              <w:t xml:space="preserve"> </w:t>
            </w:r>
            <w:r w:rsidRPr="0032767C">
              <w:rPr>
                <w:rFonts w:cs="Iskoola Pota"/>
                <w:sz w:val="24"/>
                <w:szCs w:val="24"/>
                <w:cs/>
                <w:lang w:bidi="si-LK"/>
              </w:rPr>
              <w:t>අමාත්‍යාංශවල</w:t>
            </w:r>
            <w:r w:rsidRPr="0032767C">
              <w:rPr>
                <w:rFonts w:cs="Iskoola Pota"/>
                <w:sz w:val="24"/>
                <w:szCs w:val="24"/>
                <w:lang w:bidi="si-LK"/>
              </w:rPr>
              <w:t xml:space="preserve">, </w:t>
            </w:r>
            <w:r w:rsidRPr="0032767C">
              <w:rPr>
                <w:rFonts w:cs="Iskoola Pota"/>
                <w:sz w:val="24"/>
                <w:szCs w:val="24"/>
                <w:cs/>
                <w:lang w:bidi="si-LK"/>
              </w:rPr>
              <w:t>පළාත් සභාවල</w:t>
            </w:r>
            <w:r w:rsidRPr="0032767C">
              <w:rPr>
                <w:rFonts w:cs="Iskoola Pota"/>
                <w:sz w:val="24"/>
                <w:szCs w:val="24"/>
                <w:lang w:bidi="si-LK"/>
              </w:rPr>
              <w:t>,</w:t>
            </w:r>
            <w:r w:rsidR="00623220">
              <w:rPr>
                <w:rFonts w:cs="Iskoola Pota" w:hint="cs"/>
                <w:sz w:val="24"/>
                <w:szCs w:val="24"/>
                <w:cs/>
                <w:lang w:bidi="si-LK"/>
              </w:rPr>
              <w:t xml:space="preserve"> </w:t>
            </w:r>
            <w:r w:rsidRPr="0032767C">
              <w:rPr>
                <w:rFonts w:cs="Iskoola Pota"/>
                <w:sz w:val="24"/>
                <w:szCs w:val="24"/>
                <w:cs/>
                <w:lang w:bidi="si-LK"/>
              </w:rPr>
              <w:t>පළාත් පාලන ආයතනවල</w:t>
            </w:r>
            <w:r w:rsidRPr="0032767C">
              <w:rPr>
                <w:rFonts w:cs="Iskoola Pota"/>
                <w:sz w:val="24"/>
                <w:szCs w:val="24"/>
                <w:lang w:bidi="si-LK"/>
              </w:rPr>
              <w:t>,</w:t>
            </w:r>
            <w:r w:rsidR="00623220">
              <w:rPr>
                <w:rFonts w:cs="Iskoola Pota" w:hint="cs"/>
                <w:sz w:val="24"/>
                <w:szCs w:val="24"/>
                <w:cs/>
                <w:lang w:bidi="si-LK"/>
              </w:rPr>
              <w:t xml:space="preserve"> </w:t>
            </w:r>
            <w:r w:rsidRPr="0032767C">
              <w:rPr>
                <w:rFonts w:cs="Iskoola Pota"/>
                <w:sz w:val="24"/>
                <w:szCs w:val="24"/>
                <w:cs/>
                <w:lang w:bidi="si-LK"/>
              </w:rPr>
              <w:t>දිසා හා ප්‍රාදේශීය ලේකම්වරුන්ගේ සහ රජයේ හා පෞද්ගලික අංශයේ සංවිධානවල උපදෙස් විමසීම</w:t>
            </w:r>
            <w:r w:rsidRPr="0032767C">
              <w:rPr>
                <w:rFonts w:cs="Iskoola Pota" w:hint="cs"/>
                <w:sz w:val="24"/>
                <w:szCs w:val="24"/>
                <w:rtl/>
                <w:cs/>
              </w:rPr>
              <w:t>.</w:t>
            </w:r>
          </w:p>
          <w:p w:rsidR="009463F9" w:rsidRPr="009463F9" w:rsidRDefault="009463F9" w:rsidP="00A32EDC">
            <w:pPr>
              <w:spacing w:line="276" w:lineRule="auto"/>
              <w:jc w:val="both"/>
              <w:rPr>
                <w:rFonts w:cs="Iskoola Pota"/>
                <w:sz w:val="10"/>
                <w:szCs w:val="10"/>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lastRenderedPageBreak/>
              <w:t>(</w:t>
            </w:r>
            <w:r w:rsidRPr="0032767C">
              <w:rPr>
                <w:rFonts w:cs="Iskoola Pota"/>
                <w:sz w:val="24"/>
                <w:szCs w:val="24"/>
                <w:cs/>
                <w:lang w:bidi="si-LK"/>
              </w:rPr>
              <w:t>ඊ</w:t>
            </w:r>
            <w:r w:rsidR="003B5F25" w:rsidRPr="0032767C">
              <w:rPr>
                <w:rFonts w:cs="Iskoola Pota" w:hint="cs"/>
                <w:sz w:val="24"/>
                <w:szCs w:val="24"/>
                <w:cs/>
                <w:lang w:bidi="si-LK"/>
              </w:rPr>
              <w:t>)</w:t>
            </w:r>
            <w:r w:rsidRPr="0032767C">
              <w:rPr>
                <w:rFonts w:cs="Iskoola Pota"/>
                <w:sz w:val="24"/>
                <w:szCs w:val="24"/>
                <w:cs/>
                <w:lang w:bidi="si-LK"/>
              </w:rPr>
              <w:t xml:space="preserve"> ළමා අපචාර වැළැක්වීම සඳහා වූ ජාතික ප්‍රතිපත්තිය ඵලදායි ලෙස ක්‍රියාත්මක කිරීම සඳහා අවශ්‍ය නීතිමය</w:t>
            </w:r>
            <w:r w:rsidRPr="0032767C">
              <w:rPr>
                <w:rFonts w:cs="Iskoola Pota"/>
                <w:sz w:val="24"/>
                <w:szCs w:val="24"/>
                <w:lang w:bidi="si-LK"/>
              </w:rPr>
              <w:t xml:space="preserve">, </w:t>
            </w:r>
            <w:r w:rsidRPr="0032767C">
              <w:rPr>
                <w:rFonts w:cs="Iskoola Pota"/>
                <w:sz w:val="24"/>
                <w:szCs w:val="24"/>
                <w:cs/>
                <w:lang w:bidi="si-LK"/>
              </w:rPr>
              <w:t>පරිපාලනමය හෝ වෙනත් සංශෝධන නිර්දේශ කිරීම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උ</w:t>
            </w:r>
            <w:r w:rsidR="003B5F25" w:rsidRPr="0032767C">
              <w:rPr>
                <w:rFonts w:cs="Iskoola Pota" w:hint="cs"/>
                <w:sz w:val="24"/>
                <w:szCs w:val="24"/>
                <w:cs/>
                <w:lang w:bidi="si-LK"/>
              </w:rPr>
              <w:t>)</w:t>
            </w:r>
            <w:r w:rsidRPr="0032767C">
              <w:rPr>
                <w:rFonts w:cs="Iskoola Pota"/>
                <w:sz w:val="24"/>
                <w:szCs w:val="24"/>
                <w:cs/>
                <w:lang w:bidi="si-LK"/>
              </w:rPr>
              <w:t xml:space="preserve">  සියලු ආකාර ළමා අපචාරවලට අදාළ නීති ක්‍රියාත්මක කිරීම නියාමනය කිරිම</w:t>
            </w:r>
            <w:r w:rsidRPr="0032767C">
              <w:rPr>
                <w:rFonts w:cs="Iskoola Pota" w:hint="cs"/>
                <w:sz w:val="24"/>
                <w:szCs w:val="24"/>
                <w:rtl/>
                <w:cs/>
              </w:rPr>
              <w:t>.</w:t>
            </w:r>
            <w:r w:rsidRPr="0032767C">
              <w:rPr>
                <w:rFonts w:cs="Iskoola Pota"/>
                <w:sz w:val="24"/>
                <w:szCs w:val="24"/>
                <w:rtl/>
                <w:cs/>
              </w:rPr>
              <w:t xml:space="preserve"> </w:t>
            </w:r>
          </w:p>
          <w:p w:rsidR="009463F9" w:rsidRPr="009463F9" w:rsidRDefault="009463F9" w:rsidP="00A32EDC">
            <w:pPr>
              <w:spacing w:line="276" w:lineRule="auto"/>
              <w:jc w:val="both"/>
              <w:rPr>
                <w:rFonts w:cs="Iskoola Pota"/>
                <w:sz w:val="14"/>
                <w:szCs w:val="14"/>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ඌ</w:t>
            </w:r>
            <w:r w:rsidR="003B5F25" w:rsidRPr="0032767C">
              <w:rPr>
                <w:rFonts w:cs="Iskoola Pota" w:hint="cs"/>
                <w:sz w:val="24"/>
                <w:szCs w:val="24"/>
                <w:cs/>
                <w:lang w:bidi="si-LK"/>
              </w:rPr>
              <w:t>)</w:t>
            </w:r>
            <w:r w:rsidRPr="0032767C">
              <w:rPr>
                <w:rFonts w:cs="Iskoola Pota"/>
                <w:sz w:val="24"/>
                <w:szCs w:val="24"/>
                <w:cs/>
                <w:lang w:bidi="si-LK"/>
              </w:rPr>
              <w:t xml:space="preserve"> ළමා අපචාර හා සම්බන්ධ සියලු විමර්ශන හා අපරාධ නඩු කටයුතුවල ප්‍රගතිය</w:t>
            </w:r>
            <w:r w:rsidRPr="0032767C">
              <w:rPr>
                <w:rFonts w:cs="Iskoola Pota" w:hint="cs"/>
                <w:sz w:val="24"/>
                <w:szCs w:val="24"/>
                <w:rtl/>
                <w:cs/>
              </w:rPr>
              <w:t xml:space="preserve"> </w:t>
            </w:r>
            <w:r w:rsidRPr="0032767C">
              <w:rPr>
                <w:rFonts w:cs="Iskoola Pota"/>
                <w:sz w:val="24"/>
                <w:szCs w:val="24"/>
                <w:cs/>
                <w:lang w:bidi="si-LK"/>
              </w:rPr>
              <w:t>නියාමනය කිරිම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එ</w:t>
            </w:r>
            <w:r w:rsidR="003B5F25" w:rsidRPr="0032767C">
              <w:rPr>
                <w:rFonts w:cs="Iskoola Pota" w:hint="cs"/>
                <w:sz w:val="24"/>
                <w:szCs w:val="24"/>
                <w:cs/>
                <w:lang w:bidi="si-LK"/>
              </w:rPr>
              <w:t>)</w:t>
            </w:r>
            <w:r w:rsidRPr="0032767C">
              <w:rPr>
                <w:rFonts w:cs="Iskoola Pota"/>
                <w:sz w:val="24"/>
                <w:szCs w:val="24"/>
                <w:cs/>
                <w:lang w:bidi="si-LK"/>
              </w:rPr>
              <w:t xml:space="preserve"> සන්නද්ධ ගැටුම්වල බලපෑම්වලට පාත්‍ර වූ ළමයින් සම්බන්ධව මානුෂිකව  සැලකිල්ලට ගත යුතු කරුණු පිළිබඳව යොමුවීම සඳහා ක්‍රියාමාර්ග නිර්දේශ කිරීම හා ඔවුන්ගේ මානසික හා ශාරීරික සුභසිද්ධිය සඳහා පියවර ඇතුළුව එවැනි ළමුන්ගේ ආරක්ෂාව සහ ඔවුන් සමාජයට නැවත ඇතුළු කර ගැනීම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ඒ</w:t>
            </w:r>
            <w:r w:rsidR="003B5F25" w:rsidRPr="0032767C">
              <w:rPr>
                <w:rFonts w:cs="Iskoola Pota" w:hint="cs"/>
                <w:sz w:val="24"/>
                <w:szCs w:val="24"/>
                <w:cs/>
                <w:lang w:bidi="si-LK"/>
              </w:rPr>
              <w:t xml:space="preserve">) </w:t>
            </w:r>
            <w:r w:rsidRPr="0032767C">
              <w:rPr>
                <w:rFonts w:cs="Iskoola Pota"/>
                <w:sz w:val="24"/>
                <w:szCs w:val="24"/>
                <w:cs/>
                <w:lang w:bidi="si-LK"/>
              </w:rPr>
              <w:t>අපරාධ පිළිබඳ විමර්ශනවලට සහ අපරාධ නඩු කටයුතුවලට සම්බන්ධ ළමයින්ගේ ආරක්ෂාව හා රැකවරණය සඳහා</w:t>
            </w:r>
            <w:r w:rsidRPr="0032767C">
              <w:rPr>
                <w:rFonts w:cs="Iskoola Pota"/>
                <w:sz w:val="24"/>
                <w:szCs w:val="24"/>
                <w:lang w:bidi="si-LK"/>
              </w:rPr>
              <w:t>,</w:t>
            </w:r>
            <w:r w:rsidR="00526A4E">
              <w:rPr>
                <w:rFonts w:cs="Iskoola Pota" w:hint="cs"/>
                <w:sz w:val="24"/>
                <w:szCs w:val="24"/>
                <w:cs/>
                <w:lang w:bidi="si-LK"/>
              </w:rPr>
              <w:t xml:space="preserve"> </w:t>
            </w:r>
            <w:r w:rsidRPr="0032767C">
              <w:rPr>
                <w:rFonts w:cs="Iskoola Pota"/>
                <w:sz w:val="24"/>
                <w:szCs w:val="24"/>
                <w:cs/>
                <w:lang w:bidi="si-LK"/>
              </w:rPr>
              <w:t>අවශ්‍ය අවස්ථාවලදී</w:t>
            </w:r>
            <w:r w:rsidRPr="0032767C">
              <w:rPr>
                <w:rFonts w:cs="Iskoola Pota" w:hint="cs"/>
                <w:sz w:val="24"/>
                <w:szCs w:val="24"/>
                <w:rtl/>
                <w:cs/>
              </w:rPr>
              <w:t xml:space="preserve"> </w:t>
            </w:r>
            <w:r w:rsidRPr="0032767C">
              <w:rPr>
                <w:rFonts w:cs="Iskoola Pota"/>
                <w:sz w:val="24"/>
                <w:szCs w:val="24"/>
                <w:cs/>
                <w:lang w:bidi="si-LK"/>
              </w:rPr>
              <w:t>උචිත පියවර ගැනීම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ඔ</w:t>
            </w:r>
            <w:r w:rsidR="003B5F25" w:rsidRPr="0032767C">
              <w:rPr>
                <w:rFonts w:cs="Iskoola Pota" w:hint="cs"/>
                <w:sz w:val="24"/>
                <w:szCs w:val="24"/>
                <w:cs/>
                <w:lang w:bidi="si-LK"/>
              </w:rPr>
              <w:t>)</w:t>
            </w:r>
            <w:r w:rsidRPr="0032767C">
              <w:rPr>
                <w:rFonts w:cs="Iskoola Pota"/>
                <w:sz w:val="24"/>
                <w:szCs w:val="24"/>
                <w:cs/>
                <w:lang w:bidi="si-LK"/>
              </w:rPr>
              <w:t xml:space="preserve"> ළමා අපචාර පිළිබඳව මහජන පැමිණිලි භාර ගැනීම සහ  අවශ්‍ය අවස්ථාවලදී ඒ පැමිණිලි නිසි බලධාරීන් වෙත යොමු කිරීම</w:t>
            </w:r>
            <w:r w:rsidRPr="0032767C">
              <w:rPr>
                <w:rFonts w:cs="Iskoola Pota" w:hint="cs"/>
                <w:sz w:val="24"/>
                <w:szCs w:val="24"/>
                <w:rtl/>
                <w:cs/>
              </w:rPr>
              <w:t>.</w:t>
            </w:r>
          </w:p>
          <w:p w:rsidR="009463F9" w:rsidRPr="0032767C" w:rsidRDefault="009463F9" w:rsidP="00A32EDC">
            <w:pPr>
              <w:spacing w:line="276" w:lineRule="auto"/>
              <w:jc w:val="both"/>
              <w:rPr>
                <w:rFonts w:cs="Iskoola Pota"/>
                <w:sz w:val="24"/>
                <w:szCs w:val="24"/>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ඕ</w:t>
            </w:r>
            <w:r w:rsidR="003B5F25" w:rsidRPr="0032767C">
              <w:rPr>
                <w:rFonts w:cs="Iskoola Pota" w:hint="cs"/>
                <w:sz w:val="24"/>
                <w:szCs w:val="24"/>
                <w:cs/>
                <w:lang w:bidi="si-LK"/>
              </w:rPr>
              <w:t>)</w:t>
            </w:r>
            <w:r w:rsidRPr="0032767C">
              <w:rPr>
                <w:rFonts w:cs="Iskoola Pota"/>
                <w:sz w:val="24"/>
                <w:szCs w:val="24"/>
                <w:cs/>
                <w:lang w:bidi="si-LK"/>
              </w:rPr>
              <w:t xml:space="preserve">  ළමා අපචාරවලට එරෙහිව කරනු ලබන දැඩි ව්‍යාපාර සම්බන්ධීකරණය සම්බන්ධයෙන් පළාත් සභාවලට</w:t>
            </w:r>
            <w:r w:rsidRPr="0032767C">
              <w:rPr>
                <w:rFonts w:cs="Iskoola Pota"/>
                <w:sz w:val="24"/>
                <w:szCs w:val="24"/>
                <w:lang w:bidi="si-LK"/>
              </w:rPr>
              <w:t>,</w:t>
            </w:r>
            <w:r w:rsidR="00526A4E">
              <w:rPr>
                <w:rFonts w:cs="Iskoola Pota" w:hint="cs"/>
                <w:sz w:val="24"/>
                <w:szCs w:val="24"/>
                <w:cs/>
                <w:lang w:bidi="si-LK"/>
              </w:rPr>
              <w:t xml:space="preserve"> </w:t>
            </w:r>
            <w:r w:rsidRPr="0032767C">
              <w:rPr>
                <w:rFonts w:cs="Iskoola Pota"/>
                <w:sz w:val="24"/>
                <w:szCs w:val="24"/>
                <w:cs/>
                <w:lang w:bidi="si-LK"/>
              </w:rPr>
              <w:t>පළාත් පාලන ආයතනවලට හා රාජ්‍ය නොවන සංවිධානවලට උපදෙස් දීම හා සහාය වීම</w:t>
            </w:r>
            <w:r w:rsidRPr="0032767C">
              <w:rPr>
                <w:rFonts w:cs="Iskoola Pota" w:hint="cs"/>
                <w:sz w:val="24"/>
                <w:szCs w:val="24"/>
                <w:rtl/>
                <w:cs/>
              </w:rPr>
              <w:t>.</w:t>
            </w:r>
          </w:p>
          <w:p w:rsidR="009463F9" w:rsidRPr="009463F9" w:rsidRDefault="009463F9" w:rsidP="00A32EDC">
            <w:pPr>
              <w:spacing w:line="276" w:lineRule="auto"/>
              <w:jc w:val="both"/>
              <w:rPr>
                <w:rFonts w:cs="Iskoola Pota"/>
                <w:sz w:val="6"/>
                <w:szCs w:val="6"/>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ක</w:t>
            </w:r>
            <w:r w:rsidR="003B5F25" w:rsidRPr="0032767C">
              <w:rPr>
                <w:rFonts w:cs="Iskoola Pota" w:hint="cs"/>
                <w:sz w:val="24"/>
                <w:szCs w:val="24"/>
                <w:cs/>
                <w:lang w:bidi="si-LK"/>
              </w:rPr>
              <w:t>)</w:t>
            </w:r>
            <w:r w:rsidRPr="0032767C">
              <w:rPr>
                <w:rFonts w:cs="Iskoola Pota"/>
                <w:sz w:val="24"/>
                <w:szCs w:val="24"/>
                <w:cs/>
                <w:lang w:bidi="si-LK"/>
              </w:rPr>
              <w:t xml:space="preserve"> ළමා අපචාර සම්බන්ධව ජාතික දත්ත පදනමක් සකස් කිරීම සහ එය පවත්වාගෙන යාම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3B5F25" w:rsidP="00A32EDC">
            <w:pPr>
              <w:spacing w:line="276" w:lineRule="auto"/>
              <w:jc w:val="both"/>
              <w:rPr>
                <w:rFonts w:cs="Iskoola Pota"/>
                <w:sz w:val="24"/>
                <w:szCs w:val="24"/>
                <w:lang w:bidi="si-LK"/>
              </w:rPr>
            </w:pPr>
            <w:r w:rsidRPr="0032767C">
              <w:rPr>
                <w:rFonts w:cs="Iskoola Pota" w:hint="cs"/>
                <w:sz w:val="24"/>
                <w:szCs w:val="24"/>
                <w:cs/>
                <w:lang w:bidi="si-LK"/>
              </w:rPr>
              <w:t>(ග)</w:t>
            </w:r>
            <w:r w:rsidR="004E50FF" w:rsidRPr="0032767C">
              <w:rPr>
                <w:rFonts w:cs="Iskoola Pota"/>
                <w:sz w:val="24"/>
                <w:szCs w:val="24"/>
                <w:rtl/>
                <w:cs/>
              </w:rPr>
              <w:t xml:space="preserve"> </w:t>
            </w:r>
            <w:r w:rsidR="004E50FF" w:rsidRPr="0032767C">
              <w:rPr>
                <w:rFonts w:cs="Iskoola Pota" w:hint="cs"/>
                <w:sz w:val="24"/>
                <w:szCs w:val="24"/>
                <w:cs/>
                <w:lang w:bidi="si-LK"/>
              </w:rPr>
              <w:t>අදාළ</w:t>
            </w:r>
            <w:r w:rsidR="004E50FF" w:rsidRPr="0032767C">
              <w:rPr>
                <w:rFonts w:cs="Iskoola Pota" w:hint="cs"/>
                <w:sz w:val="24"/>
                <w:szCs w:val="24"/>
                <w:rtl/>
                <w:cs/>
              </w:rPr>
              <w:t xml:space="preserve"> </w:t>
            </w:r>
            <w:r w:rsidR="004E50FF" w:rsidRPr="0032767C">
              <w:rPr>
                <w:rFonts w:cs="Iskoola Pota" w:hint="cs"/>
                <w:sz w:val="24"/>
                <w:szCs w:val="24"/>
                <w:cs/>
                <w:lang w:bidi="si-LK"/>
              </w:rPr>
              <w:t>අමාත්‍යංශ</w:t>
            </w:r>
            <w:r w:rsidR="004E50FF" w:rsidRPr="0032767C">
              <w:rPr>
                <w:rFonts w:cs="Iskoola Pota" w:hint="cs"/>
                <w:sz w:val="24"/>
                <w:szCs w:val="24"/>
                <w:rtl/>
                <w:cs/>
              </w:rPr>
              <w:t xml:space="preserve"> </w:t>
            </w:r>
            <w:r w:rsidR="004E50FF" w:rsidRPr="0032767C">
              <w:rPr>
                <w:rFonts w:cs="Iskoola Pota" w:hint="cs"/>
                <w:sz w:val="24"/>
                <w:szCs w:val="24"/>
                <w:cs/>
                <w:lang w:bidi="si-LK"/>
              </w:rPr>
              <w:t>හා</w:t>
            </w:r>
            <w:r w:rsidR="004E50FF" w:rsidRPr="0032767C">
              <w:rPr>
                <w:rFonts w:cs="Iskoola Pota" w:hint="cs"/>
                <w:sz w:val="24"/>
                <w:szCs w:val="24"/>
                <w:rtl/>
                <w:cs/>
              </w:rPr>
              <w:t xml:space="preserve"> </w:t>
            </w:r>
            <w:r w:rsidR="004E50FF" w:rsidRPr="0032767C">
              <w:rPr>
                <w:rFonts w:cs="Iskoola Pota" w:hint="cs"/>
                <w:sz w:val="24"/>
                <w:szCs w:val="24"/>
                <w:cs/>
                <w:lang w:bidi="si-LK"/>
              </w:rPr>
              <w:t>වෙනත්</w:t>
            </w:r>
            <w:r w:rsidR="004E50FF" w:rsidRPr="0032767C">
              <w:rPr>
                <w:rFonts w:cs="Iskoola Pota" w:hint="cs"/>
                <w:sz w:val="24"/>
                <w:szCs w:val="24"/>
                <w:rtl/>
                <w:cs/>
              </w:rPr>
              <w:t xml:space="preserve"> </w:t>
            </w:r>
            <w:r w:rsidR="004E50FF" w:rsidRPr="0032767C">
              <w:rPr>
                <w:rFonts w:cs="Iskoola Pota" w:hint="cs"/>
                <w:sz w:val="24"/>
                <w:szCs w:val="24"/>
                <w:cs/>
                <w:lang w:bidi="si-LK"/>
              </w:rPr>
              <w:t>ආයතනයන්ගේ</w:t>
            </w:r>
            <w:r w:rsidR="004E50FF" w:rsidRPr="0032767C">
              <w:rPr>
                <w:rFonts w:cs="Iskoola Pota" w:hint="cs"/>
                <w:sz w:val="24"/>
                <w:szCs w:val="24"/>
                <w:rtl/>
                <w:cs/>
              </w:rPr>
              <w:t xml:space="preserve"> </w:t>
            </w:r>
            <w:r w:rsidR="004E50FF" w:rsidRPr="0032767C">
              <w:rPr>
                <w:rFonts w:cs="Iskoola Pota" w:hint="cs"/>
                <w:sz w:val="24"/>
                <w:szCs w:val="24"/>
                <w:cs/>
                <w:lang w:bidi="si-LK"/>
              </w:rPr>
              <w:t>උපදෙස්</w:t>
            </w:r>
            <w:r w:rsidR="004E50FF" w:rsidRPr="0032767C">
              <w:rPr>
                <w:rFonts w:cs="Iskoola Pota" w:hint="cs"/>
                <w:sz w:val="24"/>
                <w:szCs w:val="24"/>
                <w:rtl/>
                <w:cs/>
              </w:rPr>
              <w:t xml:space="preserve"> </w:t>
            </w:r>
            <w:r w:rsidR="004E50FF" w:rsidRPr="0032767C">
              <w:rPr>
                <w:rFonts w:cs="Iskoola Pota" w:hint="cs"/>
                <w:sz w:val="24"/>
                <w:szCs w:val="24"/>
                <w:cs/>
                <w:lang w:bidi="si-LK"/>
              </w:rPr>
              <w:t>විමසා</w:t>
            </w:r>
            <w:r w:rsidR="004E50FF" w:rsidRPr="0032767C">
              <w:rPr>
                <w:rFonts w:cs="Iskoola Pota" w:hint="cs"/>
                <w:sz w:val="24"/>
                <w:szCs w:val="24"/>
                <w:rtl/>
                <w:cs/>
              </w:rPr>
              <w:t xml:space="preserve"> </w:t>
            </w:r>
            <w:r w:rsidR="004E50FF" w:rsidRPr="0032767C">
              <w:rPr>
                <w:rFonts w:cs="Iskoola Pota" w:hint="cs"/>
                <w:sz w:val="24"/>
                <w:szCs w:val="24"/>
                <w:cs/>
                <w:lang w:bidi="si-LK"/>
              </w:rPr>
              <w:t>ළමුන්</w:t>
            </w:r>
            <w:r w:rsidR="004E50FF" w:rsidRPr="0032767C">
              <w:rPr>
                <w:rFonts w:cs="Iskoola Pota" w:hint="cs"/>
                <w:sz w:val="24"/>
                <w:szCs w:val="24"/>
                <w:rtl/>
                <w:cs/>
              </w:rPr>
              <w:t xml:space="preserve"> </w:t>
            </w:r>
            <w:r w:rsidR="004E50FF" w:rsidRPr="0032767C">
              <w:rPr>
                <w:rFonts w:cs="Iskoola Pota"/>
                <w:sz w:val="24"/>
                <w:szCs w:val="24"/>
                <w:rtl/>
                <w:cs/>
              </w:rPr>
              <w:tab/>
            </w:r>
            <w:r w:rsidR="004E50FF" w:rsidRPr="0032767C">
              <w:rPr>
                <w:rFonts w:cs="Iskoola Pota" w:hint="cs"/>
                <w:sz w:val="24"/>
                <w:szCs w:val="24"/>
                <w:cs/>
                <w:lang w:bidi="si-LK"/>
              </w:rPr>
              <w:t>සඳහා</w:t>
            </w:r>
            <w:r w:rsidR="004E50FF" w:rsidRPr="0032767C">
              <w:rPr>
                <w:rFonts w:cs="Iskoola Pota" w:hint="cs"/>
                <w:sz w:val="24"/>
                <w:szCs w:val="24"/>
                <w:rtl/>
                <w:cs/>
              </w:rPr>
              <w:t xml:space="preserve"> </w:t>
            </w:r>
            <w:r w:rsidR="004E50FF" w:rsidRPr="0032767C">
              <w:rPr>
                <w:rFonts w:cs="Iskoola Pota" w:hint="cs"/>
                <w:sz w:val="24"/>
                <w:szCs w:val="24"/>
                <w:cs/>
                <w:lang w:bidi="si-LK"/>
              </w:rPr>
              <w:t>ළමා</w:t>
            </w:r>
            <w:r w:rsidR="004E50FF" w:rsidRPr="0032767C">
              <w:rPr>
                <w:rFonts w:cs="Iskoola Pota" w:hint="cs"/>
                <w:sz w:val="24"/>
                <w:szCs w:val="24"/>
                <w:rtl/>
                <w:cs/>
              </w:rPr>
              <w:t xml:space="preserve"> </w:t>
            </w:r>
            <w:r w:rsidR="004E50FF" w:rsidRPr="0032767C">
              <w:rPr>
                <w:rFonts w:cs="Iskoola Pota" w:hint="cs"/>
                <w:sz w:val="24"/>
                <w:szCs w:val="24"/>
                <w:cs/>
                <w:lang w:bidi="si-LK"/>
              </w:rPr>
              <w:t>රැකවරණ</w:t>
            </w:r>
            <w:r w:rsidR="004E50FF" w:rsidRPr="0032767C">
              <w:rPr>
                <w:rFonts w:cs="Iskoola Pota" w:hint="cs"/>
                <w:sz w:val="24"/>
                <w:szCs w:val="24"/>
                <w:rtl/>
                <w:cs/>
              </w:rPr>
              <w:t xml:space="preserve"> </w:t>
            </w:r>
            <w:r w:rsidR="004E50FF" w:rsidRPr="0032767C">
              <w:rPr>
                <w:rFonts w:cs="Iskoola Pota" w:hint="cs"/>
                <w:sz w:val="24"/>
                <w:szCs w:val="24"/>
                <w:cs/>
                <w:lang w:bidi="si-LK"/>
              </w:rPr>
              <w:t>සේවා</w:t>
            </w:r>
            <w:r w:rsidR="004E50FF" w:rsidRPr="0032767C">
              <w:rPr>
                <w:rFonts w:cs="Iskoola Pota" w:hint="cs"/>
                <w:sz w:val="24"/>
                <w:szCs w:val="24"/>
                <w:rtl/>
                <w:cs/>
              </w:rPr>
              <w:t xml:space="preserve"> </w:t>
            </w:r>
            <w:r w:rsidR="004E50FF" w:rsidRPr="0032767C">
              <w:rPr>
                <w:rFonts w:cs="Iskoola Pota" w:hint="cs"/>
                <w:sz w:val="24"/>
                <w:szCs w:val="24"/>
                <w:cs/>
                <w:lang w:bidi="si-LK"/>
              </w:rPr>
              <w:t>සපයන</w:t>
            </w:r>
            <w:r w:rsidR="004E50FF" w:rsidRPr="0032767C">
              <w:rPr>
                <w:rFonts w:cs="Iskoola Pota" w:hint="cs"/>
                <w:sz w:val="24"/>
                <w:szCs w:val="24"/>
                <w:rtl/>
                <w:cs/>
              </w:rPr>
              <w:t xml:space="preserve"> </w:t>
            </w:r>
            <w:r w:rsidR="004E50FF" w:rsidRPr="0032767C">
              <w:rPr>
                <w:rFonts w:cs="Iskoola Pota" w:hint="cs"/>
                <w:sz w:val="24"/>
                <w:szCs w:val="24"/>
                <w:cs/>
                <w:lang w:bidi="si-LK"/>
              </w:rPr>
              <w:t>සියලු</w:t>
            </w:r>
            <w:r w:rsidR="004E50FF" w:rsidRPr="0032767C">
              <w:rPr>
                <w:rFonts w:cs="Iskoola Pota" w:hint="cs"/>
                <w:sz w:val="24"/>
                <w:szCs w:val="24"/>
                <w:rtl/>
                <w:cs/>
              </w:rPr>
              <w:t xml:space="preserve"> </w:t>
            </w:r>
            <w:r w:rsidR="004E50FF" w:rsidRPr="0032767C">
              <w:rPr>
                <w:rFonts w:cs="Iskoola Pota" w:hint="cs"/>
                <w:sz w:val="24"/>
                <w:szCs w:val="24"/>
                <w:cs/>
                <w:lang w:bidi="si-LK"/>
              </w:rPr>
              <w:t>ආගමික</w:t>
            </w:r>
            <w:r w:rsidR="004E50FF" w:rsidRPr="0032767C">
              <w:rPr>
                <w:rFonts w:cs="Iskoola Pota" w:hint="cs"/>
                <w:sz w:val="24"/>
                <w:szCs w:val="24"/>
                <w:rtl/>
                <w:cs/>
              </w:rPr>
              <w:t xml:space="preserve"> </w:t>
            </w:r>
            <w:r w:rsidR="004E50FF" w:rsidRPr="0032767C">
              <w:rPr>
                <w:rFonts w:cs="Iskoola Pota" w:hint="cs"/>
                <w:sz w:val="24"/>
                <w:szCs w:val="24"/>
                <w:cs/>
                <w:lang w:bidi="si-LK"/>
              </w:rPr>
              <w:t>හා</w:t>
            </w:r>
            <w:r w:rsidR="004E50FF" w:rsidRPr="0032767C">
              <w:rPr>
                <w:rFonts w:cs="Iskoola Pota" w:hint="cs"/>
                <w:sz w:val="24"/>
                <w:szCs w:val="24"/>
                <w:rtl/>
                <w:cs/>
              </w:rPr>
              <w:t xml:space="preserve"> </w:t>
            </w:r>
            <w:r w:rsidR="004E50FF" w:rsidRPr="0032767C">
              <w:rPr>
                <w:rFonts w:cs="Iskoola Pota" w:hint="cs"/>
                <w:sz w:val="24"/>
                <w:szCs w:val="24"/>
                <w:cs/>
                <w:lang w:bidi="si-LK"/>
              </w:rPr>
              <w:t>පුණ්‍ය</w:t>
            </w:r>
            <w:r w:rsidR="004E50FF" w:rsidRPr="0032767C">
              <w:rPr>
                <w:rFonts w:cs="Iskoola Pota" w:hint="cs"/>
                <w:sz w:val="24"/>
                <w:szCs w:val="24"/>
                <w:rtl/>
                <w:cs/>
              </w:rPr>
              <w:t xml:space="preserve"> </w:t>
            </w:r>
            <w:r w:rsidR="004E50FF" w:rsidRPr="0032767C">
              <w:rPr>
                <w:rFonts w:cs="Iskoola Pota" w:hint="cs"/>
                <w:sz w:val="24"/>
                <w:szCs w:val="24"/>
                <w:cs/>
                <w:lang w:bidi="si-LK"/>
              </w:rPr>
              <w:t>ආයතන</w:t>
            </w:r>
            <w:r w:rsidR="004E50FF" w:rsidRPr="0032767C">
              <w:rPr>
                <w:rFonts w:cs="Iskoola Pota" w:hint="cs"/>
                <w:sz w:val="24"/>
                <w:szCs w:val="24"/>
                <w:rtl/>
                <w:cs/>
              </w:rPr>
              <w:t xml:space="preserve"> </w:t>
            </w:r>
            <w:r w:rsidR="004E50FF" w:rsidRPr="0032767C">
              <w:rPr>
                <w:rFonts w:cs="Iskoola Pota" w:hint="cs"/>
                <w:sz w:val="24"/>
                <w:szCs w:val="24"/>
                <w:cs/>
                <w:lang w:bidi="si-LK"/>
              </w:rPr>
              <w:t>අධීක්ෂණය</w:t>
            </w:r>
            <w:r w:rsidR="004E50FF" w:rsidRPr="0032767C">
              <w:rPr>
                <w:rFonts w:cs="Iskoola Pota" w:hint="cs"/>
                <w:sz w:val="24"/>
                <w:szCs w:val="24"/>
                <w:rtl/>
                <w:cs/>
              </w:rPr>
              <w:t xml:space="preserve"> </w:t>
            </w:r>
            <w:r w:rsidR="004E50FF" w:rsidRPr="0032767C">
              <w:rPr>
                <w:rFonts w:cs="Iskoola Pota" w:hint="cs"/>
                <w:sz w:val="24"/>
                <w:szCs w:val="24"/>
                <w:cs/>
                <w:lang w:bidi="si-LK"/>
              </w:rPr>
              <w:t>කිරීම</w:t>
            </w:r>
            <w:r w:rsidR="004E50FF" w:rsidRPr="0032767C">
              <w:rPr>
                <w:rFonts w:cs="Iskoola Pota" w:hint="cs"/>
                <w:sz w:val="24"/>
                <w:szCs w:val="24"/>
                <w:rtl/>
                <w:cs/>
              </w:rPr>
              <w:t xml:space="preserve"> </w:t>
            </w:r>
            <w:r w:rsidR="004E50FF" w:rsidRPr="0032767C">
              <w:rPr>
                <w:rFonts w:cs="Iskoola Pota" w:hint="cs"/>
                <w:sz w:val="24"/>
                <w:szCs w:val="24"/>
                <w:cs/>
                <w:lang w:bidi="si-LK"/>
              </w:rPr>
              <w:t>හා</w:t>
            </w:r>
            <w:r w:rsidR="004E50FF" w:rsidRPr="0032767C">
              <w:rPr>
                <w:rFonts w:cs="Iskoola Pota" w:hint="cs"/>
                <w:sz w:val="24"/>
                <w:szCs w:val="24"/>
                <w:rtl/>
                <w:cs/>
              </w:rPr>
              <w:t xml:space="preserve"> </w:t>
            </w:r>
            <w:r w:rsidR="004E50FF" w:rsidRPr="0032767C">
              <w:rPr>
                <w:rFonts w:cs="Iskoola Pota" w:hint="cs"/>
                <w:sz w:val="24"/>
                <w:szCs w:val="24"/>
                <w:cs/>
                <w:lang w:bidi="si-LK"/>
              </w:rPr>
              <w:t>ඒ</w:t>
            </w:r>
            <w:r w:rsidR="004E50FF" w:rsidRPr="0032767C">
              <w:rPr>
                <w:rFonts w:cs="Iskoola Pota" w:hint="cs"/>
                <w:sz w:val="24"/>
                <w:szCs w:val="24"/>
                <w:rtl/>
                <w:cs/>
              </w:rPr>
              <w:t xml:space="preserve"> </w:t>
            </w:r>
            <w:r w:rsidR="004E50FF" w:rsidRPr="0032767C">
              <w:rPr>
                <w:rFonts w:cs="Iskoola Pota" w:hint="cs"/>
                <w:sz w:val="24"/>
                <w:szCs w:val="24"/>
                <w:cs/>
                <w:lang w:bidi="si-LK"/>
              </w:rPr>
              <w:t>පිළිබඳව</w:t>
            </w:r>
            <w:r w:rsidR="004E50FF" w:rsidRPr="0032767C">
              <w:rPr>
                <w:rFonts w:cs="Iskoola Pota" w:hint="cs"/>
                <w:sz w:val="24"/>
                <w:szCs w:val="24"/>
                <w:rtl/>
                <w:cs/>
              </w:rPr>
              <w:t xml:space="preserve"> </w:t>
            </w:r>
            <w:r w:rsidR="004E50FF" w:rsidRPr="0032767C">
              <w:rPr>
                <w:rFonts w:cs="Iskoola Pota" w:hint="cs"/>
                <w:sz w:val="24"/>
                <w:szCs w:val="24"/>
                <w:cs/>
                <w:lang w:bidi="si-LK"/>
              </w:rPr>
              <w:t>නියාමනය</w:t>
            </w:r>
            <w:r w:rsidR="004E50FF" w:rsidRPr="0032767C">
              <w:rPr>
                <w:rFonts w:cs="Iskoola Pota" w:hint="cs"/>
                <w:sz w:val="24"/>
                <w:szCs w:val="24"/>
                <w:rtl/>
                <w:cs/>
              </w:rPr>
              <w:t xml:space="preserve"> </w:t>
            </w:r>
            <w:r w:rsidR="004E50FF" w:rsidRPr="0032767C">
              <w:rPr>
                <w:rFonts w:cs="Iskoola Pota" w:hint="cs"/>
                <w:sz w:val="24"/>
                <w:szCs w:val="24"/>
                <w:cs/>
                <w:lang w:bidi="si-LK"/>
              </w:rPr>
              <w:t>කිරීම</w:t>
            </w:r>
            <w:r w:rsidR="004E50FF" w:rsidRPr="0032767C">
              <w:rPr>
                <w:rFonts w:cs="Iskoola Pota" w:hint="cs"/>
                <w:sz w:val="24"/>
                <w:szCs w:val="24"/>
                <w:rtl/>
                <w:cs/>
              </w:rPr>
              <w:t>.</w:t>
            </w:r>
          </w:p>
          <w:p w:rsidR="009463F9" w:rsidRPr="009463F9" w:rsidRDefault="009463F9" w:rsidP="00A32EDC">
            <w:pPr>
              <w:spacing w:line="276" w:lineRule="auto"/>
              <w:jc w:val="both"/>
              <w:rPr>
                <w:rFonts w:cs="Iskoola Pota"/>
                <w:sz w:val="10"/>
                <w:szCs w:val="10"/>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 xml:space="preserve"> (</w:t>
            </w:r>
            <w:r w:rsidRPr="0032767C">
              <w:rPr>
                <w:rFonts w:cs="Iskoola Pota"/>
                <w:sz w:val="24"/>
                <w:szCs w:val="24"/>
                <w:cs/>
                <w:lang w:bidi="si-LK"/>
              </w:rPr>
              <w:t>ච</w:t>
            </w:r>
            <w:r w:rsidR="003B5F25" w:rsidRPr="0032767C">
              <w:rPr>
                <w:rFonts w:cs="Iskoola Pota" w:hint="cs"/>
                <w:sz w:val="24"/>
                <w:szCs w:val="24"/>
                <w:cs/>
                <w:lang w:bidi="si-LK"/>
              </w:rPr>
              <w:t>)</w:t>
            </w:r>
            <w:r w:rsidRPr="0032767C">
              <w:rPr>
                <w:rFonts w:cs="Iskoola Pota"/>
                <w:sz w:val="24"/>
                <w:szCs w:val="24"/>
                <w:cs/>
                <w:lang w:bidi="si-LK"/>
              </w:rPr>
              <w:t xml:space="preserve"> ළමා අපචාර සහ ළමයින් ආරක්ෂා කිරීම හා සම්බන්ධ පර්යේෂණ පැවැත්වීම</w:t>
            </w:r>
            <w:r w:rsidRPr="0032767C">
              <w:rPr>
                <w:rFonts w:cs="Iskoola Pota"/>
                <w:sz w:val="24"/>
                <w:szCs w:val="24"/>
                <w:lang w:bidi="si-LK"/>
              </w:rPr>
              <w:t xml:space="preserve">, </w:t>
            </w:r>
            <w:r w:rsidRPr="0032767C">
              <w:rPr>
                <w:rFonts w:cs="Iskoola Pota"/>
                <w:sz w:val="24"/>
                <w:szCs w:val="24"/>
                <w:cs/>
                <w:lang w:bidi="si-LK"/>
              </w:rPr>
              <w:t xml:space="preserve">ප්‍රවර්ධනය </w:t>
            </w:r>
            <w:r w:rsidRPr="0032767C">
              <w:rPr>
                <w:rFonts w:cs="Iskoola Pota"/>
                <w:sz w:val="24"/>
                <w:szCs w:val="24"/>
                <w:cs/>
                <w:lang w:bidi="si-LK"/>
              </w:rPr>
              <w:lastRenderedPageBreak/>
              <w:t>කිරීම හා සම්බන්ධීකරණ කිරීම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9463F9"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ජ</w:t>
            </w:r>
            <w:r w:rsidR="003B5F25" w:rsidRPr="0032767C">
              <w:rPr>
                <w:rFonts w:cs="Iskoola Pota" w:hint="cs"/>
                <w:sz w:val="24"/>
                <w:szCs w:val="24"/>
                <w:cs/>
                <w:lang w:bidi="si-LK"/>
              </w:rPr>
              <w:t>)</w:t>
            </w:r>
            <w:r w:rsidRPr="0032767C">
              <w:rPr>
                <w:rFonts w:cs="Iskoola Pota"/>
                <w:sz w:val="24"/>
                <w:szCs w:val="24"/>
                <w:cs/>
                <w:lang w:bidi="si-LK"/>
              </w:rPr>
              <w:t xml:space="preserve">  ළමයින්ගේ සුරක්ෂිතතාවය සහ ළමුන්ගේ අයිතීන් ආරක්ෂා කිරීම සම්බන්ධයෙන් ජනතාවට තොරතුරු සැපයීම සහ අධ්‍යාපනය ලබාදීම</w:t>
            </w:r>
            <w:r w:rsidRPr="0032767C">
              <w:rPr>
                <w:rFonts w:cs="Iskoola Pota" w:hint="cs"/>
                <w:sz w:val="24"/>
                <w:szCs w:val="24"/>
                <w:rtl/>
                <w:cs/>
              </w:rPr>
              <w:t>.</w:t>
            </w:r>
          </w:p>
          <w:p w:rsidR="009463F9" w:rsidRPr="009463F9" w:rsidRDefault="009463F9" w:rsidP="00A32EDC">
            <w:pPr>
              <w:spacing w:line="276" w:lineRule="auto"/>
              <w:jc w:val="both"/>
              <w:rPr>
                <w:rFonts w:cs="Iskoola Pota"/>
                <w:sz w:val="12"/>
                <w:szCs w:val="12"/>
                <w:lang w:bidi="si-LK"/>
              </w:rPr>
            </w:pPr>
          </w:p>
          <w:p w:rsidR="004E50FF"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ට</w:t>
            </w:r>
            <w:r w:rsidR="003B5F25" w:rsidRPr="0032767C">
              <w:rPr>
                <w:rFonts w:cs="Iskoola Pota" w:hint="cs"/>
                <w:sz w:val="24"/>
                <w:szCs w:val="24"/>
                <w:cs/>
                <w:lang w:bidi="si-LK"/>
              </w:rPr>
              <w:t>)</w:t>
            </w:r>
            <w:r w:rsidRPr="0032767C">
              <w:rPr>
                <w:rFonts w:cs="Iskoola Pota"/>
                <w:sz w:val="24"/>
                <w:szCs w:val="24"/>
                <w:cs/>
                <w:lang w:bidi="si-LK"/>
              </w:rPr>
              <w:t xml:space="preserve"> ළමා අපචාරවලට ඇති ඉඩ ප්‍රස්ථා අවම කිරීම පිණිස</w:t>
            </w:r>
            <w:r w:rsidRPr="0032767C">
              <w:rPr>
                <w:rFonts w:cs="Iskoola Pota"/>
                <w:sz w:val="24"/>
                <w:szCs w:val="24"/>
                <w:lang w:bidi="si-LK"/>
              </w:rPr>
              <w:t>,</w:t>
            </w:r>
            <w:r w:rsidR="00526A4E">
              <w:rPr>
                <w:rFonts w:cs="Iskoola Pota" w:hint="cs"/>
                <w:sz w:val="24"/>
                <w:szCs w:val="24"/>
                <w:cs/>
                <w:lang w:bidi="si-LK"/>
              </w:rPr>
              <w:t xml:space="preserve"> </w:t>
            </w:r>
            <w:r w:rsidRPr="0032767C">
              <w:rPr>
                <w:rFonts w:cs="Iskoola Pota"/>
                <w:sz w:val="24"/>
                <w:szCs w:val="24"/>
                <w:cs/>
                <w:lang w:bidi="si-LK"/>
              </w:rPr>
              <w:t>සංචාරක</w:t>
            </w:r>
            <w:r w:rsidR="00623220">
              <w:rPr>
                <w:rFonts w:cs="Iskoola Pota"/>
                <w:sz w:val="24"/>
                <w:szCs w:val="24"/>
                <w:cs/>
                <w:lang w:bidi="si-LK"/>
              </w:rPr>
              <w:t xml:space="preserve"> කටයුතු හා සම්බන්ධ සියලු අංශ සම</w:t>
            </w:r>
            <w:r w:rsidR="00623220">
              <w:rPr>
                <w:rFonts w:cs="Iskoola Pota" w:hint="cs"/>
                <w:sz w:val="24"/>
                <w:szCs w:val="24"/>
                <w:cs/>
                <w:lang w:bidi="si-LK"/>
              </w:rPr>
              <w:t>ඟ</w:t>
            </w:r>
            <w:r w:rsidRPr="0032767C">
              <w:rPr>
                <w:rFonts w:cs="Iskoola Pota"/>
                <w:sz w:val="24"/>
                <w:szCs w:val="24"/>
                <w:cs/>
                <w:lang w:bidi="si-LK"/>
              </w:rPr>
              <w:t xml:space="preserve"> සංවාදයෙහි යෙදීම</w:t>
            </w:r>
            <w:r w:rsidRPr="0032767C">
              <w:rPr>
                <w:rFonts w:cs="Iskoola Pota" w:hint="cs"/>
                <w:sz w:val="24"/>
                <w:szCs w:val="24"/>
                <w:rtl/>
                <w:cs/>
              </w:rPr>
              <w:t>.</w:t>
            </w:r>
          </w:p>
          <w:p w:rsidR="009463F9" w:rsidRPr="009463F9" w:rsidRDefault="009463F9" w:rsidP="00A32EDC">
            <w:pPr>
              <w:spacing w:line="276" w:lineRule="auto"/>
              <w:jc w:val="both"/>
              <w:rPr>
                <w:rFonts w:cs="Iskoola Pota"/>
                <w:sz w:val="14"/>
                <w:szCs w:val="14"/>
                <w:lang w:bidi="si-LK"/>
              </w:rPr>
            </w:pPr>
          </w:p>
          <w:p w:rsidR="003B5F25" w:rsidRDefault="004E50FF" w:rsidP="00A32EDC">
            <w:pPr>
              <w:spacing w:line="276" w:lineRule="auto"/>
              <w:jc w:val="both"/>
              <w:rPr>
                <w:rFonts w:cs="Iskoola Pota"/>
                <w:sz w:val="24"/>
                <w:szCs w:val="24"/>
                <w:lang w:bidi="si-LK"/>
              </w:rPr>
            </w:pPr>
            <w:r w:rsidRPr="0032767C">
              <w:rPr>
                <w:rFonts w:cs="Iskoola Pota"/>
                <w:sz w:val="24"/>
                <w:szCs w:val="24"/>
                <w:lang w:bidi="si-LK"/>
              </w:rPr>
              <w:t>(</w:t>
            </w:r>
            <w:r w:rsidRPr="0032767C">
              <w:rPr>
                <w:rFonts w:cs="Iskoola Pota"/>
                <w:sz w:val="24"/>
                <w:szCs w:val="24"/>
                <w:cs/>
                <w:lang w:bidi="si-LK"/>
              </w:rPr>
              <w:t>ඩ</w:t>
            </w:r>
            <w:r w:rsidR="003B5F25" w:rsidRPr="0032767C">
              <w:rPr>
                <w:rFonts w:cs="Iskoola Pota" w:hint="cs"/>
                <w:sz w:val="24"/>
                <w:szCs w:val="24"/>
                <w:cs/>
                <w:lang w:bidi="si-LK"/>
              </w:rPr>
              <w:t>)</w:t>
            </w:r>
            <w:r w:rsidRPr="0032767C">
              <w:rPr>
                <w:rFonts w:cs="Iskoola Pota"/>
                <w:sz w:val="24"/>
                <w:szCs w:val="24"/>
                <w:cs/>
                <w:lang w:bidi="si-LK"/>
              </w:rPr>
              <w:t xml:space="preserve">  ළමා අපචාර පිළිබඳව වැඩමුළු</w:t>
            </w:r>
            <w:r w:rsidRPr="0032767C">
              <w:rPr>
                <w:rFonts w:cs="Iskoola Pota"/>
                <w:sz w:val="24"/>
                <w:szCs w:val="24"/>
                <w:lang w:bidi="si-LK"/>
              </w:rPr>
              <w:t xml:space="preserve">, </w:t>
            </w:r>
            <w:r w:rsidRPr="0032767C">
              <w:rPr>
                <w:rFonts w:cs="Iskoola Pota"/>
                <w:sz w:val="24"/>
                <w:szCs w:val="24"/>
                <w:cs/>
                <w:lang w:bidi="si-LK"/>
              </w:rPr>
              <w:t>සම්මන්ත</w:t>
            </w:r>
            <w:r w:rsidRPr="0032767C">
              <w:rPr>
                <w:rFonts w:cs="Iskoola Pota" w:hint="cs"/>
                <w:sz w:val="24"/>
                <w:szCs w:val="24"/>
                <w:cs/>
                <w:lang w:bidi="si-LK"/>
              </w:rPr>
              <w:t>්‍ර</w:t>
            </w:r>
            <w:r w:rsidRPr="0032767C">
              <w:rPr>
                <w:rFonts w:cs="Iskoola Pota"/>
                <w:sz w:val="24"/>
                <w:szCs w:val="24"/>
                <w:cs/>
                <w:lang w:bidi="si-LK"/>
              </w:rPr>
              <w:t>ණ සහ සාකච්ඡා සංවිධානය කිරීම සහ ඒ සඳහා පහසුකම් සැපයීම</w:t>
            </w:r>
            <w:r w:rsidRPr="0032767C">
              <w:rPr>
                <w:rFonts w:cs="Iskoola Pota" w:hint="cs"/>
                <w:sz w:val="24"/>
                <w:szCs w:val="24"/>
                <w:rtl/>
                <w:cs/>
              </w:rPr>
              <w:t>.</w:t>
            </w:r>
          </w:p>
          <w:p w:rsidR="009463F9" w:rsidRPr="009463F9" w:rsidRDefault="009463F9" w:rsidP="00A32EDC">
            <w:pPr>
              <w:spacing w:line="276" w:lineRule="auto"/>
              <w:jc w:val="both"/>
              <w:rPr>
                <w:rFonts w:cs="Iskoola Pota"/>
                <w:sz w:val="14"/>
                <w:szCs w:val="14"/>
                <w:lang w:bidi="si-LK"/>
              </w:rPr>
            </w:pPr>
          </w:p>
          <w:p w:rsidR="00CD1104" w:rsidRPr="0032767C" w:rsidRDefault="003B5F25" w:rsidP="00A32EDC">
            <w:pPr>
              <w:spacing w:line="276" w:lineRule="auto"/>
              <w:jc w:val="both"/>
              <w:rPr>
                <w:rFonts w:cs="Iskoola Pota"/>
                <w:sz w:val="24"/>
                <w:szCs w:val="24"/>
                <w:lang w:bidi="si-LK"/>
              </w:rPr>
            </w:pPr>
            <w:r w:rsidRPr="0032767C">
              <w:rPr>
                <w:rFonts w:cs="Iskoola Pota" w:hint="cs"/>
                <w:sz w:val="24"/>
                <w:szCs w:val="24"/>
                <w:cs/>
                <w:lang w:bidi="si-LK"/>
              </w:rPr>
              <w:t xml:space="preserve"> </w:t>
            </w:r>
            <w:r w:rsidRPr="0032767C">
              <w:rPr>
                <w:rFonts w:cs="Iskoola Pota"/>
                <w:sz w:val="24"/>
                <w:szCs w:val="24"/>
                <w:lang w:bidi="si-LK"/>
              </w:rPr>
              <w:t>(</w:t>
            </w:r>
            <w:r w:rsidRPr="0032767C">
              <w:rPr>
                <w:rFonts w:cs="Iskoola Pota" w:hint="cs"/>
                <w:sz w:val="24"/>
                <w:szCs w:val="24"/>
                <w:cs/>
                <w:lang w:bidi="si-LK"/>
              </w:rPr>
              <w:t>ණ)</w:t>
            </w:r>
            <w:r w:rsidRPr="0032767C">
              <w:rPr>
                <w:rFonts w:cs="Iskoola Pota"/>
                <w:sz w:val="24"/>
                <w:szCs w:val="24"/>
                <w:cs/>
                <w:lang w:bidi="si-LK"/>
              </w:rPr>
              <w:t xml:space="preserve"> </w:t>
            </w:r>
            <w:r w:rsidR="00BF2C52" w:rsidRPr="0032767C">
              <w:rPr>
                <w:rFonts w:cs="Iskoola Pota"/>
                <w:sz w:val="24"/>
                <w:szCs w:val="24"/>
                <w:cs/>
                <w:lang w:bidi="si-LK"/>
              </w:rPr>
              <w:t>සියලු ආකාර ළමා අපචාර අනාවරණය කර ගැනීම හා වැළැක්වීම සම්බන්ධයෙන් විදේශ ආණ්ඩු සහ අන්තර්ජාතික සංවිධාන සමඟ සම්බන්ධීකරණයෙන් කටයුතු කිරීම සහ තොරතුරු හුවමාරු කර ගැනීම</w:t>
            </w:r>
            <w:r w:rsidR="00BF2C52" w:rsidRPr="0032767C">
              <w:rPr>
                <w:rFonts w:cs="Iskoola Pota" w:hint="cs"/>
                <w:sz w:val="24"/>
                <w:szCs w:val="24"/>
                <w:cs/>
                <w:lang w:bidi="si-LK"/>
              </w:rPr>
              <w:t>.</w:t>
            </w:r>
            <w:r w:rsidR="00BF2C52" w:rsidRPr="0032767C">
              <w:rPr>
                <w:rFonts w:cs="Iskoola Pota"/>
                <w:sz w:val="24"/>
                <w:szCs w:val="24"/>
                <w:cs/>
                <w:lang w:bidi="si-LK"/>
              </w:rPr>
              <w:t xml:space="preserve"> </w:t>
            </w:r>
          </w:p>
        </w:tc>
        <w:tc>
          <w:tcPr>
            <w:tcW w:w="2610" w:type="dxa"/>
          </w:tcPr>
          <w:p w:rsidR="007319E2" w:rsidRPr="007319E2" w:rsidRDefault="007D2977" w:rsidP="00A32EDC">
            <w:pPr>
              <w:spacing w:line="276" w:lineRule="auto"/>
              <w:rPr>
                <w:rFonts w:cs="Iskoola Pota"/>
                <w:sz w:val="24"/>
                <w:szCs w:val="24"/>
                <w:cs/>
                <w:lang w:bidi="si-LK"/>
              </w:rPr>
            </w:pPr>
            <w:r>
              <w:rPr>
                <w:rFonts w:cs="Iskoola Pota" w:hint="cs"/>
                <w:sz w:val="24"/>
                <w:szCs w:val="24"/>
                <w:cs/>
                <w:lang w:bidi="si-LK"/>
              </w:rPr>
              <w:lastRenderedPageBreak/>
              <w:t>1998 අංක 50 දරන ජාතික ළමා ආරක්ෂක අධිකාරී පනත</w:t>
            </w:r>
          </w:p>
          <w:p w:rsidR="008E6F3E" w:rsidRPr="007319E2" w:rsidRDefault="008E6F3E" w:rsidP="00A32EDC">
            <w:pPr>
              <w:spacing w:line="276" w:lineRule="auto"/>
              <w:rPr>
                <w:rFonts w:cs="Iskoola Pota"/>
                <w:sz w:val="24"/>
                <w:szCs w:val="24"/>
              </w:rPr>
            </w:pPr>
          </w:p>
          <w:p w:rsidR="008E6F3E" w:rsidRPr="007319E2" w:rsidRDefault="008E6F3E" w:rsidP="00A32EDC">
            <w:pPr>
              <w:spacing w:line="276" w:lineRule="auto"/>
              <w:rPr>
                <w:rFonts w:cs="Iskoola Pota"/>
                <w:sz w:val="24"/>
                <w:szCs w:val="24"/>
              </w:rPr>
            </w:pPr>
          </w:p>
          <w:p w:rsidR="008E6F3E" w:rsidRPr="007319E2" w:rsidRDefault="008E6F3E" w:rsidP="00A32EDC">
            <w:pPr>
              <w:spacing w:line="276" w:lineRule="auto"/>
              <w:rPr>
                <w:rFonts w:cs="Iskoola Pota"/>
                <w:sz w:val="24"/>
                <w:szCs w:val="24"/>
              </w:rPr>
            </w:pPr>
            <w:r w:rsidRPr="007319E2">
              <w:rPr>
                <w:rFonts w:cs="Iskoola Pota"/>
                <w:sz w:val="24"/>
                <w:szCs w:val="24"/>
                <w:cs/>
                <w:lang w:bidi="si-LK"/>
              </w:rPr>
              <w:t>ස්ත්‍රීන් තරුණ අය සහ ළමුන් සේවයේ නියුක්ත කිරීමේ පනත</w:t>
            </w:r>
          </w:p>
          <w:p w:rsidR="008E6F3E" w:rsidRPr="007319E2" w:rsidRDefault="008E6F3E" w:rsidP="00A32EDC">
            <w:pPr>
              <w:spacing w:line="276" w:lineRule="auto"/>
              <w:rPr>
                <w:rFonts w:cs="Iskoola Pota"/>
                <w:sz w:val="24"/>
                <w:szCs w:val="24"/>
              </w:rPr>
            </w:pPr>
          </w:p>
          <w:p w:rsidR="008E6F3E" w:rsidRPr="007319E2" w:rsidRDefault="008E6F3E" w:rsidP="00A32EDC">
            <w:pPr>
              <w:spacing w:line="276" w:lineRule="auto"/>
              <w:rPr>
                <w:rFonts w:cs="Iskoola Pota"/>
                <w:sz w:val="24"/>
                <w:szCs w:val="24"/>
              </w:rPr>
            </w:pPr>
            <w:r w:rsidRPr="007319E2">
              <w:rPr>
                <w:rFonts w:cs="Iskoola Pota"/>
                <w:sz w:val="24"/>
                <w:szCs w:val="24"/>
                <w:cs/>
                <w:lang w:bidi="si-LK"/>
              </w:rPr>
              <w:t>ළමයින් හා යෞවනයන් පිළිබද ආඥා පනත</w:t>
            </w:r>
          </w:p>
          <w:p w:rsidR="008E6F3E" w:rsidRPr="007319E2" w:rsidRDefault="008E6F3E" w:rsidP="00A32EDC">
            <w:pPr>
              <w:spacing w:line="276" w:lineRule="auto"/>
              <w:rPr>
                <w:rFonts w:cs="Iskoola Pota"/>
                <w:sz w:val="24"/>
                <w:szCs w:val="24"/>
              </w:rPr>
            </w:pPr>
          </w:p>
          <w:p w:rsidR="00CD1104" w:rsidRPr="007319E2" w:rsidRDefault="008E6F3E" w:rsidP="00A32EDC">
            <w:pPr>
              <w:spacing w:line="276" w:lineRule="auto"/>
              <w:rPr>
                <w:rFonts w:cs="Iskoola Pota"/>
                <w:sz w:val="24"/>
                <w:szCs w:val="24"/>
              </w:rPr>
            </w:pPr>
            <w:r w:rsidRPr="007319E2">
              <w:rPr>
                <w:rFonts w:cs="Iskoola Pota"/>
                <w:sz w:val="24"/>
                <w:szCs w:val="24"/>
                <w:cs/>
                <w:lang w:bidi="si-LK"/>
              </w:rPr>
              <w:t>අනිවාර්ය අධ්‍යාපනයට අදාල රෙගුලාසි</w:t>
            </w:r>
          </w:p>
        </w:tc>
        <w:tc>
          <w:tcPr>
            <w:tcW w:w="2700" w:type="dxa"/>
          </w:tcPr>
          <w:p w:rsidR="00CD1104" w:rsidRPr="007319E2" w:rsidRDefault="008E6F3E" w:rsidP="00A32EDC">
            <w:pPr>
              <w:spacing w:line="276" w:lineRule="auto"/>
              <w:rPr>
                <w:rFonts w:cs="Iskoola Pota"/>
                <w:sz w:val="24"/>
                <w:szCs w:val="24"/>
              </w:rPr>
            </w:pPr>
            <w:r w:rsidRPr="007319E2">
              <w:rPr>
                <w:rFonts w:cs="Iskoola Pota"/>
                <w:sz w:val="24"/>
                <w:szCs w:val="24"/>
              </w:rPr>
              <w:t>www.childprotection.gov.lk</w:t>
            </w:r>
          </w:p>
        </w:tc>
      </w:tr>
    </w:tbl>
    <w:p w:rsidR="00E6098E" w:rsidRPr="007319E2" w:rsidRDefault="00E6098E" w:rsidP="00A32EDC">
      <w:pPr>
        <w:spacing w:after="0"/>
        <w:rPr>
          <w:rFonts w:cs="Iskoola Pota"/>
          <w:sz w:val="24"/>
          <w:szCs w:val="24"/>
          <w:lang w:bidi="si-LK"/>
        </w:rPr>
      </w:pPr>
    </w:p>
    <w:p w:rsidR="009D4B49" w:rsidRDefault="00534A1F" w:rsidP="00A32EDC">
      <w:pPr>
        <w:spacing w:after="0"/>
        <w:rPr>
          <w:rFonts w:cs="Iskoola Pota"/>
          <w:sz w:val="24"/>
          <w:szCs w:val="24"/>
          <w:lang w:bidi="si-LK"/>
        </w:rPr>
      </w:pPr>
      <w:r w:rsidRPr="007319E2">
        <w:rPr>
          <w:rFonts w:cs="Iskoola Pota"/>
          <w:sz w:val="24"/>
          <w:szCs w:val="24"/>
        </w:rPr>
        <w:t xml:space="preserve">1. </w:t>
      </w: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w:t>
      </w:r>
      <w:r w:rsidRPr="007319E2">
        <w:rPr>
          <w:rFonts w:cs="Iskoola Pota"/>
          <w:sz w:val="24"/>
          <w:szCs w:val="24"/>
          <w:cs/>
          <w:lang w:bidi="si-LK"/>
        </w:rPr>
        <w:t xml:space="preserve"> පරිවාස හා ළමාරක්ෂක සේවා දෙපාර්තමේන්තුව</w:t>
      </w:r>
    </w:p>
    <w:p w:rsidR="00762F3C" w:rsidRPr="007319E2" w:rsidRDefault="00762F3C" w:rsidP="00A32EDC">
      <w:pPr>
        <w:spacing w:after="0"/>
        <w:rPr>
          <w:rFonts w:cs="Iskoola Pota"/>
          <w:sz w:val="24"/>
          <w:szCs w:val="24"/>
          <w:lang w:bidi="si-LK"/>
        </w:rPr>
      </w:pPr>
    </w:p>
    <w:tbl>
      <w:tblPr>
        <w:tblStyle w:val="TableGrid"/>
        <w:tblW w:w="10098" w:type="dxa"/>
        <w:tblLook w:val="04A0"/>
      </w:tblPr>
      <w:tblGrid>
        <w:gridCol w:w="2628"/>
        <w:gridCol w:w="4500"/>
        <w:gridCol w:w="2970"/>
      </w:tblGrid>
      <w:tr w:rsidR="00534A1F" w:rsidRPr="007319E2" w:rsidTr="00534A1F">
        <w:tc>
          <w:tcPr>
            <w:tcW w:w="2628" w:type="dxa"/>
            <w:vAlign w:val="center"/>
          </w:tcPr>
          <w:p w:rsidR="00534A1F" w:rsidRPr="007319E2" w:rsidRDefault="00534A1F" w:rsidP="00A32EDC">
            <w:pPr>
              <w:spacing w:line="276" w:lineRule="auto"/>
              <w:jc w:val="center"/>
              <w:rPr>
                <w:rFonts w:cs="Iskoola Pota"/>
                <w:sz w:val="24"/>
                <w:szCs w:val="24"/>
              </w:rPr>
            </w:pPr>
            <w:r w:rsidRPr="007319E2">
              <w:rPr>
                <w:rFonts w:cs="Iskoola Pota"/>
                <w:b/>
                <w:bCs/>
                <w:sz w:val="24"/>
                <w:szCs w:val="24"/>
                <w:cs/>
                <w:lang w:bidi="si-LK"/>
              </w:rPr>
              <w:t>කාර්යය</w:t>
            </w:r>
            <w:r w:rsidRPr="007319E2">
              <w:rPr>
                <w:rFonts w:cs="Iskoola Pota"/>
                <w:b/>
                <w:sz w:val="24"/>
                <w:szCs w:val="24"/>
              </w:rPr>
              <w:t xml:space="preserve"> / </w:t>
            </w:r>
            <w:r w:rsidRPr="007319E2">
              <w:rPr>
                <w:rFonts w:cs="Iskoola Pota"/>
                <w:b/>
                <w:bCs/>
                <w:sz w:val="24"/>
                <w:szCs w:val="24"/>
                <w:cs/>
                <w:lang w:bidi="si-LK"/>
              </w:rPr>
              <w:t>කර්තව්‍යයන්</w:t>
            </w:r>
          </w:p>
        </w:tc>
        <w:tc>
          <w:tcPr>
            <w:tcW w:w="4500" w:type="dxa"/>
            <w:vAlign w:val="center"/>
          </w:tcPr>
          <w:p w:rsidR="00534A1F" w:rsidRPr="007319E2" w:rsidRDefault="00534A1F" w:rsidP="00A32EDC">
            <w:pPr>
              <w:spacing w:line="276" w:lineRule="auto"/>
              <w:jc w:val="center"/>
              <w:rPr>
                <w:rFonts w:cs="Iskoola Pota"/>
                <w:sz w:val="24"/>
                <w:szCs w:val="24"/>
              </w:rPr>
            </w:pPr>
            <w:r w:rsidRPr="007319E2">
              <w:rPr>
                <w:rFonts w:cs="Iskoola Pota"/>
                <w:b/>
                <w:bCs/>
                <w:sz w:val="24"/>
                <w:szCs w:val="24"/>
                <w:cs/>
                <w:lang w:bidi="si-LK"/>
              </w:rPr>
              <w:t>කාර්යයන්</w:t>
            </w:r>
            <w:r w:rsidRPr="007319E2">
              <w:rPr>
                <w:rFonts w:cs="Iskoola Pota"/>
                <w:b/>
                <w:sz w:val="24"/>
                <w:szCs w:val="24"/>
              </w:rPr>
              <w:t xml:space="preserve"> / </w:t>
            </w:r>
            <w:r w:rsidRPr="007319E2">
              <w:rPr>
                <w:rFonts w:cs="Iskoola Pota"/>
                <w:b/>
                <w:bCs/>
                <w:sz w:val="24"/>
                <w:szCs w:val="24"/>
                <w:cs/>
                <w:lang w:bidi="si-LK"/>
              </w:rPr>
              <w:t>කර්තව්‍යයන්</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සම්මතයන්</w:t>
            </w:r>
            <w:r w:rsidRPr="007319E2">
              <w:rPr>
                <w:rFonts w:cs="Iskoola Pota"/>
                <w:b/>
                <w:sz w:val="24"/>
                <w:szCs w:val="24"/>
              </w:rPr>
              <w:t xml:space="preserve"> </w:t>
            </w:r>
            <w:r w:rsidRPr="007319E2">
              <w:rPr>
                <w:rFonts w:cs="Iskoola Pota"/>
                <w:b/>
                <w:bCs/>
                <w:sz w:val="24"/>
                <w:szCs w:val="24"/>
                <w:cs/>
                <w:lang w:bidi="si-LK"/>
              </w:rPr>
              <w:t>අඩංගු</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ලිඛිත</w:t>
            </w:r>
            <w:r w:rsidRPr="007319E2">
              <w:rPr>
                <w:rFonts w:cs="Iskoola Pota"/>
                <w:b/>
                <w:sz w:val="24"/>
                <w:szCs w:val="24"/>
              </w:rPr>
              <w:t xml:space="preserve"> </w:t>
            </w:r>
            <w:r w:rsidRPr="007319E2">
              <w:rPr>
                <w:rFonts w:cs="Iskoola Pota"/>
                <w:b/>
                <w:bCs/>
                <w:sz w:val="24"/>
                <w:szCs w:val="24"/>
                <w:cs/>
                <w:lang w:bidi="si-LK"/>
              </w:rPr>
              <w:t>නීති</w:t>
            </w:r>
            <w:r w:rsidRPr="007319E2">
              <w:rPr>
                <w:rFonts w:cs="Iskoola Pota"/>
                <w:b/>
                <w:sz w:val="24"/>
                <w:szCs w:val="24"/>
              </w:rPr>
              <w:t xml:space="preserve"> </w:t>
            </w:r>
            <w:r w:rsidRPr="007319E2">
              <w:rPr>
                <w:rFonts w:cs="Iskoola Pota"/>
                <w:b/>
                <w:bCs/>
                <w:sz w:val="24"/>
                <w:szCs w:val="24"/>
                <w:cs/>
                <w:lang w:bidi="si-LK"/>
              </w:rPr>
              <w:t>රෙගුලාසි</w:t>
            </w:r>
            <w:r w:rsidRPr="007319E2">
              <w:rPr>
                <w:rFonts w:cs="Iskoola Pota"/>
                <w:b/>
                <w:sz w:val="24"/>
                <w:szCs w:val="24"/>
              </w:rPr>
              <w:t xml:space="preserve"> </w:t>
            </w:r>
            <w:r w:rsidRPr="007319E2">
              <w:rPr>
                <w:rFonts w:cs="Iskoola Pota"/>
                <w:b/>
                <w:bCs/>
                <w:sz w:val="24"/>
                <w:szCs w:val="24"/>
                <w:cs/>
                <w:lang w:bidi="si-LK"/>
              </w:rPr>
              <w:t>සඳහන්</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පනත්</w:t>
            </w:r>
            <w:r w:rsidRPr="007319E2">
              <w:rPr>
                <w:rFonts w:cs="Iskoola Pota"/>
                <w:b/>
                <w:sz w:val="24"/>
                <w:szCs w:val="24"/>
              </w:rPr>
              <w:t xml:space="preserve"> / </w:t>
            </w:r>
            <w:r w:rsidRPr="007319E2">
              <w:rPr>
                <w:rFonts w:cs="Iskoola Pota"/>
                <w:b/>
                <w:bCs/>
                <w:sz w:val="24"/>
                <w:szCs w:val="24"/>
                <w:cs/>
                <w:lang w:bidi="si-LK"/>
              </w:rPr>
              <w:t>රීති</w:t>
            </w:r>
            <w:r w:rsidRPr="007319E2">
              <w:rPr>
                <w:rFonts w:cs="Iskoola Pota"/>
                <w:b/>
                <w:sz w:val="24"/>
                <w:szCs w:val="24"/>
              </w:rPr>
              <w:t xml:space="preserve"> / </w:t>
            </w:r>
            <w:r w:rsidRPr="007319E2">
              <w:rPr>
                <w:rFonts w:cs="Iskoola Pota"/>
                <w:b/>
                <w:bCs/>
                <w:sz w:val="24"/>
                <w:szCs w:val="24"/>
                <w:cs/>
                <w:lang w:bidi="si-LK"/>
              </w:rPr>
              <w:t>නියෝග</w:t>
            </w:r>
            <w:r w:rsidRPr="007319E2">
              <w:rPr>
                <w:rFonts w:cs="Iskoola Pota"/>
                <w:b/>
                <w:sz w:val="24"/>
                <w:szCs w:val="24"/>
              </w:rPr>
              <w:t xml:space="preserve"> / </w:t>
            </w:r>
            <w:r w:rsidRPr="007319E2">
              <w:rPr>
                <w:rFonts w:cs="Iskoola Pota"/>
                <w:b/>
                <w:bCs/>
                <w:sz w:val="24"/>
                <w:szCs w:val="24"/>
                <w:cs/>
                <w:lang w:bidi="si-LK"/>
              </w:rPr>
              <w:t>රෙගුලාසි</w:t>
            </w:r>
            <w:r w:rsidRPr="007319E2">
              <w:rPr>
                <w:rFonts w:cs="Iskoola Pota"/>
                <w:b/>
                <w:sz w:val="24"/>
                <w:szCs w:val="24"/>
              </w:rPr>
              <w:t xml:space="preserve"> / </w:t>
            </w:r>
            <w:r w:rsidRPr="007319E2">
              <w:rPr>
                <w:rFonts w:cs="Iskoola Pota"/>
                <w:b/>
                <w:bCs/>
                <w:sz w:val="24"/>
                <w:szCs w:val="24"/>
                <w:cs/>
                <w:lang w:bidi="si-LK"/>
              </w:rPr>
              <w:t>මාර්ගෝපදේශ</w:t>
            </w:r>
            <w:r w:rsidRPr="007319E2">
              <w:rPr>
                <w:rFonts w:cs="Iskoola Pota"/>
                <w:b/>
                <w:sz w:val="24"/>
                <w:szCs w:val="24"/>
              </w:rPr>
              <w:t xml:space="preserve"> / </w:t>
            </w:r>
            <w:r w:rsidRPr="007319E2">
              <w:rPr>
                <w:rFonts w:cs="Iskoola Pota"/>
                <w:b/>
                <w:bCs/>
                <w:sz w:val="24"/>
                <w:szCs w:val="24"/>
                <w:cs/>
                <w:lang w:bidi="si-LK"/>
              </w:rPr>
              <w:t>චක</w:t>
            </w:r>
            <w:r w:rsidR="00623220">
              <w:rPr>
                <w:rFonts w:cs="Iskoola Pota" w:hint="cs"/>
                <w:b/>
                <w:bCs/>
                <w:sz w:val="24"/>
                <w:szCs w:val="24"/>
                <w:cs/>
                <w:lang w:bidi="si-LK"/>
              </w:rPr>
              <w:t>්‍ර</w:t>
            </w:r>
            <w:r w:rsidRPr="007319E2">
              <w:rPr>
                <w:rFonts w:cs="Iskoola Pota"/>
                <w:b/>
                <w:bCs/>
                <w:sz w:val="24"/>
                <w:szCs w:val="24"/>
                <w:cs/>
                <w:lang w:bidi="si-LK"/>
              </w:rPr>
              <w:t>ලේඛන</w:t>
            </w:r>
            <w:r w:rsidRPr="007319E2">
              <w:rPr>
                <w:rFonts w:cs="Iskoola Pota"/>
                <w:b/>
                <w:sz w:val="24"/>
                <w:szCs w:val="24"/>
              </w:rPr>
              <w:t xml:space="preserve"> / </w:t>
            </w:r>
            <w:r w:rsidRPr="007319E2">
              <w:rPr>
                <w:rFonts w:cs="Iskoola Pota"/>
                <w:b/>
                <w:bCs/>
                <w:sz w:val="24"/>
                <w:szCs w:val="24"/>
                <w:cs/>
                <w:lang w:bidi="si-LK"/>
              </w:rPr>
              <w:t>අත්පොත්</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වෙනත්</w:t>
            </w:r>
            <w:r w:rsidRPr="007319E2">
              <w:rPr>
                <w:rFonts w:cs="Iskoola Pota"/>
                <w:b/>
                <w:sz w:val="24"/>
                <w:szCs w:val="24"/>
              </w:rPr>
              <w:t xml:space="preserve"> </w:t>
            </w:r>
            <w:r w:rsidRPr="007319E2">
              <w:rPr>
                <w:rFonts w:cs="Iskoola Pota"/>
                <w:b/>
                <w:bCs/>
                <w:sz w:val="24"/>
                <w:szCs w:val="24"/>
                <w:cs/>
                <w:lang w:bidi="si-LK"/>
              </w:rPr>
              <w:t>වාර්තා</w:t>
            </w:r>
            <w:r w:rsidRPr="007319E2">
              <w:rPr>
                <w:rFonts w:cs="Iskoola Pota"/>
                <w:b/>
                <w:sz w:val="24"/>
                <w:szCs w:val="24"/>
              </w:rPr>
              <w:t xml:space="preserve"> </w:t>
            </w:r>
            <w:r w:rsidRPr="007319E2">
              <w:rPr>
                <w:rFonts w:cs="Iskoola Pota"/>
                <w:b/>
                <w:bCs/>
                <w:sz w:val="24"/>
                <w:szCs w:val="24"/>
                <w:cs/>
                <w:lang w:bidi="si-LK"/>
              </w:rPr>
              <w:t>ලැයිස්තුව</w:t>
            </w:r>
          </w:p>
        </w:tc>
        <w:tc>
          <w:tcPr>
            <w:tcW w:w="2970" w:type="dxa"/>
            <w:vAlign w:val="center"/>
          </w:tcPr>
          <w:p w:rsidR="00534A1F" w:rsidRPr="007319E2" w:rsidRDefault="00534A1F" w:rsidP="00A32EDC">
            <w:pPr>
              <w:spacing w:line="276" w:lineRule="auto"/>
              <w:jc w:val="center"/>
              <w:rPr>
                <w:rFonts w:cs="Iskoola Pota"/>
                <w:sz w:val="24"/>
                <w:szCs w:val="24"/>
              </w:rPr>
            </w:pPr>
            <w:r w:rsidRPr="007319E2">
              <w:rPr>
                <w:rFonts w:cs="Iskoola Pota"/>
                <w:b/>
                <w:bCs/>
                <w:sz w:val="24"/>
                <w:szCs w:val="24"/>
                <w:cs/>
                <w:lang w:bidi="si-LK"/>
              </w:rPr>
              <w:t>වාර්තාවල</w:t>
            </w:r>
            <w:r w:rsidRPr="007319E2">
              <w:rPr>
                <w:rFonts w:cs="Iskoola Pota"/>
                <w:b/>
                <w:sz w:val="24"/>
                <w:szCs w:val="24"/>
              </w:rPr>
              <w:t xml:space="preserve"> </w:t>
            </w: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ලබාගත</w:t>
            </w:r>
            <w:r w:rsidRPr="007319E2">
              <w:rPr>
                <w:rFonts w:cs="Iskoola Pota"/>
                <w:b/>
                <w:sz w:val="24"/>
                <w:szCs w:val="24"/>
              </w:rPr>
              <w:t xml:space="preserve"> </w:t>
            </w:r>
            <w:r w:rsidRPr="007319E2">
              <w:rPr>
                <w:rFonts w:cs="Iskoola Pota"/>
                <w:b/>
                <w:bCs/>
                <w:sz w:val="24"/>
                <w:szCs w:val="24"/>
                <w:cs/>
                <w:lang w:bidi="si-LK"/>
              </w:rPr>
              <w:t>හැකි</w:t>
            </w:r>
            <w:r w:rsidRPr="007319E2">
              <w:rPr>
                <w:rFonts w:cs="Iskoola Pota"/>
                <w:b/>
                <w:sz w:val="24"/>
                <w:szCs w:val="24"/>
              </w:rPr>
              <w:t xml:space="preserve"> </w:t>
            </w: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අඩවිය</w:t>
            </w:r>
          </w:p>
        </w:tc>
      </w:tr>
      <w:tr w:rsidR="00534A1F" w:rsidRPr="007319E2" w:rsidTr="00534A1F">
        <w:tc>
          <w:tcPr>
            <w:tcW w:w="2628" w:type="dxa"/>
          </w:tcPr>
          <w:p w:rsidR="00534A1F" w:rsidRPr="007319E2" w:rsidRDefault="00534A1F" w:rsidP="00A32EDC">
            <w:pPr>
              <w:spacing w:line="276" w:lineRule="auto"/>
              <w:rPr>
                <w:rFonts w:cs="Iskoola Pota"/>
                <w:sz w:val="24"/>
                <w:szCs w:val="24"/>
              </w:rPr>
            </w:pPr>
            <w:r w:rsidRPr="007319E2">
              <w:rPr>
                <w:rFonts w:cs="Iskoola Pota"/>
                <w:sz w:val="24"/>
                <w:szCs w:val="24"/>
                <w:cs/>
                <w:lang w:bidi="si-LK"/>
              </w:rPr>
              <w:t>විදේශීය වශයෙන් ළමුන් හදාවඩා ගැනීමට ලබාදීම සහ විකල්ප රැකවරණය</w:t>
            </w:r>
          </w:p>
        </w:tc>
        <w:tc>
          <w:tcPr>
            <w:tcW w:w="4500" w:type="dxa"/>
          </w:tcPr>
          <w:p w:rsidR="00534A1F" w:rsidRPr="007319E2" w:rsidRDefault="00534A1F" w:rsidP="00A32EDC">
            <w:pPr>
              <w:spacing w:line="276" w:lineRule="auto"/>
              <w:rPr>
                <w:rFonts w:cs="Iskoola Pota"/>
                <w:sz w:val="24"/>
                <w:szCs w:val="24"/>
              </w:rPr>
            </w:pPr>
            <w:r w:rsidRPr="007319E2">
              <w:rPr>
                <w:rFonts w:cs="Iskoola Pota"/>
                <w:sz w:val="24"/>
                <w:szCs w:val="24"/>
                <w:cs/>
                <w:lang w:bidi="si-LK"/>
              </w:rPr>
              <w:t>1.1941 අංක 24 දරණ පනත , 1995 අංක 15 දරණ සංශෝධිත පනත</w:t>
            </w:r>
          </w:p>
          <w:p w:rsidR="00534A1F" w:rsidRPr="007319E2" w:rsidRDefault="00534A1F" w:rsidP="00A32EDC">
            <w:pPr>
              <w:spacing w:line="276" w:lineRule="auto"/>
              <w:rPr>
                <w:rFonts w:cs="Iskoola Pota"/>
                <w:sz w:val="24"/>
                <w:szCs w:val="24"/>
              </w:rPr>
            </w:pPr>
          </w:p>
          <w:p w:rsidR="00534A1F" w:rsidRPr="007319E2" w:rsidRDefault="00534A1F" w:rsidP="00A32EDC">
            <w:pPr>
              <w:spacing w:line="276" w:lineRule="auto"/>
              <w:rPr>
                <w:rFonts w:cs="Iskoola Pota"/>
                <w:sz w:val="24"/>
                <w:szCs w:val="24"/>
              </w:rPr>
            </w:pPr>
            <w:r w:rsidRPr="007319E2">
              <w:rPr>
                <w:rFonts w:cs="Iskoola Pota"/>
                <w:sz w:val="24"/>
                <w:szCs w:val="24"/>
                <w:cs/>
                <w:lang w:bidi="si-LK"/>
              </w:rPr>
              <w:t>2.</w:t>
            </w:r>
            <w:r w:rsidR="006B10B8">
              <w:rPr>
                <w:rFonts w:cs="Iskoola Pota"/>
                <w:sz w:val="24"/>
                <w:szCs w:val="24"/>
                <w:cs/>
                <w:lang w:bidi="si-LK"/>
              </w:rPr>
              <w:t xml:space="preserve"> රටවල් අතර ළමයින් දරුකමට හදාගැන</w:t>
            </w:r>
            <w:r w:rsidR="006B10B8">
              <w:rPr>
                <w:rFonts w:cs="Iskoola Pota" w:hint="cs"/>
                <w:sz w:val="24"/>
                <w:szCs w:val="24"/>
                <w:cs/>
                <w:lang w:bidi="si-LK"/>
              </w:rPr>
              <w:t>ී</w:t>
            </w:r>
            <w:r w:rsidRPr="007319E2">
              <w:rPr>
                <w:rFonts w:cs="Iskoola Pota"/>
                <w:sz w:val="24"/>
                <w:szCs w:val="24"/>
                <w:cs/>
                <w:lang w:bidi="si-LK"/>
              </w:rPr>
              <w:t>ම සම්බන්ධ හා ළමයින් ආරක්ෂා කිරීම පිළිබඳ ප්‍රඥ්ප්තිය</w:t>
            </w:r>
          </w:p>
          <w:p w:rsidR="00534A1F" w:rsidRPr="007319E2" w:rsidRDefault="00534A1F" w:rsidP="00A32EDC">
            <w:pPr>
              <w:spacing w:line="276" w:lineRule="auto"/>
              <w:rPr>
                <w:rFonts w:cs="Iskoola Pota"/>
                <w:sz w:val="24"/>
                <w:szCs w:val="24"/>
              </w:rPr>
            </w:pPr>
          </w:p>
          <w:p w:rsidR="00534A1F" w:rsidRPr="007319E2" w:rsidRDefault="00534A1F" w:rsidP="00A32EDC">
            <w:pPr>
              <w:spacing w:line="276" w:lineRule="auto"/>
              <w:rPr>
                <w:rFonts w:cs="Iskoola Pota"/>
                <w:sz w:val="24"/>
                <w:szCs w:val="24"/>
              </w:rPr>
            </w:pPr>
            <w:r w:rsidRPr="007319E2">
              <w:rPr>
                <w:rFonts w:cs="Iskoola Pota"/>
                <w:sz w:val="24"/>
                <w:szCs w:val="24"/>
                <w:cs/>
                <w:lang w:bidi="si-LK"/>
              </w:rPr>
              <w:t>3. 2018 හදුන්වා දෙන ලද විකල්ප රැකවරණ ප්‍රතිපත්තිය</w:t>
            </w:r>
          </w:p>
          <w:p w:rsidR="00534A1F" w:rsidRPr="007319E2" w:rsidRDefault="00534A1F" w:rsidP="00A32EDC">
            <w:pPr>
              <w:spacing w:line="276" w:lineRule="auto"/>
              <w:rPr>
                <w:rFonts w:cs="Iskoola Pota"/>
                <w:sz w:val="24"/>
                <w:szCs w:val="24"/>
              </w:rPr>
            </w:pPr>
          </w:p>
        </w:tc>
        <w:tc>
          <w:tcPr>
            <w:tcW w:w="2970" w:type="dxa"/>
          </w:tcPr>
          <w:p w:rsidR="00534A1F" w:rsidRPr="007319E2" w:rsidRDefault="00534A1F" w:rsidP="00A32EDC">
            <w:pPr>
              <w:spacing w:line="276" w:lineRule="auto"/>
              <w:rPr>
                <w:rFonts w:cs="Iskoola Pota"/>
                <w:sz w:val="24"/>
                <w:szCs w:val="24"/>
                <w:lang w:bidi="si-LK"/>
              </w:rPr>
            </w:pPr>
          </w:p>
        </w:tc>
      </w:tr>
      <w:tr w:rsidR="00534A1F" w:rsidRPr="007319E2" w:rsidTr="00534A1F">
        <w:tc>
          <w:tcPr>
            <w:tcW w:w="2628" w:type="dxa"/>
          </w:tcPr>
          <w:p w:rsidR="00534A1F" w:rsidRPr="007319E2" w:rsidRDefault="00534A1F" w:rsidP="00A32EDC">
            <w:pPr>
              <w:spacing w:line="276" w:lineRule="auto"/>
              <w:rPr>
                <w:rFonts w:cs="Iskoola Pota"/>
                <w:sz w:val="24"/>
                <w:szCs w:val="24"/>
              </w:rPr>
            </w:pPr>
            <w:r w:rsidRPr="007319E2">
              <w:rPr>
                <w:rFonts w:cs="Iskoola Pota"/>
                <w:sz w:val="24"/>
                <w:szCs w:val="24"/>
                <w:cs/>
                <w:lang w:bidi="si-LK"/>
              </w:rPr>
              <w:t>භාරය හා ආරක්ෂාව අවශ්‍ය ළමුන්ට රැකවරණය සැලසීම</w:t>
            </w:r>
            <w:r w:rsidR="006B10B8">
              <w:rPr>
                <w:rFonts w:cs="Iskoola Pota" w:hint="cs"/>
                <w:sz w:val="24"/>
                <w:szCs w:val="24"/>
                <w:cs/>
                <w:lang w:bidi="si-LK"/>
              </w:rPr>
              <w:t>.</w:t>
            </w:r>
          </w:p>
        </w:tc>
        <w:tc>
          <w:tcPr>
            <w:tcW w:w="4500" w:type="dxa"/>
          </w:tcPr>
          <w:p w:rsidR="00534A1F" w:rsidRPr="007319E2" w:rsidRDefault="00534A1F" w:rsidP="00A32EDC">
            <w:pPr>
              <w:pStyle w:val="ListParagraph"/>
              <w:numPr>
                <w:ilvl w:val="0"/>
                <w:numId w:val="17"/>
              </w:numPr>
              <w:spacing w:line="276" w:lineRule="auto"/>
              <w:rPr>
                <w:rFonts w:cs="Iskoola Pota"/>
                <w:sz w:val="24"/>
                <w:szCs w:val="24"/>
              </w:rPr>
            </w:pPr>
            <w:r w:rsidRPr="007319E2">
              <w:rPr>
                <w:rFonts w:cs="Iskoola Pota"/>
                <w:sz w:val="24"/>
                <w:szCs w:val="24"/>
                <w:cs/>
                <w:lang w:bidi="si-LK"/>
              </w:rPr>
              <w:t xml:space="preserve"> 1939 අංක 48 දරණ ළමා පනත</w:t>
            </w:r>
          </w:p>
          <w:p w:rsidR="00534A1F" w:rsidRPr="007319E2" w:rsidRDefault="00534A1F" w:rsidP="00A32EDC">
            <w:pPr>
              <w:pStyle w:val="ListParagraph"/>
              <w:numPr>
                <w:ilvl w:val="0"/>
                <w:numId w:val="17"/>
              </w:numPr>
              <w:spacing w:line="276" w:lineRule="auto"/>
              <w:rPr>
                <w:rFonts w:cs="Iskoola Pota"/>
                <w:sz w:val="24"/>
                <w:szCs w:val="24"/>
              </w:rPr>
            </w:pPr>
            <w:r w:rsidRPr="007319E2">
              <w:rPr>
                <w:rFonts w:cs="Iskoola Pota"/>
                <w:sz w:val="24"/>
                <w:szCs w:val="24"/>
                <w:cs/>
                <w:lang w:bidi="si-LK"/>
              </w:rPr>
              <w:t>2002 අංක 39 දරණ සංශෝධිත පනත</w:t>
            </w:r>
          </w:p>
        </w:tc>
        <w:tc>
          <w:tcPr>
            <w:tcW w:w="2970" w:type="dxa"/>
          </w:tcPr>
          <w:p w:rsidR="00534A1F" w:rsidRPr="007319E2" w:rsidRDefault="00534A1F" w:rsidP="00A32EDC">
            <w:pPr>
              <w:spacing w:line="276" w:lineRule="auto"/>
              <w:rPr>
                <w:rFonts w:cs="Iskoola Pota"/>
                <w:sz w:val="24"/>
                <w:szCs w:val="24"/>
                <w:lang w:bidi="si-LK"/>
              </w:rPr>
            </w:pPr>
          </w:p>
        </w:tc>
      </w:tr>
      <w:tr w:rsidR="00534A1F" w:rsidRPr="007319E2" w:rsidTr="00534A1F">
        <w:tc>
          <w:tcPr>
            <w:tcW w:w="2628" w:type="dxa"/>
          </w:tcPr>
          <w:p w:rsidR="00534A1F" w:rsidRPr="007319E2" w:rsidRDefault="00534A1F" w:rsidP="00A32EDC">
            <w:pPr>
              <w:spacing w:line="276" w:lineRule="auto"/>
              <w:rPr>
                <w:rFonts w:cs="Iskoola Pota"/>
                <w:sz w:val="24"/>
                <w:szCs w:val="24"/>
              </w:rPr>
            </w:pPr>
            <w:r w:rsidRPr="007319E2">
              <w:rPr>
                <w:rFonts w:cs="Iskoola Pota"/>
                <w:sz w:val="24"/>
                <w:szCs w:val="24"/>
                <w:cs/>
                <w:lang w:bidi="si-LK"/>
              </w:rPr>
              <w:t>ළමා අයිතිවාසිකම් තහවුරු කිරීම</w:t>
            </w:r>
            <w:r w:rsidR="006B10B8">
              <w:rPr>
                <w:rFonts w:cs="Iskoola Pota" w:hint="cs"/>
                <w:sz w:val="24"/>
                <w:szCs w:val="24"/>
                <w:cs/>
                <w:lang w:bidi="si-LK"/>
              </w:rPr>
              <w:t>.</w:t>
            </w:r>
          </w:p>
        </w:tc>
        <w:tc>
          <w:tcPr>
            <w:tcW w:w="4500" w:type="dxa"/>
          </w:tcPr>
          <w:p w:rsidR="00534A1F" w:rsidRPr="007319E2" w:rsidRDefault="00534A1F" w:rsidP="00A32EDC">
            <w:pPr>
              <w:pStyle w:val="ListParagraph"/>
              <w:numPr>
                <w:ilvl w:val="0"/>
                <w:numId w:val="18"/>
              </w:numPr>
              <w:spacing w:line="276" w:lineRule="auto"/>
              <w:rPr>
                <w:rFonts w:cs="Iskoola Pota"/>
                <w:sz w:val="24"/>
                <w:szCs w:val="24"/>
              </w:rPr>
            </w:pPr>
            <w:r w:rsidRPr="007319E2">
              <w:rPr>
                <w:rFonts w:cs="Iskoola Pota"/>
                <w:sz w:val="24"/>
                <w:szCs w:val="24"/>
                <w:cs/>
                <w:lang w:bidi="si-LK"/>
              </w:rPr>
              <w:t>අන්තර්ජාතික ළම</w:t>
            </w:r>
            <w:r w:rsidR="00506C89" w:rsidRPr="007319E2">
              <w:rPr>
                <w:rFonts w:cs="Iskoola Pota"/>
                <w:sz w:val="24"/>
                <w:szCs w:val="24"/>
                <w:cs/>
                <w:lang w:bidi="si-LK"/>
              </w:rPr>
              <w:t>ා</w:t>
            </w:r>
            <w:r w:rsidRPr="007319E2">
              <w:rPr>
                <w:rFonts w:cs="Iskoola Pota"/>
                <w:sz w:val="24"/>
                <w:szCs w:val="24"/>
                <w:cs/>
                <w:lang w:bidi="si-LK"/>
              </w:rPr>
              <w:t xml:space="preserve"> අයිතිවාසිකම් ප්‍රඥ්ප්තිය</w:t>
            </w:r>
          </w:p>
          <w:p w:rsidR="00534A1F" w:rsidRPr="007319E2" w:rsidRDefault="00534A1F" w:rsidP="00A32EDC">
            <w:pPr>
              <w:pStyle w:val="ListParagraph"/>
              <w:numPr>
                <w:ilvl w:val="0"/>
                <w:numId w:val="18"/>
              </w:numPr>
              <w:spacing w:line="276" w:lineRule="auto"/>
              <w:rPr>
                <w:rFonts w:cs="Iskoola Pota"/>
                <w:sz w:val="24"/>
                <w:szCs w:val="24"/>
              </w:rPr>
            </w:pPr>
            <w:r w:rsidRPr="007319E2">
              <w:rPr>
                <w:rFonts w:cs="Iskoola Pota"/>
                <w:sz w:val="24"/>
                <w:szCs w:val="24"/>
                <w:cs/>
                <w:lang w:bidi="si-LK"/>
              </w:rPr>
              <w:t xml:space="preserve">සියලු ආකාරයේ හිංසනයන් වැලැක්විමට එරෙහි ජාතික සිද්ධි </w:t>
            </w:r>
            <w:r w:rsidRPr="007319E2">
              <w:rPr>
                <w:rFonts w:cs="Iskoola Pota"/>
                <w:sz w:val="24"/>
                <w:szCs w:val="24"/>
                <w:cs/>
                <w:lang w:bidi="si-LK"/>
              </w:rPr>
              <w:lastRenderedPageBreak/>
              <w:t>කළමනාකරණ මාර්ගෝපදේශය</w:t>
            </w:r>
          </w:p>
          <w:p w:rsidR="00534A1F" w:rsidRPr="007319E2" w:rsidRDefault="00534A1F" w:rsidP="00A32EDC">
            <w:pPr>
              <w:pStyle w:val="ListParagraph"/>
              <w:numPr>
                <w:ilvl w:val="0"/>
                <w:numId w:val="18"/>
              </w:numPr>
              <w:spacing w:line="276" w:lineRule="auto"/>
              <w:rPr>
                <w:rFonts w:cs="Iskoola Pota"/>
                <w:sz w:val="24"/>
                <w:szCs w:val="24"/>
              </w:rPr>
            </w:pPr>
            <w:r w:rsidRPr="007319E2">
              <w:rPr>
                <w:rFonts w:cs="Iskoola Pota"/>
                <w:sz w:val="24"/>
                <w:szCs w:val="24"/>
                <w:cs/>
                <w:lang w:bidi="si-LK"/>
              </w:rPr>
              <w:t>ග්‍රාමීය ළමා සංවර්ධන කමිටු මාර්ගෝපදේශය</w:t>
            </w:r>
          </w:p>
        </w:tc>
        <w:tc>
          <w:tcPr>
            <w:tcW w:w="2970" w:type="dxa"/>
          </w:tcPr>
          <w:p w:rsidR="00534A1F" w:rsidRPr="007319E2" w:rsidRDefault="00534A1F" w:rsidP="00A32EDC">
            <w:pPr>
              <w:spacing w:line="276" w:lineRule="auto"/>
              <w:rPr>
                <w:rFonts w:cs="Iskoola Pota"/>
                <w:sz w:val="24"/>
                <w:szCs w:val="24"/>
                <w:lang w:bidi="si-LK"/>
              </w:rPr>
            </w:pPr>
          </w:p>
        </w:tc>
      </w:tr>
      <w:tr w:rsidR="00534A1F" w:rsidRPr="007319E2" w:rsidTr="00534A1F">
        <w:tc>
          <w:tcPr>
            <w:tcW w:w="2628" w:type="dxa"/>
          </w:tcPr>
          <w:p w:rsidR="00534A1F" w:rsidRPr="007319E2" w:rsidRDefault="00534A1F" w:rsidP="00A32EDC">
            <w:pPr>
              <w:spacing w:line="276" w:lineRule="auto"/>
              <w:rPr>
                <w:rFonts w:cs="Iskoola Pota"/>
                <w:sz w:val="24"/>
                <w:szCs w:val="24"/>
                <w:cs/>
                <w:lang w:bidi="si-LK"/>
              </w:rPr>
            </w:pPr>
            <w:r w:rsidRPr="007319E2">
              <w:rPr>
                <w:rFonts w:cs="Iskoola Pota"/>
                <w:sz w:val="24"/>
                <w:szCs w:val="24"/>
                <w:cs/>
                <w:lang w:bidi="si-LK"/>
              </w:rPr>
              <w:lastRenderedPageBreak/>
              <w:t>දිස්ත්‍රික් හා ප්‍රාදේශීය ලේකම් කාර්යාලවල ළමා හිමිකම්</w:t>
            </w:r>
            <w:r w:rsidR="002E6E70">
              <w:rPr>
                <w:rFonts w:cs="Iskoola Pota" w:hint="cs"/>
                <w:sz w:val="24"/>
                <w:szCs w:val="24"/>
                <w:cs/>
                <w:lang w:bidi="si-LK"/>
              </w:rPr>
              <w:t xml:space="preserve"> ප්‍රවර්ධන</w:t>
            </w:r>
            <w:r w:rsidRPr="007319E2">
              <w:rPr>
                <w:rFonts w:cs="Iskoola Pota"/>
                <w:sz w:val="24"/>
                <w:szCs w:val="24"/>
                <w:cs/>
                <w:lang w:bidi="si-LK"/>
              </w:rPr>
              <w:t xml:space="preserve"> නිලධාරී/</w:t>
            </w:r>
            <w:r w:rsidR="006B10B8">
              <w:rPr>
                <w:rFonts w:cs="Iskoola Pota" w:hint="cs"/>
                <w:sz w:val="24"/>
                <w:szCs w:val="24"/>
                <w:cs/>
                <w:lang w:bidi="si-LK"/>
              </w:rPr>
              <w:t xml:space="preserve"> </w:t>
            </w:r>
            <w:r w:rsidRPr="007319E2">
              <w:rPr>
                <w:rFonts w:cs="Iskoola Pota"/>
                <w:sz w:val="24"/>
                <w:szCs w:val="24"/>
                <w:cs/>
                <w:lang w:bidi="si-LK"/>
              </w:rPr>
              <w:t>ළමා හිමිකම්</w:t>
            </w:r>
            <w:r w:rsidR="002E6E70">
              <w:rPr>
                <w:rFonts w:cs="Iskoola Pota" w:hint="cs"/>
                <w:sz w:val="24"/>
                <w:szCs w:val="24"/>
                <w:cs/>
                <w:lang w:bidi="si-LK"/>
              </w:rPr>
              <w:t xml:space="preserve"> ප්‍රවර්ධන </w:t>
            </w:r>
            <w:r w:rsidRPr="007319E2">
              <w:rPr>
                <w:rFonts w:cs="Iskoola Pota"/>
                <w:sz w:val="24"/>
                <w:szCs w:val="24"/>
                <w:cs/>
                <w:lang w:bidi="si-LK"/>
              </w:rPr>
              <w:t xml:space="preserve"> සහකාර ප්‍රගති වාර්තාකරණය</w:t>
            </w:r>
          </w:p>
        </w:tc>
        <w:tc>
          <w:tcPr>
            <w:tcW w:w="4500" w:type="dxa"/>
          </w:tcPr>
          <w:p w:rsidR="00534A1F" w:rsidRPr="007319E2" w:rsidRDefault="00534A1F" w:rsidP="00A32EDC">
            <w:pPr>
              <w:spacing w:line="276" w:lineRule="auto"/>
              <w:rPr>
                <w:rFonts w:cs="Iskoola Pota"/>
                <w:sz w:val="24"/>
                <w:szCs w:val="24"/>
                <w:cs/>
                <w:lang w:bidi="si-LK"/>
              </w:rPr>
            </w:pPr>
            <w:r w:rsidRPr="007319E2">
              <w:rPr>
                <w:rFonts w:cs="Iskoola Pota"/>
                <w:sz w:val="24"/>
                <w:szCs w:val="24"/>
                <w:cs/>
                <w:lang w:bidi="si-LK"/>
              </w:rPr>
              <w:t>චක්‍රලේඛ 2017/02 ප්‍රගති 2025</w:t>
            </w:r>
          </w:p>
        </w:tc>
        <w:tc>
          <w:tcPr>
            <w:tcW w:w="2970" w:type="dxa"/>
          </w:tcPr>
          <w:p w:rsidR="00534A1F" w:rsidRPr="007319E2" w:rsidRDefault="00534A1F" w:rsidP="00A32EDC">
            <w:pPr>
              <w:spacing w:line="276" w:lineRule="auto"/>
              <w:rPr>
                <w:rFonts w:cs="Iskoola Pota"/>
                <w:sz w:val="24"/>
                <w:szCs w:val="24"/>
                <w:lang w:bidi="si-LK"/>
              </w:rPr>
            </w:pPr>
          </w:p>
        </w:tc>
      </w:tr>
      <w:tr w:rsidR="00534A1F" w:rsidRPr="007319E2" w:rsidTr="00534A1F">
        <w:tc>
          <w:tcPr>
            <w:tcW w:w="2628" w:type="dxa"/>
          </w:tcPr>
          <w:p w:rsidR="00534A1F" w:rsidRPr="007319E2" w:rsidRDefault="00534A1F" w:rsidP="00A32EDC">
            <w:pPr>
              <w:spacing w:line="276" w:lineRule="auto"/>
              <w:rPr>
                <w:rFonts w:cs="Iskoola Pota"/>
                <w:sz w:val="24"/>
                <w:szCs w:val="24"/>
                <w:cs/>
                <w:lang w:bidi="si-LK"/>
              </w:rPr>
            </w:pPr>
            <w:r w:rsidRPr="007319E2">
              <w:rPr>
                <w:rFonts w:cs="Iskoola Pota"/>
                <w:sz w:val="24"/>
                <w:szCs w:val="24"/>
                <w:cs/>
                <w:lang w:bidi="si-LK"/>
              </w:rPr>
              <w:t>ළමා සමාජ/</w:t>
            </w:r>
            <w:r w:rsidR="00526A4E">
              <w:rPr>
                <w:rFonts w:cs="Iskoola Pota" w:hint="cs"/>
                <w:sz w:val="24"/>
                <w:szCs w:val="24"/>
                <w:cs/>
                <w:lang w:bidi="si-LK"/>
              </w:rPr>
              <w:t xml:space="preserve"> </w:t>
            </w:r>
            <w:r w:rsidRPr="007319E2">
              <w:rPr>
                <w:rFonts w:cs="Iskoola Pota"/>
                <w:sz w:val="24"/>
                <w:szCs w:val="24"/>
                <w:cs/>
                <w:lang w:bidi="si-LK"/>
              </w:rPr>
              <w:t>ළමා සභා පිහිටුවීම හා පවත්වාගෙන යාම</w:t>
            </w:r>
          </w:p>
        </w:tc>
        <w:tc>
          <w:tcPr>
            <w:tcW w:w="4500" w:type="dxa"/>
          </w:tcPr>
          <w:p w:rsidR="00534A1F" w:rsidRPr="007319E2" w:rsidRDefault="00534A1F" w:rsidP="00A32EDC">
            <w:pPr>
              <w:spacing w:line="276" w:lineRule="auto"/>
              <w:rPr>
                <w:rFonts w:cs="Iskoola Pota"/>
                <w:sz w:val="24"/>
                <w:szCs w:val="24"/>
                <w:cs/>
                <w:lang w:bidi="si-LK"/>
              </w:rPr>
            </w:pPr>
            <w:r w:rsidRPr="007319E2">
              <w:rPr>
                <w:rFonts w:cs="Iskoola Pota"/>
                <w:sz w:val="24"/>
                <w:szCs w:val="24"/>
                <w:cs/>
                <w:lang w:bidi="si-LK"/>
              </w:rPr>
              <w:t>ළමා සමාජ ව්‍යවස්ථාව</w:t>
            </w:r>
          </w:p>
        </w:tc>
        <w:tc>
          <w:tcPr>
            <w:tcW w:w="2970" w:type="dxa"/>
          </w:tcPr>
          <w:p w:rsidR="00534A1F" w:rsidRPr="007319E2" w:rsidRDefault="00534A1F" w:rsidP="00A32EDC">
            <w:pPr>
              <w:spacing w:line="276" w:lineRule="auto"/>
              <w:rPr>
                <w:rFonts w:cs="Iskoola Pota"/>
                <w:sz w:val="24"/>
                <w:szCs w:val="24"/>
                <w:lang w:bidi="si-LK"/>
              </w:rPr>
            </w:pPr>
          </w:p>
        </w:tc>
      </w:tr>
    </w:tbl>
    <w:p w:rsidR="00590A00" w:rsidRDefault="00590A00" w:rsidP="00A32EDC">
      <w:pPr>
        <w:spacing w:after="0"/>
        <w:rPr>
          <w:rFonts w:cs="Iskoola Pota"/>
          <w:sz w:val="24"/>
          <w:szCs w:val="24"/>
          <w:lang w:bidi="si-LK"/>
        </w:rPr>
      </w:pPr>
    </w:p>
    <w:p w:rsidR="00762F3C" w:rsidRDefault="00762F3C" w:rsidP="00A32EDC">
      <w:pPr>
        <w:spacing w:after="0"/>
        <w:rPr>
          <w:rFonts w:cs="Iskoola Pota"/>
          <w:sz w:val="24"/>
          <w:szCs w:val="24"/>
          <w:lang w:bidi="si-LK"/>
        </w:rPr>
      </w:pPr>
    </w:p>
    <w:p w:rsidR="009463F9" w:rsidRDefault="009463F9"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A32EDC" w:rsidRDefault="00A32EDC" w:rsidP="00A32EDC">
      <w:pPr>
        <w:spacing w:after="0"/>
        <w:rPr>
          <w:rFonts w:cs="Iskoola Pota"/>
          <w:sz w:val="24"/>
          <w:szCs w:val="24"/>
          <w:lang w:bidi="si-LK"/>
        </w:rPr>
      </w:pPr>
    </w:p>
    <w:p w:rsidR="009463F9" w:rsidRPr="007319E2" w:rsidRDefault="009463F9" w:rsidP="00A32EDC">
      <w:pPr>
        <w:spacing w:after="0"/>
        <w:rPr>
          <w:rFonts w:cs="Iskoola Pota"/>
          <w:sz w:val="24"/>
          <w:szCs w:val="24"/>
          <w:lang w:bidi="si-LK"/>
        </w:rPr>
      </w:pPr>
    </w:p>
    <w:p w:rsidR="009D4B49" w:rsidRPr="007319E2" w:rsidRDefault="0021618B" w:rsidP="00A32EDC">
      <w:pPr>
        <w:spacing w:after="0"/>
        <w:ind w:left="7200"/>
        <w:rPr>
          <w:rFonts w:cs="Iskoola Pota"/>
          <w:sz w:val="24"/>
          <w:szCs w:val="24"/>
        </w:rPr>
      </w:pPr>
      <w:r w:rsidRPr="007319E2">
        <w:rPr>
          <w:rFonts w:cs="Iskoola Pota"/>
          <w:b/>
          <w:bCs/>
          <w:sz w:val="24"/>
          <w:szCs w:val="24"/>
          <w:cs/>
          <w:lang w:bidi="si-LK"/>
        </w:rPr>
        <w:lastRenderedPageBreak/>
        <w:t>ආ</w:t>
      </w:r>
      <w:r w:rsidR="009D4B49" w:rsidRPr="007319E2">
        <w:rPr>
          <w:rFonts w:cs="Iskoola Pota"/>
          <w:b/>
          <w:bCs/>
          <w:sz w:val="24"/>
          <w:szCs w:val="24"/>
          <w:cs/>
          <w:lang w:bidi="si-LK"/>
        </w:rPr>
        <w:t>දර්ශ</w:t>
      </w:r>
      <w:r w:rsidR="009D4B49" w:rsidRPr="007319E2">
        <w:rPr>
          <w:rFonts w:cs="Iskoola Pota"/>
          <w:b/>
          <w:sz w:val="24"/>
          <w:szCs w:val="24"/>
        </w:rPr>
        <w:t xml:space="preserve"> </w:t>
      </w:r>
      <w:r w:rsidR="009D4B49" w:rsidRPr="007319E2">
        <w:rPr>
          <w:rFonts w:cs="Iskoola Pota"/>
          <w:b/>
          <w:bCs/>
          <w:sz w:val="24"/>
          <w:szCs w:val="24"/>
          <w:cs/>
          <w:lang w:bidi="si-LK"/>
        </w:rPr>
        <w:t>ආකෘතිය</w:t>
      </w:r>
    </w:p>
    <w:p w:rsidR="009D4B49" w:rsidRPr="007319E2" w:rsidRDefault="009D4B49" w:rsidP="00A32EDC">
      <w:pPr>
        <w:spacing w:after="0"/>
        <w:rPr>
          <w:rFonts w:cs="Iskoola Pota"/>
          <w:b/>
          <w:bCs/>
          <w:sz w:val="24"/>
          <w:szCs w:val="24"/>
          <w:lang w:bidi="si-LK"/>
        </w:rPr>
      </w:pPr>
    </w:p>
    <w:p w:rsidR="00CD1104" w:rsidRDefault="00836AF7" w:rsidP="00A32EDC">
      <w:pPr>
        <w:spacing w:after="0"/>
        <w:rPr>
          <w:rFonts w:cs="Iskoola Pota"/>
          <w:b/>
          <w:bCs/>
          <w:sz w:val="24"/>
          <w:szCs w:val="24"/>
          <w:lang w:bidi="si-LK"/>
        </w:rPr>
      </w:pPr>
      <w:r w:rsidRPr="007319E2">
        <w:rPr>
          <w:rFonts w:cs="Iskoola Pota"/>
          <w:b/>
          <w:bCs/>
          <w:sz w:val="24"/>
          <w:szCs w:val="24"/>
          <w:cs/>
          <w:lang w:bidi="si-LK"/>
        </w:rPr>
        <w:t>තුන්වන</w:t>
      </w:r>
      <w:r w:rsidRPr="007319E2">
        <w:rPr>
          <w:rFonts w:cs="Iskoola Pota"/>
          <w:b/>
          <w:sz w:val="24"/>
          <w:szCs w:val="24"/>
        </w:rPr>
        <w:t xml:space="preserve"> </w:t>
      </w:r>
      <w:r w:rsidRPr="007319E2">
        <w:rPr>
          <w:rFonts w:cs="Iskoola Pota"/>
          <w:b/>
          <w:bCs/>
          <w:sz w:val="24"/>
          <w:szCs w:val="24"/>
          <w:cs/>
          <w:lang w:bidi="si-LK"/>
        </w:rPr>
        <w:t>කොටස</w:t>
      </w:r>
    </w:p>
    <w:p w:rsidR="00DB20A1" w:rsidRPr="007319E2" w:rsidRDefault="00DB20A1" w:rsidP="00A32EDC">
      <w:pPr>
        <w:spacing w:after="0"/>
        <w:rPr>
          <w:rFonts w:cs="Iskoola Pota"/>
          <w:sz w:val="24"/>
          <w:szCs w:val="24"/>
        </w:rPr>
      </w:pPr>
    </w:p>
    <w:p w:rsidR="00CD1104" w:rsidRPr="007319E2" w:rsidRDefault="00836AF7" w:rsidP="00A32EDC">
      <w:pPr>
        <w:spacing w:after="0"/>
        <w:jc w:val="both"/>
        <w:rPr>
          <w:rFonts w:cs="Iskoola Pota"/>
          <w:sz w:val="24"/>
          <w:szCs w:val="24"/>
        </w:rPr>
      </w:pPr>
      <w:r w:rsidRPr="007319E2">
        <w:rPr>
          <w:rFonts w:cs="Iskoola Pota"/>
          <w:b/>
          <w:sz w:val="24"/>
          <w:szCs w:val="24"/>
        </w:rPr>
        <w:t xml:space="preserve">08. </w:t>
      </w:r>
      <w:r w:rsidRPr="007319E2">
        <w:rPr>
          <w:rFonts w:cs="Iskoola Pota"/>
          <w:b/>
          <w:bCs/>
          <w:sz w:val="24"/>
          <w:szCs w:val="24"/>
          <w:cs/>
          <w:lang w:bidi="si-LK"/>
        </w:rPr>
        <w:t>අමාත</w:t>
      </w:r>
      <w:r w:rsidR="009D4B49" w:rsidRPr="007319E2">
        <w:rPr>
          <w:rFonts w:cs="Iskoola Pota"/>
          <w:b/>
          <w:bCs/>
          <w:sz w:val="24"/>
          <w:szCs w:val="24"/>
          <w:cs/>
          <w:lang w:bidi="si-LK"/>
        </w:rPr>
        <w:t>්‍යාංශයට</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එක්</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w:t>
      </w:r>
      <w:r w:rsidRPr="007319E2">
        <w:rPr>
          <w:rFonts w:cs="Iskoola Pota"/>
          <w:b/>
          <w:sz w:val="24"/>
          <w:szCs w:val="24"/>
        </w:rPr>
        <w:t xml:space="preserve"> </w:t>
      </w:r>
      <w:r w:rsidRPr="007319E2">
        <w:rPr>
          <w:rFonts w:cs="Iskoola Pota"/>
          <w:b/>
          <w:bCs/>
          <w:sz w:val="24"/>
          <w:szCs w:val="24"/>
          <w:cs/>
          <w:lang w:bidi="si-LK"/>
        </w:rPr>
        <w:t>වෙනුවෙන්</w:t>
      </w:r>
      <w:r w:rsidRPr="007319E2">
        <w:rPr>
          <w:rFonts w:cs="Iskoola Pota"/>
          <w:b/>
          <w:sz w:val="24"/>
          <w:szCs w:val="24"/>
        </w:rPr>
        <w:t xml:space="preserve"> </w:t>
      </w:r>
      <w:r w:rsidRPr="007319E2">
        <w:rPr>
          <w:rFonts w:cs="Iskoola Pota"/>
          <w:b/>
          <w:bCs/>
          <w:sz w:val="24"/>
          <w:szCs w:val="24"/>
          <w:cs/>
          <w:lang w:bidi="si-LK"/>
        </w:rPr>
        <w:t>රජයේ</w:t>
      </w:r>
      <w:r w:rsidRPr="007319E2">
        <w:rPr>
          <w:rFonts w:cs="Iskoola Pota"/>
          <w:b/>
          <w:sz w:val="24"/>
          <w:szCs w:val="24"/>
        </w:rPr>
        <w:t xml:space="preserve"> </w:t>
      </w:r>
      <w:r w:rsidRPr="007319E2">
        <w:rPr>
          <w:rFonts w:cs="Iskoola Pota"/>
          <w:b/>
          <w:bCs/>
          <w:sz w:val="24"/>
          <w:szCs w:val="24"/>
          <w:cs/>
          <w:lang w:bidi="si-LK"/>
        </w:rPr>
        <w:t>අයවැයෙන්</w:t>
      </w:r>
      <w:r w:rsidRPr="007319E2">
        <w:rPr>
          <w:rFonts w:cs="Iskoola Pota"/>
          <w:b/>
          <w:sz w:val="24"/>
          <w:szCs w:val="24"/>
        </w:rPr>
        <w:t xml:space="preserve"> / </w:t>
      </w:r>
      <w:r w:rsidRPr="007319E2">
        <w:rPr>
          <w:rFonts w:cs="Iskoola Pota"/>
          <w:b/>
          <w:bCs/>
          <w:sz w:val="24"/>
          <w:szCs w:val="24"/>
          <w:cs/>
          <w:lang w:bidi="si-LK"/>
        </w:rPr>
        <w:t>පළාත්</w:t>
      </w:r>
      <w:r w:rsidRPr="007319E2">
        <w:rPr>
          <w:rFonts w:cs="Iskoola Pota"/>
          <w:b/>
          <w:sz w:val="24"/>
          <w:szCs w:val="24"/>
        </w:rPr>
        <w:t xml:space="preserve"> </w:t>
      </w:r>
      <w:r w:rsidRPr="007319E2">
        <w:rPr>
          <w:rFonts w:cs="Iskoola Pota"/>
          <w:b/>
          <w:bCs/>
          <w:sz w:val="24"/>
          <w:szCs w:val="24"/>
          <w:cs/>
          <w:lang w:bidi="si-LK"/>
        </w:rPr>
        <w:t>සභා</w:t>
      </w:r>
      <w:r w:rsidRPr="007319E2">
        <w:rPr>
          <w:rFonts w:cs="Iskoola Pota"/>
          <w:b/>
          <w:sz w:val="24"/>
          <w:szCs w:val="24"/>
        </w:rPr>
        <w:t xml:space="preserve"> </w:t>
      </w:r>
      <w:r w:rsidRPr="007319E2">
        <w:rPr>
          <w:rFonts w:cs="Iskoola Pota"/>
          <w:b/>
          <w:bCs/>
          <w:sz w:val="24"/>
          <w:szCs w:val="24"/>
          <w:cs/>
          <w:lang w:bidi="si-LK"/>
        </w:rPr>
        <w:t>මුදල්</w:t>
      </w:r>
      <w:r w:rsidRPr="007319E2">
        <w:rPr>
          <w:rFonts w:cs="Iskoola Pota"/>
          <w:b/>
          <w:sz w:val="24"/>
          <w:szCs w:val="24"/>
        </w:rPr>
        <w:t xml:space="preserve"> </w:t>
      </w:r>
      <w:r w:rsidRPr="007319E2">
        <w:rPr>
          <w:rFonts w:cs="Iskoola Pota"/>
          <w:b/>
          <w:bCs/>
          <w:sz w:val="24"/>
          <w:szCs w:val="24"/>
          <w:cs/>
          <w:lang w:bidi="si-LK"/>
        </w:rPr>
        <w:t>ප</w:t>
      </w:r>
      <w:r w:rsidR="009D4B49" w:rsidRPr="007319E2">
        <w:rPr>
          <w:rFonts w:cs="Iskoola Pota"/>
          <w:b/>
          <w:bCs/>
          <w:sz w:val="24"/>
          <w:szCs w:val="24"/>
          <w:cs/>
          <w:lang w:bidi="si-LK"/>
        </w:rPr>
        <w:t>්‍ර</w:t>
      </w:r>
      <w:r w:rsidRPr="007319E2">
        <w:rPr>
          <w:rFonts w:cs="Iskoola Pota"/>
          <w:b/>
          <w:bCs/>
          <w:sz w:val="24"/>
          <w:szCs w:val="24"/>
          <w:cs/>
          <w:lang w:bidi="si-LK"/>
        </w:rPr>
        <w:t>කාශයෙන්</w:t>
      </w:r>
      <w:r w:rsidRPr="007319E2">
        <w:rPr>
          <w:rFonts w:cs="Iskoola Pota"/>
          <w:b/>
          <w:sz w:val="24"/>
          <w:szCs w:val="24"/>
        </w:rPr>
        <w:t xml:space="preserve"> / </w:t>
      </w:r>
      <w:r w:rsidRPr="007319E2">
        <w:rPr>
          <w:rFonts w:cs="Iskoola Pota"/>
          <w:b/>
          <w:bCs/>
          <w:sz w:val="24"/>
          <w:szCs w:val="24"/>
          <w:cs/>
          <w:lang w:bidi="si-LK"/>
        </w:rPr>
        <w:t>ස්වයං</w:t>
      </w:r>
      <w:r w:rsidRPr="007319E2">
        <w:rPr>
          <w:rFonts w:cs="Iskoola Pota"/>
          <w:b/>
          <w:sz w:val="24"/>
          <w:szCs w:val="24"/>
        </w:rPr>
        <w:t xml:space="preserve"> </w:t>
      </w:r>
      <w:r w:rsidRPr="007319E2">
        <w:rPr>
          <w:rFonts w:cs="Iskoola Pota"/>
          <w:b/>
          <w:bCs/>
          <w:sz w:val="24"/>
          <w:szCs w:val="24"/>
          <w:cs/>
          <w:lang w:bidi="si-LK"/>
        </w:rPr>
        <w:t>අයවැය</w:t>
      </w:r>
      <w:r w:rsidRPr="007319E2">
        <w:rPr>
          <w:rFonts w:cs="Iskoola Pota"/>
          <w:b/>
          <w:sz w:val="24"/>
          <w:szCs w:val="24"/>
        </w:rPr>
        <w:t xml:space="preserve"> </w:t>
      </w:r>
      <w:r w:rsidRPr="007319E2">
        <w:rPr>
          <w:rFonts w:cs="Iskoola Pota"/>
          <w:b/>
          <w:bCs/>
          <w:sz w:val="24"/>
          <w:szCs w:val="24"/>
          <w:cs/>
          <w:lang w:bidi="si-LK"/>
        </w:rPr>
        <w:t>ලේඛන</w:t>
      </w:r>
      <w:r w:rsidRPr="007319E2">
        <w:rPr>
          <w:rFonts w:cs="Iskoola Pota"/>
          <w:b/>
          <w:sz w:val="24"/>
          <w:szCs w:val="24"/>
        </w:rPr>
        <w:t xml:space="preserve"> </w:t>
      </w:r>
      <w:r w:rsidRPr="007319E2">
        <w:rPr>
          <w:rFonts w:cs="Iskoola Pota"/>
          <w:b/>
          <w:bCs/>
          <w:sz w:val="24"/>
          <w:szCs w:val="24"/>
          <w:cs/>
          <w:lang w:bidi="si-LK"/>
        </w:rPr>
        <w:t>මගින්</w:t>
      </w:r>
      <w:r w:rsidRPr="007319E2">
        <w:rPr>
          <w:rFonts w:cs="Iskoola Pota"/>
          <w:b/>
          <w:sz w:val="24"/>
          <w:szCs w:val="24"/>
        </w:rPr>
        <w:t xml:space="preserve"> </w:t>
      </w:r>
      <w:r w:rsidRPr="007319E2">
        <w:rPr>
          <w:rFonts w:cs="Iskoola Pota"/>
          <w:b/>
          <w:bCs/>
          <w:sz w:val="24"/>
          <w:szCs w:val="24"/>
          <w:cs/>
          <w:lang w:bidi="si-LK"/>
        </w:rPr>
        <w:t>වෙන්</w:t>
      </w:r>
      <w:r w:rsidRPr="007319E2">
        <w:rPr>
          <w:rFonts w:cs="Iskoola Pota"/>
          <w:b/>
          <w:sz w:val="24"/>
          <w:szCs w:val="24"/>
        </w:rPr>
        <w:t xml:space="preserve"> </w:t>
      </w:r>
      <w:r w:rsidRPr="007319E2">
        <w:rPr>
          <w:rFonts w:cs="Iskoola Pota"/>
          <w:b/>
          <w:bCs/>
          <w:sz w:val="24"/>
          <w:szCs w:val="24"/>
          <w:cs/>
          <w:lang w:bidi="si-LK"/>
        </w:rPr>
        <w:t>කරන</w:t>
      </w:r>
      <w:r w:rsidRPr="007319E2">
        <w:rPr>
          <w:rFonts w:cs="Iskoola Pota"/>
          <w:b/>
          <w:sz w:val="24"/>
          <w:szCs w:val="24"/>
        </w:rPr>
        <w:t xml:space="preserve"> </w:t>
      </w:r>
      <w:r w:rsidRPr="007319E2">
        <w:rPr>
          <w:rFonts w:cs="Iskoola Pota"/>
          <w:b/>
          <w:bCs/>
          <w:sz w:val="24"/>
          <w:szCs w:val="24"/>
          <w:cs/>
          <w:lang w:bidi="si-LK"/>
        </w:rPr>
        <w:t>ලද</w:t>
      </w:r>
      <w:r w:rsidRPr="007319E2">
        <w:rPr>
          <w:rFonts w:cs="Iskoola Pota"/>
          <w:b/>
          <w:sz w:val="24"/>
          <w:szCs w:val="24"/>
        </w:rPr>
        <w:t xml:space="preserve"> </w:t>
      </w:r>
      <w:r w:rsidRPr="007319E2">
        <w:rPr>
          <w:rFonts w:cs="Iskoola Pota"/>
          <w:b/>
          <w:bCs/>
          <w:sz w:val="24"/>
          <w:szCs w:val="24"/>
          <w:cs/>
          <w:lang w:bidi="si-LK"/>
        </w:rPr>
        <w:t>ආදායම්</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තොරතුරු</w:t>
      </w:r>
    </w:p>
    <w:p w:rsidR="00CD1104" w:rsidRPr="007319E2" w:rsidRDefault="00836AF7" w:rsidP="00A32EDC">
      <w:pPr>
        <w:spacing w:after="0"/>
        <w:jc w:val="both"/>
        <w:rPr>
          <w:rFonts w:cs="Iskoola Pota"/>
          <w:sz w:val="24"/>
          <w:szCs w:val="24"/>
        </w:rPr>
      </w:pPr>
      <w:r w:rsidRPr="007319E2">
        <w:rPr>
          <w:rFonts w:cs="Iskoola Pota"/>
          <w:sz w:val="24"/>
          <w:szCs w:val="24"/>
          <w:cs/>
          <w:lang w:bidi="si-LK"/>
        </w:rPr>
        <w:t>අමාත</w:t>
      </w:r>
      <w:r w:rsidR="009D4B49" w:rsidRPr="007319E2">
        <w:rPr>
          <w:rFonts w:cs="Iskoola Pota"/>
          <w:sz w:val="24"/>
          <w:szCs w:val="24"/>
          <w:cs/>
          <w:lang w:bidi="si-LK"/>
        </w:rPr>
        <w:t>්‍යාංශය</w:t>
      </w:r>
      <w:r w:rsidRPr="007319E2">
        <w:rPr>
          <w:rFonts w:cs="Iskoola Pota"/>
          <w:sz w:val="24"/>
          <w:szCs w:val="24"/>
        </w:rPr>
        <w:t xml:space="preserve"> / </w:t>
      </w: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w:t>
      </w:r>
    </w:p>
    <w:p w:rsidR="00CD1104" w:rsidRPr="007319E2" w:rsidRDefault="00836AF7" w:rsidP="00A32EDC">
      <w:pPr>
        <w:spacing w:after="0"/>
        <w:jc w:val="both"/>
        <w:rPr>
          <w:rFonts w:cs="Iskoola Pota"/>
          <w:sz w:val="24"/>
          <w:szCs w:val="24"/>
        </w:rPr>
      </w:pPr>
      <w:r w:rsidRPr="007319E2">
        <w:rPr>
          <w:rFonts w:cs="Iskoola Pota"/>
          <w:b/>
          <w:sz w:val="24"/>
          <w:szCs w:val="24"/>
        </w:rPr>
        <w:t xml:space="preserve">8.1 </w:t>
      </w:r>
      <w:r w:rsidRPr="007319E2">
        <w:rPr>
          <w:rFonts w:cs="Iskoola Pota"/>
          <w:b/>
          <w:bCs/>
          <w:sz w:val="24"/>
          <w:szCs w:val="24"/>
          <w:cs/>
          <w:lang w:bidi="si-LK"/>
        </w:rPr>
        <w:t>ආදායම්</w:t>
      </w:r>
      <w:r w:rsidRPr="007319E2">
        <w:rPr>
          <w:rFonts w:cs="Iskoola Pota"/>
          <w:b/>
          <w:sz w:val="24"/>
          <w:szCs w:val="24"/>
        </w:rPr>
        <w:t xml:space="preserve"> </w:t>
      </w:r>
      <w:r w:rsidRPr="007319E2">
        <w:rPr>
          <w:rFonts w:cs="Iskoola Pota"/>
          <w:b/>
          <w:bCs/>
          <w:sz w:val="24"/>
          <w:szCs w:val="24"/>
          <w:cs/>
          <w:lang w:bidi="si-LK"/>
        </w:rPr>
        <w:t>විස්තර</w:t>
      </w:r>
    </w:p>
    <w:p w:rsidR="00CD1104" w:rsidRPr="007319E2" w:rsidRDefault="00836AF7" w:rsidP="00A32EDC">
      <w:pPr>
        <w:spacing w:after="0"/>
        <w:ind w:left="720"/>
        <w:jc w:val="both"/>
        <w:rPr>
          <w:rFonts w:cs="Iskoola Pota"/>
          <w:sz w:val="24"/>
          <w:szCs w:val="24"/>
        </w:rPr>
      </w:pPr>
      <w:r w:rsidRPr="007319E2">
        <w:rPr>
          <w:rFonts w:cs="Iskoola Pota"/>
          <w:sz w:val="24"/>
          <w:szCs w:val="24"/>
          <w:cs/>
          <w:lang w:bidi="si-LK"/>
        </w:rPr>
        <w:t>රාජ</w:t>
      </w:r>
      <w:r w:rsidR="004E1AD6" w:rsidRPr="007319E2">
        <w:rPr>
          <w:rFonts w:cs="Iskoola Pota"/>
          <w:sz w:val="24"/>
          <w:szCs w:val="24"/>
          <w:cs/>
          <w:lang w:bidi="si-LK"/>
        </w:rPr>
        <w:t>්‍ය</w:t>
      </w:r>
      <w:r w:rsidRPr="007319E2">
        <w:rPr>
          <w:rFonts w:cs="Iskoola Pota"/>
          <w:sz w:val="24"/>
          <w:szCs w:val="24"/>
        </w:rPr>
        <w:t xml:space="preserve"> </w:t>
      </w:r>
      <w:r w:rsidRPr="007319E2">
        <w:rPr>
          <w:rFonts w:cs="Iskoola Pota"/>
          <w:sz w:val="24"/>
          <w:szCs w:val="24"/>
          <w:cs/>
          <w:lang w:bidi="si-LK"/>
        </w:rPr>
        <w:t>අයවැය</w:t>
      </w:r>
      <w:r w:rsidRPr="007319E2">
        <w:rPr>
          <w:rFonts w:cs="Iskoola Pota"/>
          <w:sz w:val="24"/>
          <w:szCs w:val="24"/>
        </w:rPr>
        <w:t xml:space="preserve"> / </w:t>
      </w:r>
      <w:r w:rsidRPr="007319E2">
        <w:rPr>
          <w:rFonts w:cs="Iskoola Pota"/>
          <w:sz w:val="24"/>
          <w:szCs w:val="24"/>
          <w:cs/>
          <w:lang w:bidi="si-LK"/>
        </w:rPr>
        <w:t>මුදල්</w:t>
      </w:r>
      <w:r w:rsidRPr="007319E2">
        <w:rPr>
          <w:rFonts w:cs="Iskoola Pota"/>
          <w:sz w:val="24"/>
          <w:szCs w:val="24"/>
        </w:rPr>
        <w:t xml:space="preserve"> </w:t>
      </w:r>
      <w:r w:rsidR="0021618B" w:rsidRPr="007319E2">
        <w:rPr>
          <w:rFonts w:cs="Iskoola Pota"/>
          <w:sz w:val="24"/>
          <w:szCs w:val="24"/>
          <w:cs/>
          <w:lang w:bidi="si-LK"/>
        </w:rPr>
        <w:t>ප්‍ර</w:t>
      </w:r>
      <w:r w:rsidRPr="007319E2">
        <w:rPr>
          <w:rFonts w:cs="Iskoola Pota"/>
          <w:sz w:val="24"/>
          <w:szCs w:val="24"/>
          <w:cs/>
          <w:lang w:bidi="si-LK"/>
        </w:rPr>
        <w:t>කාශ</w:t>
      </w:r>
      <w:r w:rsidRPr="007319E2">
        <w:rPr>
          <w:rFonts w:cs="Iskoola Pota"/>
          <w:sz w:val="24"/>
          <w:szCs w:val="24"/>
        </w:rPr>
        <w:t xml:space="preserve"> / </w:t>
      </w:r>
      <w:r w:rsidRPr="007319E2">
        <w:rPr>
          <w:rFonts w:cs="Iskoola Pota"/>
          <w:sz w:val="24"/>
          <w:szCs w:val="24"/>
          <w:cs/>
          <w:lang w:bidi="si-LK"/>
        </w:rPr>
        <w:t>ස්වයං</w:t>
      </w:r>
      <w:r w:rsidRPr="007319E2">
        <w:rPr>
          <w:rFonts w:cs="Iskoola Pota"/>
          <w:sz w:val="24"/>
          <w:szCs w:val="24"/>
        </w:rPr>
        <w:t xml:space="preserve"> </w:t>
      </w:r>
      <w:r w:rsidRPr="007319E2">
        <w:rPr>
          <w:rFonts w:cs="Iskoola Pota"/>
          <w:sz w:val="24"/>
          <w:szCs w:val="24"/>
          <w:cs/>
          <w:lang w:bidi="si-LK"/>
        </w:rPr>
        <w:t>අයවැය</w:t>
      </w:r>
      <w:r w:rsidRPr="007319E2">
        <w:rPr>
          <w:rFonts w:cs="Iskoola Pota"/>
          <w:sz w:val="24"/>
          <w:szCs w:val="24"/>
        </w:rPr>
        <w:t xml:space="preserve"> </w:t>
      </w:r>
      <w:r w:rsidRPr="007319E2">
        <w:rPr>
          <w:rFonts w:cs="Iskoola Pota"/>
          <w:sz w:val="24"/>
          <w:szCs w:val="24"/>
          <w:cs/>
          <w:lang w:bidi="si-LK"/>
        </w:rPr>
        <w:t>අනුව</w:t>
      </w:r>
      <w:r w:rsidRPr="007319E2">
        <w:rPr>
          <w:rFonts w:cs="Iskoola Pota"/>
          <w:sz w:val="24"/>
          <w:szCs w:val="24"/>
        </w:rPr>
        <w:t xml:space="preserve"> (</w:t>
      </w:r>
      <w:r w:rsidRPr="007319E2">
        <w:rPr>
          <w:rFonts w:cs="Iskoola Pota"/>
          <w:sz w:val="24"/>
          <w:szCs w:val="24"/>
          <w:cs/>
          <w:lang w:bidi="si-LK"/>
        </w:rPr>
        <w:t>ආදායම්</w:t>
      </w:r>
      <w:r w:rsidRPr="007319E2">
        <w:rPr>
          <w:rFonts w:cs="Iskoola Pota"/>
          <w:sz w:val="24"/>
          <w:szCs w:val="24"/>
        </w:rPr>
        <w:t xml:space="preserve"> </w:t>
      </w:r>
      <w:r w:rsidRPr="007319E2">
        <w:rPr>
          <w:rFonts w:cs="Iskoola Pota"/>
          <w:sz w:val="24"/>
          <w:szCs w:val="24"/>
          <w:cs/>
          <w:lang w:bidi="si-LK"/>
        </w:rPr>
        <w:t>රැස්</w:t>
      </w:r>
      <w:r w:rsidRPr="007319E2">
        <w:rPr>
          <w:rFonts w:cs="Iskoola Pota"/>
          <w:sz w:val="24"/>
          <w:szCs w:val="24"/>
        </w:rPr>
        <w:t xml:space="preserve"> </w:t>
      </w:r>
      <w:r w:rsidRPr="007319E2">
        <w:rPr>
          <w:rFonts w:cs="Iskoola Pota"/>
          <w:sz w:val="24"/>
          <w:szCs w:val="24"/>
          <w:cs/>
          <w:lang w:bidi="si-LK"/>
        </w:rPr>
        <w:t>කරන</w:t>
      </w:r>
      <w:r w:rsidRPr="007319E2">
        <w:rPr>
          <w:rFonts w:cs="Iskoola Pota"/>
          <w:sz w:val="24"/>
          <w:szCs w:val="24"/>
        </w:rPr>
        <w:t xml:space="preserve"> </w:t>
      </w:r>
      <w:r w:rsidRPr="007319E2">
        <w:rPr>
          <w:rFonts w:cs="Iskoola Pota"/>
          <w:sz w:val="24"/>
          <w:szCs w:val="24"/>
          <w:cs/>
          <w:lang w:bidi="si-LK"/>
        </w:rPr>
        <w:t>ආයතන</w:t>
      </w:r>
      <w:r w:rsidRPr="007319E2">
        <w:rPr>
          <w:rFonts w:cs="Iskoola Pota"/>
          <w:sz w:val="24"/>
          <w:szCs w:val="24"/>
        </w:rPr>
        <w:t xml:space="preserve"> </w:t>
      </w:r>
      <w:r w:rsidRPr="007319E2">
        <w:rPr>
          <w:rFonts w:cs="Iskoola Pota"/>
          <w:sz w:val="24"/>
          <w:szCs w:val="24"/>
          <w:cs/>
          <w:lang w:bidi="si-LK"/>
        </w:rPr>
        <w:t>සඳහා</w:t>
      </w:r>
      <w:r w:rsidRPr="007319E2">
        <w:rPr>
          <w:rFonts w:cs="Iskoola Pota"/>
          <w:sz w:val="24"/>
          <w:szCs w:val="24"/>
        </w:rPr>
        <w:t xml:space="preserve"> </w:t>
      </w:r>
      <w:r w:rsidRPr="007319E2">
        <w:rPr>
          <w:rFonts w:cs="Iskoola Pota"/>
          <w:sz w:val="24"/>
          <w:szCs w:val="24"/>
          <w:cs/>
          <w:lang w:bidi="si-LK"/>
        </w:rPr>
        <w:t>පමණි</w:t>
      </w:r>
      <w:r w:rsidRPr="007319E2">
        <w:rPr>
          <w:rFonts w:cs="Iskoola Pota"/>
          <w:sz w:val="24"/>
          <w:szCs w:val="24"/>
        </w:rPr>
        <w:t>)</w:t>
      </w:r>
    </w:p>
    <w:tbl>
      <w:tblPr>
        <w:tblStyle w:val="TableGrid"/>
        <w:tblW w:w="9915" w:type="dxa"/>
        <w:tblLook w:val="04A0"/>
      </w:tblPr>
      <w:tblGrid>
        <w:gridCol w:w="3305"/>
        <w:gridCol w:w="3305"/>
        <w:gridCol w:w="3305"/>
      </w:tblGrid>
      <w:tr w:rsidR="00CD1104" w:rsidRPr="007319E2" w:rsidTr="00DB20A1">
        <w:trPr>
          <w:trHeight w:val="971"/>
        </w:trPr>
        <w:tc>
          <w:tcPr>
            <w:tcW w:w="3305" w:type="dxa"/>
            <w:vAlign w:val="center"/>
          </w:tcPr>
          <w:p w:rsidR="00CD1104" w:rsidRPr="007319E2" w:rsidRDefault="001D6C8C" w:rsidP="00A32EDC">
            <w:pPr>
              <w:spacing w:line="276" w:lineRule="auto"/>
              <w:jc w:val="center"/>
              <w:rPr>
                <w:rFonts w:cs="Iskoola Pota"/>
                <w:sz w:val="24"/>
                <w:szCs w:val="24"/>
              </w:rPr>
            </w:pPr>
            <w:r w:rsidRPr="007319E2">
              <w:rPr>
                <w:rFonts w:cs="Iskoola Pota"/>
                <w:b/>
                <w:bCs/>
                <w:sz w:val="24"/>
                <w:szCs w:val="24"/>
                <w:cs/>
                <w:lang w:bidi="si-LK"/>
              </w:rPr>
              <w:t>ප්‍ර</w:t>
            </w:r>
            <w:r w:rsidR="00836AF7" w:rsidRPr="007319E2">
              <w:rPr>
                <w:rFonts w:cs="Iskoola Pota"/>
                <w:b/>
                <w:bCs/>
                <w:sz w:val="24"/>
                <w:szCs w:val="24"/>
                <w:cs/>
                <w:lang w:bidi="si-LK"/>
              </w:rPr>
              <w:t>ධාන</w:t>
            </w:r>
            <w:r w:rsidR="00836AF7" w:rsidRPr="007319E2">
              <w:rPr>
                <w:rFonts w:cs="Iskoola Pota"/>
                <w:b/>
                <w:sz w:val="24"/>
                <w:szCs w:val="24"/>
              </w:rPr>
              <w:t xml:space="preserve"> </w:t>
            </w:r>
            <w:r w:rsidR="00836AF7" w:rsidRPr="007319E2">
              <w:rPr>
                <w:rFonts w:cs="Iskoola Pota"/>
                <w:b/>
                <w:bCs/>
                <w:sz w:val="24"/>
                <w:szCs w:val="24"/>
                <w:cs/>
                <w:lang w:bidi="si-LK"/>
              </w:rPr>
              <w:t>ආදායම්</w:t>
            </w:r>
            <w:r w:rsidR="00836AF7" w:rsidRPr="007319E2">
              <w:rPr>
                <w:rFonts w:cs="Iskoola Pota"/>
                <w:b/>
                <w:sz w:val="24"/>
                <w:szCs w:val="24"/>
              </w:rPr>
              <w:t xml:space="preserve"> </w:t>
            </w:r>
            <w:r w:rsidR="00836AF7" w:rsidRPr="007319E2">
              <w:rPr>
                <w:rFonts w:cs="Iskoola Pota"/>
                <w:b/>
                <w:bCs/>
                <w:sz w:val="24"/>
                <w:szCs w:val="24"/>
                <w:cs/>
                <w:lang w:bidi="si-LK"/>
              </w:rPr>
              <w:t>වර්ගීකරණය</w:t>
            </w:r>
            <w:r w:rsidR="00836AF7" w:rsidRPr="007319E2">
              <w:rPr>
                <w:rFonts w:cs="Iskoola Pota"/>
                <w:b/>
                <w:sz w:val="24"/>
                <w:szCs w:val="24"/>
              </w:rPr>
              <w:t xml:space="preserve"> (Revenue Category)</w:t>
            </w:r>
          </w:p>
        </w:tc>
        <w:tc>
          <w:tcPr>
            <w:tcW w:w="3305"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ඇස්තමේන්තු</w:t>
            </w:r>
            <w:r w:rsidRPr="007319E2">
              <w:rPr>
                <w:rFonts w:cs="Iskoola Pota"/>
                <w:b/>
                <w:sz w:val="24"/>
                <w:szCs w:val="24"/>
              </w:rPr>
              <w:t xml:space="preserve"> </w:t>
            </w:r>
            <w:r w:rsidRPr="007319E2">
              <w:rPr>
                <w:rFonts w:cs="Iskoola Pota"/>
                <w:b/>
                <w:bCs/>
                <w:sz w:val="24"/>
                <w:szCs w:val="24"/>
                <w:cs/>
                <w:lang w:bidi="si-LK"/>
              </w:rPr>
              <w:t>කළ</w:t>
            </w:r>
            <w:r w:rsidRPr="007319E2">
              <w:rPr>
                <w:rFonts w:cs="Iskoola Pota"/>
                <w:b/>
                <w:sz w:val="24"/>
                <w:szCs w:val="24"/>
              </w:rPr>
              <w:t xml:space="preserve"> </w:t>
            </w:r>
            <w:r w:rsidRPr="007319E2">
              <w:rPr>
                <w:rFonts w:cs="Iskoola Pota"/>
                <w:b/>
                <w:bCs/>
                <w:sz w:val="24"/>
                <w:szCs w:val="24"/>
                <w:cs/>
                <w:lang w:bidi="si-LK"/>
              </w:rPr>
              <w:t>ආදායම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c>
          <w:tcPr>
            <w:tcW w:w="3305"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සත</w:t>
            </w:r>
            <w:r w:rsidR="001D6C8C" w:rsidRPr="007319E2">
              <w:rPr>
                <w:rFonts w:cs="Iskoola Pota"/>
                <w:b/>
                <w:bCs/>
                <w:sz w:val="24"/>
                <w:szCs w:val="24"/>
                <w:cs/>
                <w:lang w:bidi="si-LK"/>
              </w:rPr>
              <w:t>්‍ය</w:t>
            </w:r>
            <w:r w:rsidRPr="007319E2">
              <w:rPr>
                <w:rFonts w:cs="Iskoola Pota"/>
                <w:b/>
                <w:sz w:val="24"/>
                <w:szCs w:val="24"/>
              </w:rPr>
              <w:t xml:space="preserve"> </w:t>
            </w:r>
            <w:r w:rsidRPr="007319E2">
              <w:rPr>
                <w:rFonts w:cs="Iskoola Pota"/>
                <w:b/>
                <w:bCs/>
                <w:sz w:val="24"/>
                <w:szCs w:val="24"/>
                <w:cs/>
                <w:lang w:bidi="si-LK"/>
              </w:rPr>
              <w:t>වශයෙන්</w:t>
            </w:r>
            <w:r w:rsidRPr="007319E2">
              <w:rPr>
                <w:rFonts w:cs="Iskoola Pota"/>
                <w:b/>
                <w:sz w:val="24"/>
                <w:szCs w:val="24"/>
              </w:rPr>
              <w:t xml:space="preserve"> </w:t>
            </w:r>
            <w:r w:rsidRPr="007319E2">
              <w:rPr>
                <w:rFonts w:cs="Iskoola Pota"/>
                <w:b/>
                <w:bCs/>
                <w:sz w:val="24"/>
                <w:szCs w:val="24"/>
                <w:cs/>
                <w:lang w:bidi="si-LK"/>
              </w:rPr>
              <w:t>රැස්</w:t>
            </w:r>
            <w:r w:rsidRPr="007319E2">
              <w:rPr>
                <w:rFonts w:cs="Iskoola Pota"/>
                <w:b/>
                <w:sz w:val="24"/>
                <w:szCs w:val="24"/>
              </w:rPr>
              <w:t xml:space="preserve"> </w:t>
            </w:r>
            <w:r w:rsidRPr="007319E2">
              <w:rPr>
                <w:rFonts w:cs="Iskoola Pota"/>
                <w:b/>
                <w:bCs/>
                <w:sz w:val="24"/>
                <w:szCs w:val="24"/>
                <w:cs/>
                <w:lang w:bidi="si-LK"/>
              </w:rPr>
              <w:t>කළ</w:t>
            </w:r>
            <w:r w:rsidRPr="007319E2">
              <w:rPr>
                <w:rFonts w:cs="Iskoola Pota"/>
                <w:b/>
                <w:sz w:val="24"/>
                <w:szCs w:val="24"/>
              </w:rPr>
              <w:t xml:space="preserve"> </w:t>
            </w:r>
            <w:r w:rsidRPr="007319E2">
              <w:rPr>
                <w:rFonts w:cs="Iskoola Pota"/>
                <w:b/>
                <w:bCs/>
                <w:sz w:val="24"/>
                <w:szCs w:val="24"/>
                <w:cs/>
                <w:lang w:bidi="si-LK"/>
              </w:rPr>
              <w:t>ආදායම්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r>
      <w:tr w:rsidR="00CD1104" w:rsidRPr="007319E2" w:rsidTr="00DB20A1">
        <w:trPr>
          <w:trHeight w:val="350"/>
        </w:trPr>
        <w:tc>
          <w:tcPr>
            <w:tcW w:w="3305" w:type="dxa"/>
            <w:vAlign w:val="center"/>
          </w:tcPr>
          <w:p w:rsidR="00CD1104" w:rsidRPr="007319E2" w:rsidRDefault="00CD1104" w:rsidP="00A32EDC">
            <w:pPr>
              <w:spacing w:line="276" w:lineRule="auto"/>
              <w:jc w:val="center"/>
              <w:rPr>
                <w:rFonts w:cs="Iskoola Pota"/>
                <w:sz w:val="24"/>
                <w:szCs w:val="24"/>
              </w:rPr>
            </w:pPr>
          </w:p>
        </w:tc>
        <w:tc>
          <w:tcPr>
            <w:tcW w:w="3305" w:type="dxa"/>
            <w:vAlign w:val="center"/>
          </w:tcPr>
          <w:p w:rsidR="00CD1104" w:rsidRPr="007319E2" w:rsidRDefault="00CD1104" w:rsidP="00A32EDC">
            <w:pPr>
              <w:spacing w:line="276" w:lineRule="auto"/>
              <w:jc w:val="center"/>
              <w:rPr>
                <w:rFonts w:cs="Iskoola Pota"/>
                <w:sz w:val="24"/>
                <w:szCs w:val="24"/>
              </w:rPr>
            </w:pPr>
          </w:p>
        </w:tc>
        <w:tc>
          <w:tcPr>
            <w:tcW w:w="3305" w:type="dxa"/>
            <w:vAlign w:val="center"/>
          </w:tcPr>
          <w:p w:rsidR="00CD1104" w:rsidRPr="007319E2" w:rsidRDefault="00CD1104" w:rsidP="00A32EDC">
            <w:pPr>
              <w:spacing w:line="276" w:lineRule="auto"/>
              <w:jc w:val="center"/>
              <w:rPr>
                <w:rFonts w:cs="Iskoola Pota"/>
                <w:sz w:val="24"/>
                <w:szCs w:val="24"/>
              </w:rPr>
            </w:pPr>
          </w:p>
        </w:tc>
      </w:tr>
      <w:tr w:rsidR="001D6C8C" w:rsidRPr="007319E2" w:rsidTr="00DB20A1">
        <w:trPr>
          <w:trHeight w:val="359"/>
        </w:trPr>
        <w:tc>
          <w:tcPr>
            <w:tcW w:w="3305" w:type="dxa"/>
            <w:vAlign w:val="center"/>
          </w:tcPr>
          <w:p w:rsidR="001D6C8C" w:rsidRPr="007319E2" w:rsidRDefault="001D6C8C" w:rsidP="00A32EDC">
            <w:pPr>
              <w:spacing w:line="276" w:lineRule="auto"/>
              <w:jc w:val="center"/>
              <w:rPr>
                <w:rFonts w:cs="Iskoola Pota"/>
                <w:sz w:val="24"/>
                <w:szCs w:val="24"/>
              </w:rPr>
            </w:pPr>
          </w:p>
        </w:tc>
        <w:tc>
          <w:tcPr>
            <w:tcW w:w="3305" w:type="dxa"/>
            <w:vAlign w:val="center"/>
          </w:tcPr>
          <w:p w:rsidR="001D6C8C" w:rsidRPr="007319E2" w:rsidRDefault="001D6C8C" w:rsidP="00A32EDC">
            <w:pPr>
              <w:spacing w:line="276" w:lineRule="auto"/>
              <w:jc w:val="center"/>
              <w:rPr>
                <w:rFonts w:cs="Iskoola Pota"/>
                <w:sz w:val="24"/>
                <w:szCs w:val="24"/>
              </w:rPr>
            </w:pPr>
          </w:p>
        </w:tc>
        <w:tc>
          <w:tcPr>
            <w:tcW w:w="3305" w:type="dxa"/>
            <w:vAlign w:val="center"/>
          </w:tcPr>
          <w:p w:rsidR="001D6C8C" w:rsidRPr="007319E2" w:rsidRDefault="001D6C8C" w:rsidP="00A32EDC">
            <w:pPr>
              <w:spacing w:line="276" w:lineRule="auto"/>
              <w:jc w:val="center"/>
              <w:rPr>
                <w:rFonts w:cs="Iskoola Pota"/>
                <w:sz w:val="24"/>
                <w:szCs w:val="24"/>
              </w:rPr>
            </w:pPr>
          </w:p>
        </w:tc>
      </w:tr>
    </w:tbl>
    <w:p w:rsidR="00590A00" w:rsidRPr="007319E2" w:rsidRDefault="00590A00" w:rsidP="00A32EDC">
      <w:pPr>
        <w:spacing w:after="0"/>
        <w:jc w:val="both"/>
        <w:rPr>
          <w:rFonts w:cs="Iskoola Pota"/>
          <w:sz w:val="24"/>
          <w:szCs w:val="24"/>
          <w:lang w:bidi="si-LK"/>
        </w:rPr>
      </w:pPr>
    </w:p>
    <w:p w:rsidR="00CD1104" w:rsidRDefault="00836AF7" w:rsidP="00A32EDC">
      <w:pPr>
        <w:spacing w:after="0"/>
        <w:jc w:val="both"/>
        <w:rPr>
          <w:rFonts w:cs="Iskoola Pota"/>
          <w:b/>
          <w:bCs/>
          <w:sz w:val="24"/>
          <w:szCs w:val="24"/>
          <w:lang w:bidi="si-LK"/>
        </w:rPr>
      </w:pPr>
      <w:r w:rsidRPr="007319E2">
        <w:rPr>
          <w:rFonts w:cs="Iskoola Pota"/>
          <w:b/>
          <w:sz w:val="24"/>
          <w:szCs w:val="24"/>
        </w:rPr>
        <w:t xml:space="preserve">8.2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විස්තර</w:t>
      </w:r>
    </w:p>
    <w:p w:rsidR="00DB20A1" w:rsidRPr="007319E2" w:rsidRDefault="00DB20A1" w:rsidP="00A32EDC">
      <w:pPr>
        <w:spacing w:after="0"/>
        <w:jc w:val="both"/>
        <w:rPr>
          <w:rFonts w:cs="Iskoola Pota"/>
          <w:b/>
          <w:bCs/>
          <w:sz w:val="24"/>
          <w:szCs w:val="24"/>
          <w:lang w:bidi="si-LK"/>
        </w:rPr>
      </w:pPr>
    </w:p>
    <w:p w:rsidR="00C52346" w:rsidRPr="007319E2" w:rsidRDefault="00C52346" w:rsidP="00A32EDC">
      <w:pPr>
        <w:spacing w:after="0"/>
        <w:jc w:val="both"/>
        <w:rPr>
          <w:rFonts w:cs="Iskoola Pota"/>
          <w:sz w:val="24"/>
          <w:szCs w:val="24"/>
          <w:lang w:bidi="si-LK"/>
        </w:rPr>
      </w:pPr>
      <w:r w:rsidRPr="007319E2">
        <w:rPr>
          <w:rFonts w:cs="Iskoola Pota"/>
          <w:sz w:val="24"/>
          <w:szCs w:val="24"/>
          <w:cs/>
          <w:lang w:bidi="si-LK"/>
        </w:rPr>
        <w:t>රාජ්‍ය</w:t>
      </w:r>
      <w:r w:rsidRPr="007319E2">
        <w:rPr>
          <w:rFonts w:cs="Iskoola Pota"/>
          <w:sz w:val="24"/>
          <w:szCs w:val="24"/>
        </w:rPr>
        <w:t xml:space="preserve"> </w:t>
      </w:r>
      <w:r w:rsidRPr="007319E2">
        <w:rPr>
          <w:rFonts w:cs="Iskoola Pota"/>
          <w:sz w:val="24"/>
          <w:szCs w:val="24"/>
          <w:cs/>
          <w:lang w:bidi="si-LK"/>
        </w:rPr>
        <w:t>අයවැය</w:t>
      </w:r>
      <w:r w:rsidRPr="007319E2">
        <w:rPr>
          <w:rFonts w:cs="Iskoola Pota"/>
          <w:sz w:val="24"/>
          <w:szCs w:val="24"/>
        </w:rPr>
        <w:t xml:space="preserve"> / </w:t>
      </w:r>
      <w:r w:rsidRPr="007319E2">
        <w:rPr>
          <w:rFonts w:cs="Iskoola Pota"/>
          <w:sz w:val="24"/>
          <w:szCs w:val="24"/>
          <w:cs/>
          <w:lang w:bidi="si-LK"/>
        </w:rPr>
        <w:t>මුදල්</w:t>
      </w:r>
      <w:r w:rsidRPr="007319E2">
        <w:rPr>
          <w:rFonts w:cs="Iskoola Pota"/>
          <w:sz w:val="24"/>
          <w:szCs w:val="24"/>
        </w:rPr>
        <w:t xml:space="preserve"> </w:t>
      </w:r>
      <w:r w:rsidRPr="007319E2">
        <w:rPr>
          <w:rFonts w:cs="Iskoola Pota"/>
          <w:sz w:val="24"/>
          <w:szCs w:val="24"/>
          <w:cs/>
          <w:lang w:bidi="si-LK"/>
        </w:rPr>
        <w:t>ප්‍රකාශ</w:t>
      </w:r>
      <w:r w:rsidRPr="007319E2">
        <w:rPr>
          <w:rFonts w:cs="Iskoola Pota"/>
          <w:sz w:val="24"/>
          <w:szCs w:val="24"/>
        </w:rPr>
        <w:t xml:space="preserve"> / </w:t>
      </w:r>
      <w:r w:rsidRPr="007319E2">
        <w:rPr>
          <w:rFonts w:cs="Iskoola Pota"/>
          <w:sz w:val="24"/>
          <w:szCs w:val="24"/>
          <w:cs/>
          <w:lang w:bidi="si-LK"/>
        </w:rPr>
        <w:t>ස්වයං</w:t>
      </w:r>
      <w:r w:rsidRPr="007319E2">
        <w:rPr>
          <w:rFonts w:cs="Iskoola Pota"/>
          <w:sz w:val="24"/>
          <w:szCs w:val="24"/>
        </w:rPr>
        <w:t xml:space="preserve"> </w:t>
      </w:r>
      <w:r w:rsidRPr="007319E2">
        <w:rPr>
          <w:rFonts w:cs="Iskoola Pota"/>
          <w:sz w:val="24"/>
          <w:szCs w:val="24"/>
          <w:cs/>
          <w:lang w:bidi="si-LK"/>
        </w:rPr>
        <w:t>අයවැය</w:t>
      </w:r>
      <w:r w:rsidRPr="007319E2">
        <w:rPr>
          <w:rFonts w:cs="Iskoola Pota"/>
          <w:sz w:val="24"/>
          <w:szCs w:val="24"/>
        </w:rPr>
        <w:t xml:space="preserve"> </w:t>
      </w:r>
      <w:r w:rsidR="0021618B" w:rsidRPr="007319E2">
        <w:rPr>
          <w:rFonts w:cs="Iskoola Pota"/>
          <w:sz w:val="24"/>
          <w:szCs w:val="24"/>
          <w:cs/>
          <w:lang w:bidi="si-LK"/>
        </w:rPr>
        <w:t>අනුව</w:t>
      </w:r>
    </w:p>
    <w:p w:rsidR="0021618B" w:rsidRPr="007319E2" w:rsidRDefault="0021618B" w:rsidP="00A32EDC">
      <w:pPr>
        <w:spacing w:after="0"/>
        <w:jc w:val="both"/>
        <w:rPr>
          <w:rFonts w:cs="Iskoola Pota"/>
          <w:sz w:val="24"/>
          <w:szCs w:val="24"/>
          <w:cs/>
          <w:lang w:bidi="si-LK"/>
        </w:rPr>
      </w:pPr>
      <w:r w:rsidRPr="007319E2">
        <w:rPr>
          <w:rFonts w:cs="Iskoola Pota"/>
          <w:sz w:val="24"/>
          <w:szCs w:val="24"/>
          <w:cs/>
          <w:lang w:bidi="si-LK"/>
        </w:rPr>
        <w:t>අමාත්‍යාංශයේ</w:t>
      </w:r>
      <w:r w:rsidRPr="007319E2">
        <w:rPr>
          <w:rFonts w:cs="Iskoola Pota"/>
          <w:sz w:val="24"/>
          <w:szCs w:val="24"/>
        </w:rPr>
        <w:t xml:space="preserve"> </w:t>
      </w:r>
      <w:r w:rsidRPr="007319E2">
        <w:rPr>
          <w:rFonts w:cs="Iskoola Pota"/>
          <w:sz w:val="24"/>
          <w:szCs w:val="24"/>
          <w:cs/>
          <w:lang w:bidi="si-LK"/>
        </w:rPr>
        <w:t>නම : කාන්තා සහ ළමා කටයුතු අමාත්‍යාංශය</w:t>
      </w:r>
    </w:p>
    <w:tbl>
      <w:tblPr>
        <w:tblStyle w:val="TableGrid"/>
        <w:tblW w:w="9798" w:type="dxa"/>
        <w:tblLook w:val="04A0"/>
      </w:tblPr>
      <w:tblGrid>
        <w:gridCol w:w="4338"/>
        <w:gridCol w:w="2700"/>
        <w:gridCol w:w="2760"/>
      </w:tblGrid>
      <w:tr w:rsidR="00CD1104" w:rsidRPr="007319E2" w:rsidTr="00C475A6">
        <w:trPr>
          <w:trHeight w:val="881"/>
        </w:trPr>
        <w:tc>
          <w:tcPr>
            <w:tcW w:w="4338"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ප</w:t>
            </w:r>
            <w:r w:rsidR="002F5B18" w:rsidRPr="007319E2">
              <w:rPr>
                <w:rFonts w:cs="Iskoola Pota"/>
                <w:b/>
                <w:bCs/>
                <w:sz w:val="24"/>
                <w:szCs w:val="24"/>
                <w:cs/>
                <w:lang w:bidi="si-LK"/>
              </w:rPr>
              <w:t>්‍ර</w:t>
            </w:r>
            <w:r w:rsidRPr="007319E2">
              <w:rPr>
                <w:rFonts w:cs="Iskoola Pota"/>
                <w:b/>
                <w:bCs/>
                <w:sz w:val="24"/>
                <w:szCs w:val="24"/>
                <w:cs/>
                <w:lang w:bidi="si-LK"/>
              </w:rPr>
              <w:t>ධාන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වර්ගීකරණය</w:t>
            </w:r>
            <w:r w:rsidRPr="007319E2">
              <w:rPr>
                <w:rFonts w:cs="Iskoola Pota"/>
                <w:b/>
                <w:sz w:val="24"/>
                <w:szCs w:val="24"/>
              </w:rPr>
              <w:t xml:space="preserve"> (Category)</w:t>
            </w:r>
          </w:p>
        </w:tc>
        <w:tc>
          <w:tcPr>
            <w:tcW w:w="270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ඇස්තමේන්තු</w:t>
            </w:r>
            <w:r w:rsidRPr="007319E2">
              <w:rPr>
                <w:rFonts w:cs="Iskoola Pota"/>
                <w:b/>
                <w:sz w:val="24"/>
                <w:szCs w:val="24"/>
              </w:rPr>
              <w:t xml:space="preserve"> </w:t>
            </w:r>
            <w:r w:rsidRPr="007319E2">
              <w:rPr>
                <w:rFonts w:cs="Iskoola Pota"/>
                <w:b/>
                <w:bCs/>
                <w:sz w:val="24"/>
                <w:szCs w:val="24"/>
                <w:cs/>
                <w:lang w:bidi="si-LK"/>
              </w:rPr>
              <w:t>කළ</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c>
          <w:tcPr>
            <w:tcW w:w="2760" w:type="dxa"/>
            <w:vAlign w:val="center"/>
          </w:tcPr>
          <w:p w:rsidR="00CD1104" w:rsidRPr="007319E2" w:rsidRDefault="00836AF7" w:rsidP="00A32EDC">
            <w:pPr>
              <w:spacing w:line="276" w:lineRule="auto"/>
              <w:jc w:val="center"/>
              <w:rPr>
                <w:rFonts w:cs="Iskoola Pota"/>
                <w:sz w:val="24"/>
                <w:szCs w:val="24"/>
              </w:rPr>
            </w:pPr>
            <w:r w:rsidRPr="007319E2">
              <w:rPr>
                <w:rFonts w:cs="Iskoola Pota"/>
                <w:b/>
                <w:bCs/>
                <w:sz w:val="24"/>
                <w:szCs w:val="24"/>
                <w:cs/>
                <w:lang w:bidi="si-LK"/>
              </w:rPr>
              <w:t>සත</w:t>
            </w:r>
            <w:r w:rsidR="002F5B18" w:rsidRPr="007319E2">
              <w:rPr>
                <w:rFonts w:cs="Iskoola Pota"/>
                <w:b/>
                <w:bCs/>
                <w:sz w:val="24"/>
                <w:szCs w:val="24"/>
                <w:cs/>
                <w:lang w:bidi="si-LK"/>
              </w:rPr>
              <w:t>්‍ය</w:t>
            </w:r>
            <w:r w:rsidRPr="007319E2">
              <w:rPr>
                <w:rFonts w:cs="Iskoola Pota"/>
                <w:b/>
                <w:sz w:val="24"/>
                <w:szCs w:val="24"/>
              </w:rPr>
              <w:t xml:space="preserve"> </w:t>
            </w:r>
            <w:r w:rsidRPr="007319E2">
              <w:rPr>
                <w:rFonts w:cs="Iskoola Pota"/>
                <w:b/>
                <w:bCs/>
                <w:sz w:val="24"/>
                <w:szCs w:val="24"/>
                <w:cs/>
                <w:lang w:bidi="si-LK"/>
              </w:rPr>
              <w:t>වශයෙන්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r>
      <w:tr w:rsidR="009D0DC3" w:rsidRPr="007319E2" w:rsidTr="00C475A6">
        <w:trPr>
          <w:trHeight w:val="359"/>
        </w:trPr>
        <w:tc>
          <w:tcPr>
            <w:tcW w:w="4338" w:type="dxa"/>
            <w:vAlign w:val="center"/>
          </w:tcPr>
          <w:p w:rsidR="009D0DC3" w:rsidRPr="007319E2" w:rsidRDefault="009D0DC3" w:rsidP="00A32EDC">
            <w:pPr>
              <w:spacing w:line="276" w:lineRule="auto"/>
              <w:rPr>
                <w:rFonts w:cs="Iskoola Pota"/>
                <w:sz w:val="24"/>
                <w:szCs w:val="24"/>
                <w:cs/>
                <w:lang w:bidi="si-LK"/>
              </w:rPr>
            </w:pPr>
            <w:r w:rsidRPr="007319E2">
              <w:rPr>
                <w:rFonts w:cs="Iskoola Pota"/>
                <w:sz w:val="24"/>
                <w:szCs w:val="24"/>
                <w:cs/>
                <w:lang w:bidi="si-LK"/>
              </w:rPr>
              <w:t>පුනරාවර්තන වියදම්</w:t>
            </w:r>
          </w:p>
        </w:tc>
        <w:tc>
          <w:tcPr>
            <w:tcW w:w="2700" w:type="dxa"/>
            <w:vAlign w:val="center"/>
          </w:tcPr>
          <w:p w:rsidR="009D0DC3" w:rsidRPr="007319E2" w:rsidRDefault="009D0DC3" w:rsidP="00A32EDC">
            <w:pPr>
              <w:spacing w:line="276" w:lineRule="auto"/>
              <w:jc w:val="center"/>
              <w:rPr>
                <w:rFonts w:cs="Iskoola Pota"/>
                <w:sz w:val="24"/>
                <w:szCs w:val="24"/>
                <w:lang w:bidi="si-LK"/>
              </w:rPr>
            </w:pPr>
            <w:r w:rsidRPr="007319E2">
              <w:rPr>
                <w:rFonts w:cs="Iskoola Pota"/>
                <w:sz w:val="24"/>
                <w:szCs w:val="24"/>
                <w:cs/>
                <w:lang w:bidi="si-LK"/>
              </w:rPr>
              <w:t>15,315.10</w:t>
            </w:r>
          </w:p>
        </w:tc>
        <w:tc>
          <w:tcPr>
            <w:tcW w:w="2760" w:type="dxa"/>
            <w:vAlign w:val="center"/>
          </w:tcPr>
          <w:p w:rsidR="009D0DC3" w:rsidRPr="007319E2" w:rsidRDefault="009D0DC3" w:rsidP="00A32EDC">
            <w:pPr>
              <w:spacing w:line="276" w:lineRule="auto"/>
              <w:jc w:val="center"/>
              <w:rPr>
                <w:rFonts w:cs="Iskoola Pota"/>
                <w:sz w:val="24"/>
                <w:szCs w:val="24"/>
                <w:lang w:bidi="si-LK"/>
              </w:rPr>
            </w:pPr>
            <w:r w:rsidRPr="007319E2">
              <w:rPr>
                <w:rFonts w:cs="Iskoola Pota"/>
                <w:sz w:val="24"/>
                <w:szCs w:val="24"/>
                <w:cs/>
                <w:lang w:bidi="si-LK"/>
              </w:rPr>
              <w:t>5,156.78</w:t>
            </w:r>
          </w:p>
        </w:tc>
      </w:tr>
      <w:tr w:rsidR="009D0DC3" w:rsidRPr="007319E2" w:rsidTr="00C475A6">
        <w:trPr>
          <w:trHeight w:val="350"/>
        </w:trPr>
        <w:tc>
          <w:tcPr>
            <w:tcW w:w="4338" w:type="dxa"/>
            <w:vAlign w:val="center"/>
          </w:tcPr>
          <w:p w:rsidR="009D0DC3" w:rsidRPr="007319E2" w:rsidRDefault="009D0DC3" w:rsidP="00A32EDC">
            <w:pPr>
              <w:spacing w:line="276" w:lineRule="auto"/>
              <w:rPr>
                <w:rFonts w:cs="Iskoola Pota"/>
                <w:sz w:val="24"/>
                <w:szCs w:val="24"/>
              </w:rPr>
            </w:pPr>
            <w:r w:rsidRPr="007319E2">
              <w:rPr>
                <w:rFonts w:cs="Iskoola Pota"/>
                <w:sz w:val="24"/>
                <w:szCs w:val="24"/>
                <w:cs/>
                <w:lang w:bidi="si-LK"/>
              </w:rPr>
              <w:t>ප්‍රාග්ධන වියදම්</w:t>
            </w:r>
          </w:p>
        </w:tc>
        <w:tc>
          <w:tcPr>
            <w:tcW w:w="2700" w:type="dxa"/>
            <w:vAlign w:val="center"/>
          </w:tcPr>
          <w:p w:rsidR="009D0DC3" w:rsidRPr="007319E2" w:rsidRDefault="009D0DC3" w:rsidP="00A32EDC">
            <w:pPr>
              <w:spacing w:line="276" w:lineRule="auto"/>
              <w:jc w:val="center"/>
              <w:rPr>
                <w:rFonts w:cs="Iskoola Pota"/>
                <w:sz w:val="24"/>
                <w:szCs w:val="24"/>
                <w:lang w:bidi="si-LK"/>
              </w:rPr>
            </w:pPr>
            <w:r w:rsidRPr="007319E2">
              <w:rPr>
                <w:rFonts w:cs="Iskoola Pota"/>
                <w:sz w:val="24"/>
                <w:szCs w:val="24"/>
                <w:cs/>
                <w:lang w:bidi="si-LK"/>
              </w:rPr>
              <w:t>2,745.31</w:t>
            </w:r>
          </w:p>
        </w:tc>
        <w:tc>
          <w:tcPr>
            <w:tcW w:w="2760" w:type="dxa"/>
            <w:vAlign w:val="center"/>
          </w:tcPr>
          <w:p w:rsidR="009D0DC3" w:rsidRPr="007319E2" w:rsidRDefault="009D0DC3" w:rsidP="00A32EDC">
            <w:pPr>
              <w:spacing w:line="276" w:lineRule="auto"/>
              <w:jc w:val="center"/>
              <w:rPr>
                <w:rFonts w:cs="Iskoola Pota"/>
                <w:sz w:val="24"/>
                <w:szCs w:val="24"/>
                <w:lang w:bidi="si-LK"/>
              </w:rPr>
            </w:pPr>
            <w:r w:rsidRPr="007319E2">
              <w:rPr>
                <w:rFonts w:cs="Iskoola Pota"/>
                <w:sz w:val="24"/>
                <w:szCs w:val="24"/>
                <w:cs/>
                <w:lang w:bidi="si-LK"/>
              </w:rPr>
              <w:t>25.53</w:t>
            </w:r>
          </w:p>
        </w:tc>
      </w:tr>
    </w:tbl>
    <w:p w:rsidR="00590A00" w:rsidRPr="007319E2" w:rsidRDefault="00590A00" w:rsidP="00A32EDC">
      <w:pPr>
        <w:spacing w:after="0"/>
        <w:jc w:val="both"/>
        <w:rPr>
          <w:rFonts w:cs="Iskoola Pota"/>
          <w:sz w:val="24"/>
          <w:szCs w:val="24"/>
          <w:lang w:bidi="si-LK"/>
        </w:rPr>
      </w:pPr>
    </w:p>
    <w:p w:rsidR="004816A6" w:rsidRPr="007319E2" w:rsidRDefault="004816A6" w:rsidP="00A32EDC">
      <w:pPr>
        <w:spacing w:after="0"/>
        <w:jc w:val="both"/>
        <w:rPr>
          <w:rFonts w:cs="Iskoola Pota"/>
          <w:sz w:val="24"/>
          <w:szCs w:val="24"/>
          <w:lang w:bidi="si-LK"/>
        </w:rPr>
      </w:pP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w:t>
      </w:r>
      <w:r w:rsidRPr="007319E2">
        <w:rPr>
          <w:rFonts w:cs="Iskoola Pota"/>
          <w:sz w:val="24"/>
          <w:szCs w:val="24"/>
          <w:cs/>
          <w:lang w:bidi="si-LK"/>
        </w:rPr>
        <w:t xml:space="preserve"> ජාතික ළමා ආරක්ෂක අධිකාරිය</w:t>
      </w:r>
    </w:p>
    <w:tbl>
      <w:tblPr>
        <w:tblStyle w:val="TableGrid"/>
        <w:tblW w:w="9798" w:type="dxa"/>
        <w:tblLook w:val="04A0"/>
      </w:tblPr>
      <w:tblGrid>
        <w:gridCol w:w="4338"/>
        <w:gridCol w:w="2790"/>
        <w:gridCol w:w="2670"/>
      </w:tblGrid>
      <w:tr w:rsidR="004816A6" w:rsidRPr="007319E2" w:rsidTr="00C475A6">
        <w:trPr>
          <w:trHeight w:val="737"/>
        </w:trPr>
        <w:tc>
          <w:tcPr>
            <w:tcW w:w="4338" w:type="dxa"/>
            <w:vAlign w:val="center"/>
          </w:tcPr>
          <w:p w:rsidR="004816A6" w:rsidRPr="007319E2" w:rsidRDefault="004816A6" w:rsidP="00A32EDC">
            <w:pPr>
              <w:spacing w:line="276" w:lineRule="auto"/>
              <w:jc w:val="center"/>
              <w:rPr>
                <w:rFonts w:cs="Iskoola Pota"/>
                <w:sz w:val="24"/>
                <w:szCs w:val="24"/>
              </w:rPr>
            </w:pPr>
            <w:r w:rsidRPr="007319E2">
              <w:rPr>
                <w:rFonts w:cs="Iskoola Pota"/>
                <w:b/>
                <w:bCs/>
                <w:sz w:val="24"/>
                <w:szCs w:val="24"/>
                <w:cs/>
                <w:lang w:bidi="si-LK"/>
              </w:rPr>
              <w:t>ප්‍රධාන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වර්ගීකරණය</w:t>
            </w:r>
            <w:r w:rsidRPr="007319E2">
              <w:rPr>
                <w:rFonts w:cs="Iskoola Pota"/>
                <w:b/>
                <w:sz w:val="24"/>
                <w:szCs w:val="24"/>
              </w:rPr>
              <w:t xml:space="preserve"> (Category)</w:t>
            </w:r>
          </w:p>
        </w:tc>
        <w:tc>
          <w:tcPr>
            <w:tcW w:w="2790" w:type="dxa"/>
            <w:vAlign w:val="center"/>
          </w:tcPr>
          <w:p w:rsidR="004816A6" w:rsidRPr="007319E2" w:rsidRDefault="004816A6" w:rsidP="00A32EDC">
            <w:pPr>
              <w:spacing w:line="276" w:lineRule="auto"/>
              <w:jc w:val="center"/>
              <w:rPr>
                <w:rFonts w:cs="Iskoola Pota"/>
                <w:sz w:val="24"/>
                <w:szCs w:val="24"/>
              </w:rPr>
            </w:pPr>
            <w:r w:rsidRPr="007319E2">
              <w:rPr>
                <w:rFonts w:cs="Iskoola Pota"/>
                <w:b/>
                <w:bCs/>
                <w:sz w:val="24"/>
                <w:szCs w:val="24"/>
                <w:cs/>
                <w:lang w:bidi="si-LK"/>
              </w:rPr>
              <w:t>ඇස්තමේන්තු</w:t>
            </w:r>
            <w:r w:rsidRPr="007319E2">
              <w:rPr>
                <w:rFonts w:cs="Iskoola Pota"/>
                <w:b/>
                <w:sz w:val="24"/>
                <w:szCs w:val="24"/>
              </w:rPr>
              <w:t xml:space="preserve"> </w:t>
            </w:r>
            <w:r w:rsidRPr="007319E2">
              <w:rPr>
                <w:rFonts w:cs="Iskoola Pota"/>
                <w:b/>
                <w:bCs/>
                <w:sz w:val="24"/>
                <w:szCs w:val="24"/>
                <w:cs/>
                <w:lang w:bidi="si-LK"/>
              </w:rPr>
              <w:t>කළ</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c>
          <w:tcPr>
            <w:tcW w:w="2670" w:type="dxa"/>
            <w:vAlign w:val="center"/>
          </w:tcPr>
          <w:p w:rsidR="004816A6" w:rsidRPr="007319E2" w:rsidRDefault="004816A6" w:rsidP="00A32EDC">
            <w:pPr>
              <w:spacing w:line="276" w:lineRule="auto"/>
              <w:jc w:val="center"/>
              <w:rPr>
                <w:rFonts w:cs="Iskoola Pota"/>
                <w:sz w:val="24"/>
                <w:szCs w:val="24"/>
              </w:rPr>
            </w:pPr>
            <w:r w:rsidRPr="007319E2">
              <w:rPr>
                <w:rFonts w:cs="Iskoola Pota"/>
                <w:b/>
                <w:bCs/>
                <w:sz w:val="24"/>
                <w:szCs w:val="24"/>
                <w:cs/>
                <w:lang w:bidi="si-LK"/>
              </w:rPr>
              <w:t>සත්‍ය</w:t>
            </w:r>
            <w:r w:rsidRPr="007319E2">
              <w:rPr>
                <w:rFonts w:cs="Iskoola Pota"/>
                <w:b/>
                <w:sz w:val="24"/>
                <w:szCs w:val="24"/>
              </w:rPr>
              <w:t xml:space="preserve"> </w:t>
            </w:r>
            <w:r w:rsidRPr="007319E2">
              <w:rPr>
                <w:rFonts w:cs="Iskoola Pota"/>
                <w:b/>
                <w:bCs/>
                <w:sz w:val="24"/>
                <w:szCs w:val="24"/>
                <w:cs/>
                <w:lang w:bidi="si-LK"/>
              </w:rPr>
              <w:t>වශයෙන්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r>
      <w:tr w:rsidR="004816A6" w:rsidRPr="007319E2" w:rsidTr="00C475A6">
        <w:trPr>
          <w:trHeight w:val="413"/>
        </w:trPr>
        <w:tc>
          <w:tcPr>
            <w:tcW w:w="4338" w:type="dxa"/>
            <w:vAlign w:val="center"/>
          </w:tcPr>
          <w:p w:rsidR="004816A6" w:rsidRPr="007319E2" w:rsidRDefault="004816A6" w:rsidP="00A32EDC">
            <w:pPr>
              <w:spacing w:line="276" w:lineRule="auto"/>
              <w:rPr>
                <w:rFonts w:cs="Iskoola Pota"/>
                <w:sz w:val="24"/>
                <w:szCs w:val="24"/>
                <w:cs/>
                <w:lang w:bidi="si-LK"/>
              </w:rPr>
            </w:pPr>
            <w:r w:rsidRPr="007319E2">
              <w:rPr>
                <w:rFonts w:cs="Iskoola Pota"/>
                <w:sz w:val="24"/>
                <w:szCs w:val="24"/>
                <w:cs/>
                <w:lang w:bidi="si-LK"/>
              </w:rPr>
              <w:t>පුනරාවර්තන වියදම්</w:t>
            </w:r>
          </w:p>
        </w:tc>
        <w:tc>
          <w:tcPr>
            <w:tcW w:w="2790" w:type="dxa"/>
            <w:vAlign w:val="center"/>
          </w:tcPr>
          <w:p w:rsidR="004816A6" w:rsidRPr="007319E2" w:rsidRDefault="004816A6" w:rsidP="00A32EDC">
            <w:pPr>
              <w:spacing w:line="276" w:lineRule="auto"/>
              <w:jc w:val="center"/>
              <w:rPr>
                <w:rFonts w:cs="Iskoola Pota"/>
                <w:sz w:val="24"/>
                <w:szCs w:val="24"/>
                <w:cs/>
                <w:lang w:bidi="si-LK"/>
              </w:rPr>
            </w:pPr>
            <w:r w:rsidRPr="007319E2">
              <w:rPr>
                <w:rFonts w:cs="Iskoola Pota"/>
                <w:sz w:val="24"/>
                <w:szCs w:val="24"/>
                <w:cs/>
                <w:lang w:bidi="si-LK"/>
              </w:rPr>
              <w:t>296</w:t>
            </w:r>
            <w:r w:rsidR="00C93B83" w:rsidRPr="007319E2">
              <w:rPr>
                <w:rFonts w:cs="Iskoola Pota"/>
                <w:sz w:val="24"/>
                <w:szCs w:val="24"/>
                <w:cs/>
                <w:lang w:bidi="si-LK"/>
              </w:rPr>
              <w:t>.</w:t>
            </w:r>
            <w:r w:rsidRPr="007319E2">
              <w:rPr>
                <w:rFonts w:cs="Iskoola Pota"/>
                <w:sz w:val="24"/>
                <w:szCs w:val="24"/>
                <w:cs/>
                <w:lang w:bidi="si-LK"/>
              </w:rPr>
              <w:t>36</w:t>
            </w:r>
          </w:p>
        </w:tc>
        <w:tc>
          <w:tcPr>
            <w:tcW w:w="2670" w:type="dxa"/>
            <w:vAlign w:val="center"/>
          </w:tcPr>
          <w:p w:rsidR="004816A6" w:rsidRPr="007319E2" w:rsidRDefault="00C93B83" w:rsidP="00A32EDC">
            <w:pPr>
              <w:spacing w:line="276" w:lineRule="auto"/>
              <w:jc w:val="center"/>
              <w:rPr>
                <w:rFonts w:cs="Iskoola Pota"/>
                <w:sz w:val="24"/>
                <w:szCs w:val="24"/>
                <w:cs/>
                <w:lang w:bidi="si-LK"/>
              </w:rPr>
            </w:pPr>
            <w:r w:rsidRPr="007319E2">
              <w:rPr>
                <w:rFonts w:cs="Iskoola Pota"/>
                <w:sz w:val="24"/>
                <w:szCs w:val="24"/>
                <w:cs/>
                <w:lang w:bidi="si-LK"/>
              </w:rPr>
              <w:t>222.</w:t>
            </w:r>
            <w:r w:rsidR="004816A6" w:rsidRPr="007319E2">
              <w:rPr>
                <w:rFonts w:cs="Iskoola Pota"/>
                <w:sz w:val="24"/>
                <w:szCs w:val="24"/>
                <w:cs/>
                <w:lang w:bidi="si-LK"/>
              </w:rPr>
              <w:t>67</w:t>
            </w:r>
          </w:p>
        </w:tc>
      </w:tr>
      <w:tr w:rsidR="004816A6" w:rsidRPr="007319E2" w:rsidTr="00C475A6">
        <w:trPr>
          <w:trHeight w:val="359"/>
        </w:trPr>
        <w:tc>
          <w:tcPr>
            <w:tcW w:w="4338" w:type="dxa"/>
            <w:vAlign w:val="center"/>
          </w:tcPr>
          <w:p w:rsidR="004816A6" w:rsidRPr="007319E2" w:rsidRDefault="004816A6" w:rsidP="00A32EDC">
            <w:pPr>
              <w:spacing w:line="276" w:lineRule="auto"/>
              <w:rPr>
                <w:rFonts w:cs="Iskoola Pota"/>
                <w:sz w:val="24"/>
                <w:szCs w:val="24"/>
                <w:cs/>
                <w:lang w:bidi="si-LK"/>
              </w:rPr>
            </w:pPr>
            <w:r w:rsidRPr="007319E2">
              <w:rPr>
                <w:rFonts w:cs="Iskoola Pota"/>
                <w:sz w:val="24"/>
                <w:szCs w:val="24"/>
                <w:cs/>
                <w:lang w:bidi="si-LK"/>
              </w:rPr>
              <w:t>ප්‍රාග්ධන වියදම්</w:t>
            </w:r>
          </w:p>
        </w:tc>
        <w:tc>
          <w:tcPr>
            <w:tcW w:w="2790" w:type="dxa"/>
            <w:vAlign w:val="center"/>
          </w:tcPr>
          <w:p w:rsidR="004816A6" w:rsidRPr="007319E2" w:rsidRDefault="004816A6" w:rsidP="00A32EDC">
            <w:pPr>
              <w:spacing w:line="276" w:lineRule="auto"/>
              <w:jc w:val="center"/>
              <w:rPr>
                <w:rFonts w:cs="Iskoola Pota"/>
                <w:sz w:val="24"/>
                <w:szCs w:val="24"/>
                <w:cs/>
                <w:lang w:bidi="si-LK"/>
              </w:rPr>
            </w:pPr>
            <w:r w:rsidRPr="007319E2">
              <w:rPr>
                <w:rFonts w:cs="Iskoola Pota"/>
                <w:sz w:val="24"/>
                <w:szCs w:val="24"/>
                <w:cs/>
                <w:lang w:bidi="si-LK"/>
              </w:rPr>
              <w:t>24</w:t>
            </w:r>
          </w:p>
        </w:tc>
        <w:tc>
          <w:tcPr>
            <w:tcW w:w="2670" w:type="dxa"/>
            <w:vAlign w:val="center"/>
          </w:tcPr>
          <w:p w:rsidR="004816A6" w:rsidRPr="007319E2" w:rsidRDefault="00C93B83" w:rsidP="00A32EDC">
            <w:pPr>
              <w:spacing w:line="276" w:lineRule="auto"/>
              <w:jc w:val="center"/>
              <w:rPr>
                <w:rFonts w:cs="Iskoola Pota"/>
                <w:sz w:val="24"/>
                <w:szCs w:val="24"/>
                <w:cs/>
                <w:lang w:bidi="si-LK"/>
              </w:rPr>
            </w:pPr>
            <w:r w:rsidRPr="007319E2">
              <w:rPr>
                <w:rFonts w:cs="Iskoola Pota"/>
                <w:sz w:val="24"/>
                <w:szCs w:val="24"/>
                <w:cs/>
                <w:lang w:bidi="si-LK"/>
              </w:rPr>
              <w:t>0.956</w:t>
            </w:r>
          </w:p>
        </w:tc>
      </w:tr>
    </w:tbl>
    <w:p w:rsidR="003D126D" w:rsidRDefault="003D126D" w:rsidP="00A32EDC">
      <w:pPr>
        <w:spacing w:after="0"/>
        <w:jc w:val="both"/>
        <w:rPr>
          <w:rFonts w:cs="Iskoola Pota"/>
          <w:sz w:val="24"/>
          <w:szCs w:val="24"/>
          <w:lang w:bidi="si-LK"/>
        </w:rPr>
      </w:pPr>
    </w:p>
    <w:p w:rsidR="00C93B83" w:rsidRPr="007319E2" w:rsidRDefault="00C93B83" w:rsidP="00A32EDC">
      <w:pPr>
        <w:spacing w:after="0"/>
        <w:jc w:val="both"/>
        <w:rPr>
          <w:rFonts w:cs="Iskoola Pota"/>
          <w:sz w:val="24"/>
          <w:szCs w:val="24"/>
          <w:cs/>
          <w:lang w:bidi="si-LK"/>
        </w:rPr>
      </w:pPr>
      <w:r w:rsidRPr="007319E2">
        <w:rPr>
          <w:rFonts w:cs="Iskoola Pota"/>
          <w:sz w:val="24"/>
          <w:szCs w:val="24"/>
          <w:cs/>
          <w:lang w:bidi="si-LK"/>
        </w:rPr>
        <w:t>පොදු</w:t>
      </w:r>
      <w:r w:rsidRPr="007319E2">
        <w:rPr>
          <w:rFonts w:cs="Iskoola Pota"/>
          <w:sz w:val="24"/>
          <w:szCs w:val="24"/>
        </w:rPr>
        <w:t xml:space="preserve"> </w:t>
      </w:r>
      <w:r w:rsidRPr="007319E2">
        <w:rPr>
          <w:rFonts w:cs="Iskoola Pota"/>
          <w:sz w:val="24"/>
          <w:szCs w:val="24"/>
          <w:cs/>
          <w:lang w:bidi="si-LK"/>
        </w:rPr>
        <w:t>අධිකාරියේ</w:t>
      </w:r>
      <w:r w:rsidRPr="007319E2">
        <w:rPr>
          <w:rFonts w:cs="Iskoola Pota"/>
          <w:sz w:val="24"/>
          <w:szCs w:val="24"/>
        </w:rPr>
        <w:t xml:space="preserve"> </w:t>
      </w:r>
      <w:r w:rsidRPr="007319E2">
        <w:rPr>
          <w:rFonts w:cs="Iskoola Pota"/>
          <w:sz w:val="24"/>
          <w:szCs w:val="24"/>
          <w:cs/>
          <w:lang w:bidi="si-LK"/>
        </w:rPr>
        <w:t>නම</w:t>
      </w:r>
      <w:r w:rsidRPr="007319E2">
        <w:rPr>
          <w:rFonts w:cs="Iskoola Pota"/>
          <w:sz w:val="24"/>
          <w:szCs w:val="24"/>
        </w:rPr>
        <w:t xml:space="preserve">: </w:t>
      </w:r>
      <w:r w:rsidRPr="007319E2">
        <w:rPr>
          <w:rFonts w:cs="Iskoola Pota"/>
          <w:sz w:val="24"/>
          <w:szCs w:val="24"/>
          <w:cs/>
          <w:lang w:bidi="si-LK"/>
        </w:rPr>
        <w:t>පරිවාස හා ළමාරක්ෂක සේවා දෙපාර්තමේන්තුව</w:t>
      </w:r>
    </w:p>
    <w:tbl>
      <w:tblPr>
        <w:tblStyle w:val="TableGrid"/>
        <w:tblW w:w="9798" w:type="dxa"/>
        <w:tblLook w:val="04A0"/>
      </w:tblPr>
      <w:tblGrid>
        <w:gridCol w:w="4248"/>
        <w:gridCol w:w="2880"/>
        <w:gridCol w:w="2670"/>
      </w:tblGrid>
      <w:tr w:rsidR="00C93B83" w:rsidRPr="007319E2" w:rsidTr="00C475A6">
        <w:trPr>
          <w:trHeight w:val="944"/>
        </w:trPr>
        <w:tc>
          <w:tcPr>
            <w:tcW w:w="4248" w:type="dxa"/>
            <w:vAlign w:val="center"/>
          </w:tcPr>
          <w:p w:rsidR="00C93B83" w:rsidRPr="007319E2" w:rsidRDefault="00C93B83" w:rsidP="00A32EDC">
            <w:pPr>
              <w:spacing w:line="276" w:lineRule="auto"/>
              <w:jc w:val="center"/>
              <w:rPr>
                <w:rFonts w:cs="Iskoola Pota"/>
                <w:sz w:val="24"/>
                <w:szCs w:val="24"/>
              </w:rPr>
            </w:pPr>
            <w:r w:rsidRPr="007319E2">
              <w:rPr>
                <w:rFonts w:cs="Iskoola Pota"/>
                <w:b/>
                <w:bCs/>
                <w:sz w:val="24"/>
                <w:szCs w:val="24"/>
                <w:cs/>
                <w:lang w:bidi="si-LK"/>
              </w:rPr>
              <w:t>ප්‍රධාන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වර්ගීකරණය</w:t>
            </w:r>
            <w:r w:rsidRPr="007319E2">
              <w:rPr>
                <w:rFonts w:cs="Iskoola Pota"/>
                <w:b/>
                <w:sz w:val="24"/>
                <w:szCs w:val="24"/>
              </w:rPr>
              <w:t xml:space="preserve"> (Category)</w:t>
            </w:r>
          </w:p>
        </w:tc>
        <w:tc>
          <w:tcPr>
            <w:tcW w:w="2880" w:type="dxa"/>
            <w:vAlign w:val="center"/>
          </w:tcPr>
          <w:p w:rsidR="00C93B83" w:rsidRPr="007319E2" w:rsidRDefault="00C93B83" w:rsidP="00A32EDC">
            <w:pPr>
              <w:spacing w:line="276" w:lineRule="auto"/>
              <w:jc w:val="center"/>
              <w:rPr>
                <w:rFonts w:cs="Iskoola Pota"/>
                <w:sz w:val="24"/>
                <w:szCs w:val="24"/>
              </w:rPr>
            </w:pPr>
            <w:r w:rsidRPr="007319E2">
              <w:rPr>
                <w:rFonts w:cs="Iskoola Pota"/>
                <w:b/>
                <w:bCs/>
                <w:sz w:val="24"/>
                <w:szCs w:val="24"/>
                <w:cs/>
                <w:lang w:bidi="si-LK"/>
              </w:rPr>
              <w:t>ඇස්තමේන්තු</w:t>
            </w:r>
            <w:r w:rsidRPr="007319E2">
              <w:rPr>
                <w:rFonts w:cs="Iskoola Pota"/>
                <w:b/>
                <w:sz w:val="24"/>
                <w:szCs w:val="24"/>
              </w:rPr>
              <w:t xml:space="preserve"> </w:t>
            </w:r>
            <w:r w:rsidRPr="007319E2">
              <w:rPr>
                <w:rFonts w:cs="Iskoola Pota"/>
                <w:b/>
                <w:bCs/>
                <w:sz w:val="24"/>
                <w:szCs w:val="24"/>
                <w:cs/>
                <w:lang w:bidi="si-LK"/>
              </w:rPr>
              <w:t>කළ</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c>
          <w:tcPr>
            <w:tcW w:w="2670" w:type="dxa"/>
            <w:vAlign w:val="center"/>
          </w:tcPr>
          <w:p w:rsidR="00C93B83" w:rsidRPr="007319E2" w:rsidRDefault="00C93B83" w:rsidP="00A32EDC">
            <w:pPr>
              <w:spacing w:line="276" w:lineRule="auto"/>
              <w:jc w:val="center"/>
              <w:rPr>
                <w:rFonts w:cs="Iskoola Pota"/>
                <w:sz w:val="24"/>
                <w:szCs w:val="24"/>
              </w:rPr>
            </w:pPr>
            <w:r w:rsidRPr="007319E2">
              <w:rPr>
                <w:rFonts w:cs="Iskoola Pota"/>
                <w:b/>
                <w:bCs/>
                <w:sz w:val="24"/>
                <w:szCs w:val="24"/>
                <w:cs/>
                <w:lang w:bidi="si-LK"/>
              </w:rPr>
              <w:t>සත්‍ය</w:t>
            </w:r>
            <w:r w:rsidRPr="007319E2">
              <w:rPr>
                <w:rFonts w:cs="Iskoola Pota"/>
                <w:b/>
                <w:sz w:val="24"/>
                <w:szCs w:val="24"/>
              </w:rPr>
              <w:t xml:space="preserve"> </w:t>
            </w:r>
            <w:r w:rsidRPr="007319E2">
              <w:rPr>
                <w:rFonts w:cs="Iskoola Pota"/>
                <w:b/>
                <w:bCs/>
                <w:sz w:val="24"/>
                <w:szCs w:val="24"/>
                <w:cs/>
                <w:lang w:bidi="si-LK"/>
              </w:rPr>
              <w:t>වශයෙන්</w:t>
            </w:r>
            <w:r w:rsidRPr="007319E2">
              <w:rPr>
                <w:rFonts w:cs="Iskoola Pota"/>
                <w:b/>
                <w:sz w:val="24"/>
                <w:szCs w:val="24"/>
              </w:rPr>
              <w:t xml:space="preserve"> </w:t>
            </w:r>
            <w:r w:rsidRPr="007319E2">
              <w:rPr>
                <w:rFonts w:cs="Iskoola Pota"/>
                <w:b/>
                <w:bCs/>
                <w:sz w:val="24"/>
                <w:szCs w:val="24"/>
                <w:cs/>
                <w:lang w:bidi="si-LK"/>
              </w:rPr>
              <w:t>වියදම්</w:t>
            </w:r>
            <w:r w:rsidRPr="007319E2">
              <w:rPr>
                <w:rFonts w:cs="Iskoola Pota"/>
                <w:b/>
                <w:sz w:val="24"/>
                <w:szCs w:val="24"/>
              </w:rPr>
              <w:t xml:space="preserve"> (</w:t>
            </w:r>
            <w:r w:rsidRPr="007319E2">
              <w:rPr>
                <w:rFonts w:cs="Iskoola Pota"/>
                <w:b/>
                <w:bCs/>
                <w:sz w:val="24"/>
                <w:szCs w:val="24"/>
                <w:cs/>
                <w:lang w:bidi="si-LK"/>
              </w:rPr>
              <w:t>රුපියල්</w:t>
            </w:r>
            <w:r w:rsidRPr="007319E2">
              <w:rPr>
                <w:rFonts w:cs="Iskoola Pota"/>
                <w:b/>
                <w:sz w:val="24"/>
                <w:szCs w:val="24"/>
              </w:rPr>
              <w:t xml:space="preserve"> </w:t>
            </w:r>
            <w:r w:rsidRPr="007319E2">
              <w:rPr>
                <w:rFonts w:cs="Iskoola Pota"/>
                <w:b/>
                <w:bCs/>
                <w:sz w:val="24"/>
                <w:szCs w:val="24"/>
                <w:cs/>
                <w:lang w:bidi="si-LK"/>
              </w:rPr>
              <w:t>මිලියන</w:t>
            </w:r>
            <w:r w:rsidRPr="007319E2">
              <w:rPr>
                <w:rFonts w:cs="Iskoola Pota"/>
                <w:b/>
                <w:sz w:val="24"/>
                <w:szCs w:val="24"/>
              </w:rPr>
              <w:t>)</w:t>
            </w:r>
          </w:p>
        </w:tc>
      </w:tr>
      <w:tr w:rsidR="00C93B83" w:rsidRPr="007319E2" w:rsidTr="00C475A6">
        <w:trPr>
          <w:trHeight w:val="305"/>
        </w:trPr>
        <w:tc>
          <w:tcPr>
            <w:tcW w:w="4248" w:type="dxa"/>
            <w:vAlign w:val="center"/>
          </w:tcPr>
          <w:p w:rsidR="00C93B83" w:rsidRPr="007319E2" w:rsidRDefault="00C93B83" w:rsidP="00A32EDC">
            <w:pPr>
              <w:spacing w:line="276" w:lineRule="auto"/>
              <w:rPr>
                <w:rFonts w:cs="Iskoola Pota"/>
                <w:sz w:val="24"/>
                <w:szCs w:val="24"/>
                <w:cs/>
                <w:lang w:bidi="si-LK"/>
              </w:rPr>
            </w:pPr>
            <w:r w:rsidRPr="007319E2">
              <w:rPr>
                <w:rFonts w:cs="Iskoola Pota"/>
                <w:sz w:val="24"/>
                <w:szCs w:val="24"/>
                <w:cs/>
                <w:lang w:bidi="si-LK"/>
              </w:rPr>
              <w:t>පුනරාවර්තන වියදම්</w:t>
            </w:r>
          </w:p>
        </w:tc>
        <w:tc>
          <w:tcPr>
            <w:tcW w:w="2880" w:type="dxa"/>
            <w:vAlign w:val="center"/>
          </w:tcPr>
          <w:p w:rsidR="00C93B83" w:rsidRPr="007319E2" w:rsidRDefault="00C93B83" w:rsidP="00A32EDC">
            <w:pPr>
              <w:spacing w:line="276" w:lineRule="auto"/>
              <w:jc w:val="center"/>
              <w:rPr>
                <w:rFonts w:cs="Iskoola Pota"/>
                <w:sz w:val="24"/>
                <w:szCs w:val="24"/>
                <w:lang w:bidi="si-LK"/>
              </w:rPr>
            </w:pPr>
            <w:r w:rsidRPr="007319E2">
              <w:rPr>
                <w:rFonts w:cs="Iskoola Pota"/>
                <w:sz w:val="24"/>
                <w:szCs w:val="24"/>
                <w:cs/>
                <w:lang w:bidi="si-LK"/>
              </w:rPr>
              <w:t>539.75</w:t>
            </w:r>
          </w:p>
        </w:tc>
        <w:tc>
          <w:tcPr>
            <w:tcW w:w="2670" w:type="dxa"/>
            <w:vAlign w:val="center"/>
          </w:tcPr>
          <w:p w:rsidR="00C93B83" w:rsidRPr="007319E2" w:rsidRDefault="00C93B83" w:rsidP="00A32EDC">
            <w:pPr>
              <w:spacing w:line="276" w:lineRule="auto"/>
              <w:jc w:val="center"/>
              <w:rPr>
                <w:rFonts w:cs="Iskoola Pota"/>
                <w:sz w:val="24"/>
                <w:szCs w:val="24"/>
                <w:lang w:bidi="si-LK"/>
              </w:rPr>
            </w:pPr>
            <w:r w:rsidRPr="007319E2">
              <w:rPr>
                <w:rFonts w:cs="Iskoola Pota"/>
                <w:sz w:val="24"/>
                <w:szCs w:val="24"/>
                <w:cs/>
                <w:lang w:bidi="si-LK"/>
              </w:rPr>
              <w:t>249.13</w:t>
            </w:r>
          </w:p>
        </w:tc>
      </w:tr>
      <w:tr w:rsidR="00C93B83" w:rsidRPr="007319E2" w:rsidTr="00C475A6">
        <w:trPr>
          <w:trHeight w:val="341"/>
        </w:trPr>
        <w:tc>
          <w:tcPr>
            <w:tcW w:w="4248" w:type="dxa"/>
            <w:vAlign w:val="center"/>
          </w:tcPr>
          <w:p w:rsidR="00C93B83" w:rsidRPr="007319E2" w:rsidRDefault="009D0DC3" w:rsidP="00A32EDC">
            <w:pPr>
              <w:spacing w:line="276" w:lineRule="auto"/>
              <w:rPr>
                <w:rFonts w:cs="Iskoola Pota"/>
                <w:sz w:val="24"/>
                <w:szCs w:val="24"/>
              </w:rPr>
            </w:pPr>
            <w:r w:rsidRPr="007319E2">
              <w:rPr>
                <w:rFonts w:cs="Iskoola Pota"/>
                <w:sz w:val="24"/>
                <w:szCs w:val="24"/>
                <w:cs/>
                <w:lang w:bidi="si-LK"/>
              </w:rPr>
              <w:t>ප්‍රාග්ධන වියදම්</w:t>
            </w:r>
          </w:p>
        </w:tc>
        <w:tc>
          <w:tcPr>
            <w:tcW w:w="2880" w:type="dxa"/>
            <w:vAlign w:val="center"/>
          </w:tcPr>
          <w:p w:rsidR="00C93B83" w:rsidRPr="007319E2" w:rsidRDefault="00C93B83" w:rsidP="00A32EDC">
            <w:pPr>
              <w:spacing w:line="276" w:lineRule="auto"/>
              <w:jc w:val="center"/>
              <w:rPr>
                <w:rFonts w:cs="Iskoola Pota"/>
                <w:sz w:val="24"/>
                <w:szCs w:val="24"/>
                <w:lang w:bidi="si-LK"/>
              </w:rPr>
            </w:pPr>
            <w:r w:rsidRPr="007319E2">
              <w:rPr>
                <w:rFonts w:cs="Iskoola Pota"/>
                <w:sz w:val="24"/>
                <w:szCs w:val="24"/>
                <w:cs/>
                <w:lang w:bidi="si-LK"/>
              </w:rPr>
              <w:t>110.70</w:t>
            </w:r>
          </w:p>
        </w:tc>
        <w:tc>
          <w:tcPr>
            <w:tcW w:w="2670" w:type="dxa"/>
            <w:vAlign w:val="center"/>
          </w:tcPr>
          <w:p w:rsidR="00C93B83" w:rsidRPr="007319E2" w:rsidRDefault="00C93B83" w:rsidP="00A32EDC">
            <w:pPr>
              <w:spacing w:line="276" w:lineRule="auto"/>
              <w:jc w:val="center"/>
              <w:rPr>
                <w:rFonts w:cs="Iskoola Pota"/>
                <w:sz w:val="24"/>
                <w:szCs w:val="24"/>
                <w:lang w:bidi="si-LK"/>
              </w:rPr>
            </w:pPr>
            <w:r w:rsidRPr="007319E2">
              <w:rPr>
                <w:rFonts w:cs="Iskoola Pota"/>
                <w:sz w:val="24"/>
                <w:szCs w:val="24"/>
                <w:cs/>
                <w:lang w:bidi="si-LK"/>
              </w:rPr>
              <w:t>24.2</w:t>
            </w:r>
          </w:p>
        </w:tc>
      </w:tr>
    </w:tbl>
    <w:p w:rsidR="00EE4811" w:rsidRDefault="00EE4811" w:rsidP="00A32EDC">
      <w:pPr>
        <w:spacing w:after="0"/>
        <w:jc w:val="both"/>
        <w:rPr>
          <w:rFonts w:cs="Iskoola Pota"/>
          <w:sz w:val="24"/>
          <w:szCs w:val="24"/>
          <w:lang w:bidi="si-LK"/>
        </w:rPr>
      </w:pPr>
    </w:p>
    <w:p w:rsidR="00C475A6" w:rsidRPr="007319E2" w:rsidRDefault="00C475A6" w:rsidP="00A32EDC">
      <w:pPr>
        <w:spacing w:after="0"/>
        <w:jc w:val="both"/>
        <w:rPr>
          <w:rFonts w:cs="Iskoola Pota"/>
          <w:sz w:val="24"/>
          <w:szCs w:val="24"/>
          <w:lang w:bidi="si-LK"/>
        </w:rPr>
      </w:pPr>
    </w:p>
    <w:p w:rsidR="00CD1104" w:rsidRDefault="002F5B18" w:rsidP="00A32EDC">
      <w:pPr>
        <w:spacing w:after="0"/>
        <w:jc w:val="both"/>
        <w:rPr>
          <w:rFonts w:cs="Iskoola Pota"/>
          <w:sz w:val="24"/>
          <w:szCs w:val="24"/>
          <w:lang w:bidi="si-LK"/>
        </w:rPr>
      </w:pPr>
      <w:r w:rsidRPr="007319E2">
        <w:rPr>
          <w:rFonts w:cs="Iskoola Pota"/>
          <w:sz w:val="24"/>
          <w:szCs w:val="24"/>
          <w:cs/>
          <w:lang w:bidi="si-LK"/>
        </w:rPr>
        <w:lastRenderedPageBreak/>
        <w:t xml:space="preserve">8.3 </w:t>
      </w:r>
      <w:r w:rsidR="00836AF7" w:rsidRPr="007319E2">
        <w:rPr>
          <w:rFonts w:cs="Iskoola Pota"/>
          <w:sz w:val="24"/>
          <w:szCs w:val="24"/>
          <w:cs/>
          <w:lang w:bidi="si-LK"/>
        </w:rPr>
        <w:t>ආදායම්</w:t>
      </w:r>
      <w:r w:rsidR="00836AF7" w:rsidRPr="007319E2">
        <w:rPr>
          <w:rFonts w:cs="Iskoola Pota"/>
          <w:sz w:val="24"/>
          <w:szCs w:val="24"/>
        </w:rPr>
        <w:t xml:space="preserve"> </w:t>
      </w:r>
      <w:r w:rsidR="00836AF7" w:rsidRPr="007319E2">
        <w:rPr>
          <w:rFonts w:cs="Iskoola Pota"/>
          <w:sz w:val="24"/>
          <w:szCs w:val="24"/>
          <w:cs/>
          <w:lang w:bidi="si-LK"/>
        </w:rPr>
        <w:t>වියදම්</w:t>
      </w:r>
      <w:r w:rsidR="00836AF7" w:rsidRPr="007319E2">
        <w:rPr>
          <w:rFonts w:cs="Iskoola Pota"/>
          <w:sz w:val="24"/>
          <w:szCs w:val="24"/>
        </w:rPr>
        <w:t xml:space="preserve"> </w:t>
      </w:r>
      <w:r w:rsidR="00836AF7" w:rsidRPr="007319E2">
        <w:rPr>
          <w:rFonts w:cs="Iskoola Pota"/>
          <w:sz w:val="24"/>
          <w:szCs w:val="24"/>
          <w:cs/>
          <w:lang w:bidi="si-LK"/>
        </w:rPr>
        <w:t>පිළිබඳ</w:t>
      </w:r>
      <w:r w:rsidR="00836AF7" w:rsidRPr="007319E2">
        <w:rPr>
          <w:rFonts w:cs="Iskoola Pota"/>
          <w:sz w:val="24"/>
          <w:szCs w:val="24"/>
        </w:rPr>
        <w:t xml:space="preserve"> </w:t>
      </w:r>
      <w:r w:rsidR="00836AF7" w:rsidRPr="007319E2">
        <w:rPr>
          <w:rFonts w:cs="Iskoola Pota"/>
          <w:sz w:val="24"/>
          <w:szCs w:val="24"/>
          <w:cs/>
          <w:lang w:bidi="si-LK"/>
        </w:rPr>
        <w:t>විස්තරාත්මක</w:t>
      </w:r>
      <w:r w:rsidR="00836AF7" w:rsidRPr="007319E2">
        <w:rPr>
          <w:rFonts w:cs="Iskoola Pota"/>
          <w:sz w:val="24"/>
          <w:szCs w:val="24"/>
        </w:rPr>
        <w:t xml:space="preserve"> </w:t>
      </w:r>
      <w:r w:rsidR="00836AF7" w:rsidRPr="007319E2">
        <w:rPr>
          <w:rFonts w:cs="Iskoola Pota"/>
          <w:sz w:val="24"/>
          <w:szCs w:val="24"/>
          <w:cs/>
          <w:lang w:bidi="si-LK"/>
        </w:rPr>
        <w:t>තොරතුරු</w:t>
      </w:r>
      <w:r w:rsidR="00836AF7" w:rsidRPr="007319E2">
        <w:rPr>
          <w:rFonts w:cs="Iskoola Pota"/>
          <w:sz w:val="24"/>
          <w:szCs w:val="24"/>
        </w:rPr>
        <w:t xml:space="preserve"> </w:t>
      </w:r>
      <w:r w:rsidR="00836AF7" w:rsidRPr="007319E2">
        <w:rPr>
          <w:rFonts w:cs="Iskoola Pota"/>
          <w:sz w:val="24"/>
          <w:szCs w:val="24"/>
          <w:cs/>
          <w:lang w:bidi="si-LK"/>
        </w:rPr>
        <w:t>ගාස්තු</w:t>
      </w:r>
      <w:r w:rsidR="00836AF7" w:rsidRPr="007319E2">
        <w:rPr>
          <w:rFonts w:cs="Iskoola Pota"/>
          <w:sz w:val="24"/>
          <w:szCs w:val="24"/>
        </w:rPr>
        <w:t xml:space="preserve"> </w:t>
      </w:r>
      <w:r w:rsidR="00836AF7" w:rsidRPr="007319E2">
        <w:rPr>
          <w:rFonts w:cs="Iskoola Pota"/>
          <w:sz w:val="24"/>
          <w:szCs w:val="24"/>
          <w:cs/>
          <w:lang w:bidi="si-LK"/>
        </w:rPr>
        <w:t>ගෙවා</w:t>
      </w:r>
      <w:r w:rsidR="00836AF7" w:rsidRPr="007319E2">
        <w:rPr>
          <w:rFonts w:cs="Iskoola Pota"/>
          <w:sz w:val="24"/>
          <w:szCs w:val="24"/>
        </w:rPr>
        <w:t xml:space="preserve"> </w:t>
      </w:r>
      <w:r w:rsidR="00836AF7" w:rsidRPr="007319E2">
        <w:rPr>
          <w:rFonts w:cs="Iskoola Pota"/>
          <w:sz w:val="24"/>
          <w:szCs w:val="24"/>
          <w:cs/>
          <w:lang w:bidi="si-LK"/>
        </w:rPr>
        <w:t>ලබා</w:t>
      </w:r>
      <w:r w:rsidR="00836AF7" w:rsidRPr="007319E2">
        <w:rPr>
          <w:rFonts w:cs="Iskoola Pota"/>
          <w:sz w:val="24"/>
          <w:szCs w:val="24"/>
        </w:rPr>
        <w:t xml:space="preserve"> </w:t>
      </w:r>
      <w:r w:rsidR="00836AF7" w:rsidRPr="007319E2">
        <w:rPr>
          <w:rFonts w:cs="Iskoola Pota"/>
          <w:sz w:val="24"/>
          <w:szCs w:val="24"/>
          <w:cs/>
          <w:lang w:bidi="si-LK"/>
        </w:rPr>
        <w:t>ගත</w:t>
      </w:r>
      <w:r w:rsidR="00836AF7" w:rsidRPr="007319E2">
        <w:rPr>
          <w:rFonts w:cs="Iskoola Pota"/>
          <w:sz w:val="24"/>
          <w:szCs w:val="24"/>
        </w:rPr>
        <w:t xml:space="preserve"> </w:t>
      </w:r>
      <w:r w:rsidR="00836AF7" w:rsidRPr="007319E2">
        <w:rPr>
          <w:rFonts w:cs="Iskoola Pota"/>
          <w:sz w:val="24"/>
          <w:szCs w:val="24"/>
          <w:cs/>
          <w:lang w:bidi="si-LK"/>
        </w:rPr>
        <w:t>හැකි</w:t>
      </w:r>
      <w:r w:rsidR="00836AF7" w:rsidRPr="007319E2">
        <w:rPr>
          <w:rFonts w:cs="Iskoola Pota"/>
          <w:sz w:val="24"/>
          <w:szCs w:val="24"/>
        </w:rPr>
        <w:t xml:space="preserve"> </w:t>
      </w:r>
      <w:r w:rsidR="00836AF7" w:rsidRPr="007319E2">
        <w:rPr>
          <w:rFonts w:cs="Iskoola Pota"/>
          <w:sz w:val="24"/>
          <w:szCs w:val="24"/>
          <w:cs/>
          <w:lang w:bidi="si-LK"/>
        </w:rPr>
        <w:t>කාර්යාල</w:t>
      </w:r>
      <w:r w:rsidR="00836AF7" w:rsidRPr="007319E2">
        <w:rPr>
          <w:rFonts w:cs="Iskoola Pota"/>
          <w:sz w:val="24"/>
          <w:szCs w:val="24"/>
        </w:rPr>
        <w:t xml:space="preserve"> </w:t>
      </w:r>
      <w:r w:rsidR="00836AF7" w:rsidRPr="007319E2">
        <w:rPr>
          <w:rFonts w:cs="Iskoola Pota"/>
          <w:sz w:val="24"/>
          <w:szCs w:val="24"/>
          <w:cs/>
          <w:lang w:bidi="si-LK"/>
        </w:rPr>
        <w:t>ලිපිනය</w:t>
      </w:r>
      <w:r w:rsidR="00836AF7" w:rsidRPr="007319E2">
        <w:rPr>
          <w:rFonts w:cs="Iskoola Pota"/>
          <w:sz w:val="24"/>
          <w:szCs w:val="24"/>
        </w:rPr>
        <w:t xml:space="preserve"> </w:t>
      </w:r>
      <w:r w:rsidR="00836AF7" w:rsidRPr="007319E2">
        <w:rPr>
          <w:rFonts w:cs="Iskoola Pota"/>
          <w:sz w:val="24"/>
          <w:szCs w:val="24"/>
          <w:cs/>
          <w:lang w:bidi="si-LK"/>
        </w:rPr>
        <w:t>හා</w:t>
      </w:r>
      <w:r w:rsidR="00836AF7" w:rsidRPr="007319E2">
        <w:rPr>
          <w:rFonts w:cs="Iskoola Pota"/>
          <w:sz w:val="24"/>
          <w:szCs w:val="24"/>
        </w:rPr>
        <w:t xml:space="preserve"> </w:t>
      </w:r>
      <w:r w:rsidR="00836AF7" w:rsidRPr="007319E2">
        <w:rPr>
          <w:rFonts w:cs="Iskoola Pota"/>
          <w:sz w:val="24"/>
          <w:szCs w:val="24"/>
          <w:cs/>
          <w:lang w:bidi="si-LK"/>
        </w:rPr>
        <w:t>වෙබ්</w:t>
      </w:r>
      <w:r w:rsidR="00836AF7" w:rsidRPr="007319E2">
        <w:rPr>
          <w:rFonts w:cs="Iskoola Pota"/>
          <w:sz w:val="24"/>
          <w:szCs w:val="24"/>
        </w:rPr>
        <w:t xml:space="preserve"> </w:t>
      </w:r>
      <w:r w:rsidR="00836AF7" w:rsidRPr="007319E2">
        <w:rPr>
          <w:rFonts w:cs="Iskoola Pota"/>
          <w:sz w:val="24"/>
          <w:szCs w:val="24"/>
          <w:cs/>
          <w:lang w:bidi="si-LK"/>
        </w:rPr>
        <w:t>අඩවිය</w:t>
      </w:r>
    </w:p>
    <w:p w:rsidR="003D126D" w:rsidRPr="007319E2" w:rsidRDefault="003D126D" w:rsidP="00A32EDC">
      <w:pPr>
        <w:spacing w:after="0"/>
        <w:jc w:val="both"/>
        <w:rPr>
          <w:rFonts w:cs="Iskoola Pota"/>
          <w:sz w:val="24"/>
          <w:szCs w:val="24"/>
          <w:lang w:bidi="si-LK"/>
        </w:rPr>
      </w:pPr>
    </w:p>
    <w:p w:rsidR="00EE4811" w:rsidRPr="007319E2" w:rsidRDefault="00EE4811" w:rsidP="00A32EDC">
      <w:pPr>
        <w:spacing w:after="0"/>
        <w:jc w:val="both"/>
        <w:rPr>
          <w:rFonts w:cs="Iskoola Pota"/>
          <w:b/>
          <w:bCs/>
          <w:sz w:val="24"/>
          <w:szCs w:val="24"/>
          <w:lang w:bidi="si-LK"/>
        </w:rPr>
      </w:pPr>
      <w:r w:rsidRPr="007319E2">
        <w:rPr>
          <w:rFonts w:cs="Iskoola Pota"/>
          <w:b/>
          <w:bCs/>
          <w:sz w:val="24"/>
          <w:szCs w:val="24"/>
          <w:cs/>
          <w:lang w:bidi="si-LK"/>
        </w:rPr>
        <w:t>කාන්තා සහ ළමා කටයුතු අමාත්‍යාංශය</w:t>
      </w:r>
    </w:p>
    <w:p w:rsidR="00EE4811" w:rsidRPr="007319E2" w:rsidRDefault="00EE4811" w:rsidP="00A32EDC">
      <w:pPr>
        <w:spacing w:after="0"/>
        <w:jc w:val="both"/>
        <w:rPr>
          <w:rFonts w:cs="Iskoola Pota"/>
          <w:sz w:val="24"/>
          <w:szCs w:val="24"/>
          <w:lang w:bidi="si-LK"/>
        </w:rPr>
      </w:pPr>
      <w:r w:rsidRPr="007319E2">
        <w:rPr>
          <w:rFonts w:cs="Iskoola Pota"/>
          <w:sz w:val="24"/>
          <w:szCs w:val="24"/>
          <w:cs/>
          <w:lang w:bidi="si-LK"/>
        </w:rPr>
        <w:t xml:space="preserve">කාර්යාල ලිපිනය : 05 වන මහල, </w:t>
      </w:r>
      <w:r w:rsidRPr="007319E2">
        <w:rPr>
          <w:rFonts w:cs="Iskoola Pota"/>
          <w:sz w:val="24"/>
          <w:szCs w:val="24"/>
          <w:lang w:bidi="si-LK"/>
        </w:rPr>
        <w:t xml:space="preserve"> II </w:t>
      </w:r>
      <w:r w:rsidRPr="007319E2">
        <w:rPr>
          <w:rFonts w:cs="Iskoola Pota"/>
          <w:sz w:val="24"/>
          <w:szCs w:val="24"/>
          <w:cs/>
          <w:lang w:bidi="si-LK"/>
        </w:rPr>
        <w:t>අදියර, සෙත්සිරිපාය, බත්තරමුල්ල</w:t>
      </w:r>
    </w:p>
    <w:p w:rsidR="002B5EC8" w:rsidRDefault="00EE4811" w:rsidP="00A32EDC">
      <w:pPr>
        <w:spacing w:after="0"/>
        <w:jc w:val="both"/>
        <w:rPr>
          <w:rFonts w:cs="Iskoola Pota"/>
          <w:sz w:val="24"/>
          <w:szCs w:val="24"/>
          <w:lang w:bidi="si-LK"/>
        </w:rPr>
      </w:pPr>
      <w:r w:rsidRPr="007319E2">
        <w:rPr>
          <w:rFonts w:cs="Iskoola Pota"/>
          <w:sz w:val="24"/>
          <w:szCs w:val="24"/>
          <w:cs/>
          <w:lang w:bidi="si-LK"/>
        </w:rPr>
        <w:t xml:space="preserve">වෙබ් අඩවිය : </w:t>
      </w:r>
      <w:r w:rsidRPr="007319E2">
        <w:rPr>
          <w:rFonts w:cs="Iskoola Pota"/>
          <w:sz w:val="24"/>
          <w:szCs w:val="24"/>
        </w:rPr>
        <w:t xml:space="preserve">www.childwomenmin.gov.lk        </w:t>
      </w:r>
    </w:p>
    <w:p w:rsidR="00EE4811" w:rsidRPr="007319E2" w:rsidRDefault="00EE4811" w:rsidP="00A32EDC">
      <w:pPr>
        <w:spacing w:after="0"/>
        <w:jc w:val="both"/>
        <w:rPr>
          <w:rFonts w:cs="Iskoola Pota"/>
          <w:sz w:val="24"/>
          <w:szCs w:val="24"/>
          <w:lang w:bidi="si-LK"/>
        </w:rPr>
      </w:pPr>
      <w:r w:rsidRPr="007319E2">
        <w:rPr>
          <w:rFonts w:cs="Iskoola Pota"/>
          <w:sz w:val="24"/>
          <w:szCs w:val="24"/>
        </w:rPr>
        <w:t xml:space="preserve">                                                                                                                                                                                                                                                                                                                                                                                                                                                                                                                                                                                                                                                                                                                                                                                                                                                                                                                                                                                                                                                                                                                                                                                                                                                                                                                                                                                                                                                                                                                                                                                                                                                                                                                                                                                                                                                                                                                                                                                                                                                                                                                                                                                                                                                                                                                                                                                                                                                                                                                                                                                                                                                                                                                                                                                                                                                                                                                                                                                                                                                                                                                                                                                                                                                                                                                                                                                                                                                                                                                                                                                                                                                                                                                                                                                                                                                                                                                                                                                                                                                                                                                                                                                                                                                                                                                                                                                                                                                                                                                                                                                                                                                                                                                                                                                                                                                                                                                                                                                                                                                                                                                                                                                                                                                                                                                                                                                                                                                                                                                                                                                                                                                                                                                                                                                                                                                                                                                                                                                                                                                                                                                                                                                                                                                                                                                                                                                                                                                                                                                                                                                                                                                                                                                                                                                                                                                                                                                                                                                                                                                                                                                                                                                                                                                                                                                                                                                                                                                                                                                                                                                                                                                                                                                                                                                                                                                                                                                                                                                                                                                                                                                                                                                                                                                                                                                                                                                                                                                                                                                                                                                                                                                                                                                                                                                                                                                                                                                                                                                                                                                                                                                                                                                                                                                                                                                                                                                                                                                                                                                                                                                                                                                                                                                                                                                                                                                                                                                                                                                                                                                                                                                                                                                                                                                                                                                                                                                                                                                                                                                                                                                                                                                                                                                                                                                                                                                                                                                                                                                                                                                                                                                                                                                                                                                                                                                                                                                                                                                                                                                                                                                                                                                                                                                                                                                                                                                                                                                                                                                                                                                                                                                                                                                                                                                                                                                                                                                                                                                                                                                                                                                                                                                                                                                                                                                                                                                                                                                                                                                                                                                                                                                                                                                                                                                                                                                                                                                                                                                                                                                                                                                                                                                                                    </w:t>
      </w:r>
    </w:p>
    <w:p w:rsidR="00EE4811" w:rsidRPr="007319E2" w:rsidRDefault="00EE4811" w:rsidP="00A32EDC">
      <w:pPr>
        <w:spacing w:after="0"/>
        <w:jc w:val="both"/>
        <w:rPr>
          <w:rFonts w:cs="Iskoola Pota"/>
          <w:b/>
          <w:bCs/>
          <w:sz w:val="24"/>
          <w:szCs w:val="24"/>
          <w:lang w:bidi="si-LK"/>
        </w:rPr>
      </w:pPr>
      <w:r w:rsidRPr="007319E2">
        <w:rPr>
          <w:rFonts w:cs="Iskoola Pota"/>
          <w:b/>
          <w:bCs/>
          <w:sz w:val="24"/>
          <w:szCs w:val="24"/>
          <w:cs/>
          <w:lang w:bidi="si-LK"/>
        </w:rPr>
        <w:t>ජාතික ළමා ආරක්ෂක අධිකාරිය</w:t>
      </w:r>
    </w:p>
    <w:p w:rsidR="00EE4811" w:rsidRPr="007319E2" w:rsidRDefault="00EE4811" w:rsidP="00A32EDC">
      <w:pPr>
        <w:spacing w:after="0"/>
        <w:jc w:val="both"/>
        <w:rPr>
          <w:rFonts w:cs="Iskoola Pota"/>
          <w:sz w:val="24"/>
          <w:szCs w:val="24"/>
          <w:lang w:bidi="si-LK"/>
        </w:rPr>
      </w:pPr>
      <w:r w:rsidRPr="007319E2">
        <w:rPr>
          <w:rFonts w:cs="Iskoola Pota"/>
          <w:sz w:val="24"/>
          <w:szCs w:val="24"/>
          <w:cs/>
          <w:lang w:bidi="si-LK"/>
        </w:rPr>
        <w:t>කාර්යාල ලිපිනය : නො: 330, තලවතුගොඩ පාර, මාදිවෙල, ශ්‍රී ජයවර්ධනපුර</w:t>
      </w:r>
    </w:p>
    <w:p w:rsidR="00EE4811" w:rsidRDefault="00EE4811" w:rsidP="00A32EDC">
      <w:pPr>
        <w:spacing w:after="0"/>
        <w:jc w:val="both"/>
        <w:rPr>
          <w:rFonts w:cs="Iskoola Pota"/>
          <w:sz w:val="24"/>
          <w:szCs w:val="24"/>
          <w:lang w:bidi="si-LK"/>
        </w:rPr>
      </w:pPr>
      <w:r w:rsidRPr="007319E2">
        <w:rPr>
          <w:rFonts w:cs="Iskoola Pota"/>
          <w:sz w:val="24"/>
          <w:szCs w:val="24"/>
          <w:cs/>
          <w:lang w:bidi="si-LK"/>
        </w:rPr>
        <w:t xml:space="preserve">වෙබ් අඩවිය : </w:t>
      </w:r>
      <w:hyperlink r:id="rId7" w:history="1">
        <w:r w:rsidR="002B5EC8" w:rsidRPr="00A26007">
          <w:rPr>
            <w:rStyle w:val="Hyperlink"/>
            <w:rFonts w:cs="Iskoola Pota"/>
            <w:sz w:val="24"/>
            <w:szCs w:val="24"/>
            <w:lang w:bidi="si-LK"/>
          </w:rPr>
          <w:t>www.childprotection.gov.lk</w:t>
        </w:r>
      </w:hyperlink>
    </w:p>
    <w:p w:rsidR="002B5EC8" w:rsidRPr="007319E2" w:rsidRDefault="002B5EC8" w:rsidP="00A32EDC">
      <w:pPr>
        <w:spacing w:after="0"/>
        <w:jc w:val="both"/>
        <w:rPr>
          <w:rFonts w:cs="Iskoola Pota"/>
          <w:sz w:val="24"/>
          <w:szCs w:val="24"/>
          <w:lang w:bidi="si-LK"/>
        </w:rPr>
      </w:pPr>
    </w:p>
    <w:p w:rsidR="002F5B18" w:rsidRPr="007319E2" w:rsidRDefault="00903A43" w:rsidP="00A32EDC">
      <w:pPr>
        <w:spacing w:after="0"/>
        <w:jc w:val="both"/>
        <w:rPr>
          <w:rFonts w:cs="Iskoola Pota"/>
          <w:b/>
          <w:bCs/>
          <w:sz w:val="24"/>
          <w:szCs w:val="24"/>
          <w:lang w:bidi="si-LK"/>
        </w:rPr>
      </w:pPr>
      <w:r w:rsidRPr="007319E2">
        <w:rPr>
          <w:rFonts w:cs="Iskoola Pota"/>
          <w:b/>
          <w:bCs/>
          <w:sz w:val="24"/>
          <w:szCs w:val="24"/>
          <w:cs/>
          <w:lang w:bidi="si-LK"/>
        </w:rPr>
        <w:t>පරිවාස හා ළමාරක්ෂක සේවා දෙපාර්තමේන්තුව</w:t>
      </w:r>
    </w:p>
    <w:p w:rsidR="00903A43" w:rsidRPr="007319E2" w:rsidRDefault="00903A43" w:rsidP="00A32EDC">
      <w:pPr>
        <w:spacing w:after="0"/>
        <w:jc w:val="both"/>
        <w:rPr>
          <w:rFonts w:cs="Iskoola Pota"/>
          <w:sz w:val="24"/>
          <w:szCs w:val="24"/>
          <w:cs/>
          <w:lang w:bidi="si-LK"/>
        </w:rPr>
      </w:pPr>
      <w:r w:rsidRPr="007319E2">
        <w:rPr>
          <w:rFonts w:cs="Iskoola Pota"/>
          <w:sz w:val="24"/>
          <w:szCs w:val="24"/>
          <w:cs/>
          <w:lang w:bidi="si-LK"/>
        </w:rPr>
        <w:t>කාර්යාල ලිපිනය : 03 වන මහල,</w:t>
      </w:r>
      <w:r w:rsidRPr="007319E2">
        <w:rPr>
          <w:rFonts w:cs="Iskoola Pota"/>
          <w:sz w:val="24"/>
          <w:szCs w:val="24"/>
          <w:lang w:bidi="si-LK"/>
        </w:rPr>
        <w:t xml:space="preserve">  II </w:t>
      </w:r>
      <w:r w:rsidRPr="007319E2">
        <w:rPr>
          <w:rFonts w:cs="Iskoola Pota"/>
          <w:sz w:val="24"/>
          <w:szCs w:val="24"/>
          <w:cs/>
          <w:lang w:bidi="si-LK"/>
        </w:rPr>
        <w:t>අදියර, සෙත්සිරිපාය, බත්තරමුල්ල</w:t>
      </w:r>
    </w:p>
    <w:p w:rsidR="00EE4811" w:rsidRPr="007319E2" w:rsidRDefault="00903A43" w:rsidP="00A32EDC">
      <w:pPr>
        <w:spacing w:after="0"/>
        <w:jc w:val="both"/>
        <w:rPr>
          <w:rFonts w:cs="Iskoola Pota"/>
          <w:sz w:val="24"/>
          <w:szCs w:val="24"/>
          <w:lang w:bidi="si-LK"/>
        </w:rPr>
      </w:pPr>
      <w:r w:rsidRPr="007319E2">
        <w:rPr>
          <w:rFonts w:cs="Iskoola Pota"/>
          <w:sz w:val="24"/>
          <w:szCs w:val="24"/>
          <w:cs/>
          <w:lang w:bidi="si-LK"/>
        </w:rPr>
        <w:t xml:space="preserve">වෙබ් අඩවිය : </w:t>
      </w:r>
      <w:hyperlink r:id="rId8" w:history="1">
        <w:r w:rsidRPr="007319E2">
          <w:rPr>
            <w:rStyle w:val="Hyperlink"/>
            <w:rFonts w:cs="Iskoola Pota"/>
            <w:sz w:val="24"/>
            <w:szCs w:val="24"/>
            <w:lang w:bidi="si-LK"/>
          </w:rPr>
          <w:t>www.probation.gov.lk</w:t>
        </w:r>
      </w:hyperlink>
    </w:p>
    <w:p w:rsidR="00903A43" w:rsidRPr="007319E2" w:rsidRDefault="00903A43" w:rsidP="00A32EDC">
      <w:pPr>
        <w:spacing w:after="0"/>
        <w:jc w:val="both"/>
        <w:rPr>
          <w:rFonts w:cs="Iskoola Pota"/>
          <w:sz w:val="24"/>
          <w:szCs w:val="24"/>
          <w:lang w:bidi="si-LK"/>
        </w:rPr>
      </w:pPr>
    </w:p>
    <w:p w:rsidR="00CD1104" w:rsidRDefault="00836AF7" w:rsidP="00A32EDC">
      <w:pPr>
        <w:spacing w:after="0"/>
        <w:jc w:val="both"/>
        <w:rPr>
          <w:rFonts w:cs="Iskoola Pota"/>
          <w:b/>
          <w:sz w:val="24"/>
          <w:szCs w:val="24"/>
          <w:lang w:bidi="si-LK"/>
        </w:rPr>
      </w:pPr>
      <w:r w:rsidRPr="007319E2">
        <w:rPr>
          <w:rFonts w:cs="Iskoola Pota"/>
          <w:b/>
          <w:sz w:val="24"/>
          <w:szCs w:val="24"/>
        </w:rPr>
        <w:t xml:space="preserve">09. </w:t>
      </w:r>
      <w:r w:rsidRPr="007319E2">
        <w:rPr>
          <w:rFonts w:cs="Iskoola Pota"/>
          <w:b/>
          <w:bCs/>
          <w:sz w:val="24"/>
          <w:szCs w:val="24"/>
          <w:cs/>
          <w:lang w:bidi="si-LK"/>
        </w:rPr>
        <w:t>අමාත</w:t>
      </w:r>
      <w:r w:rsidR="002F5B18" w:rsidRPr="007319E2">
        <w:rPr>
          <w:rFonts w:cs="Iskoola Pota"/>
          <w:b/>
          <w:bCs/>
          <w:sz w:val="24"/>
          <w:szCs w:val="24"/>
          <w:cs/>
          <w:lang w:bidi="si-LK"/>
        </w:rPr>
        <w:t>්‍යාංශය</w:t>
      </w:r>
      <w:r w:rsidRPr="007319E2">
        <w:rPr>
          <w:rFonts w:cs="Iskoola Pota"/>
          <w:b/>
          <w:sz w:val="24"/>
          <w:szCs w:val="24"/>
        </w:rPr>
        <w:t xml:space="preserve"> </w:t>
      </w:r>
      <w:r w:rsidRPr="007319E2">
        <w:rPr>
          <w:rFonts w:cs="Iskoola Pota"/>
          <w:b/>
          <w:bCs/>
          <w:sz w:val="24"/>
          <w:szCs w:val="24"/>
          <w:cs/>
          <w:lang w:bidi="si-LK"/>
        </w:rPr>
        <w:t>හා</w:t>
      </w:r>
      <w:r w:rsidRPr="007319E2">
        <w:rPr>
          <w:rFonts w:cs="Iskoola Pota"/>
          <w:b/>
          <w:sz w:val="24"/>
          <w:szCs w:val="24"/>
        </w:rPr>
        <w:t xml:space="preserve">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අධිකාරින්වල</w:t>
      </w:r>
      <w:r w:rsidRPr="007319E2">
        <w:rPr>
          <w:rFonts w:cs="Iskoola Pota"/>
          <w:b/>
          <w:sz w:val="24"/>
          <w:szCs w:val="24"/>
        </w:rPr>
        <w:t xml:space="preserve"> </w:t>
      </w: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ලබා</w:t>
      </w:r>
      <w:r w:rsidRPr="007319E2">
        <w:rPr>
          <w:rFonts w:cs="Iskoola Pota"/>
          <w:b/>
          <w:sz w:val="24"/>
          <w:szCs w:val="24"/>
        </w:rPr>
        <w:t xml:space="preserve"> </w:t>
      </w:r>
      <w:r w:rsidRPr="007319E2">
        <w:rPr>
          <w:rFonts w:cs="Iskoola Pota"/>
          <w:b/>
          <w:bCs/>
          <w:sz w:val="24"/>
          <w:szCs w:val="24"/>
          <w:cs/>
          <w:lang w:bidi="si-LK"/>
        </w:rPr>
        <w:t>ගැනිමට</w:t>
      </w:r>
      <w:r w:rsidRPr="007319E2">
        <w:rPr>
          <w:rFonts w:cs="Iskoola Pota"/>
          <w:b/>
          <w:sz w:val="24"/>
          <w:szCs w:val="24"/>
        </w:rPr>
        <w:t xml:space="preserve"> </w:t>
      </w:r>
      <w:r w:rsidRPr="007319E2">
        <w:rPr>
          <w:rFonts w:cs="Iskoola Pota"/>
          <w:b/>
          <w:bCs/>
          <w:sz w:val="24"/>
          <w:szCs w:val="24"/>
          <w:cs/>
          <w:lang w:bidi="si-LK"/>
        </w:rPr>
        <w:t>පුරවැසියන්ට</w:t>
      </w:r>
      <w:r w:rsidRPr="007319E2">
        <w:rPr>
          <w:rFonts w:cs="Iskoola Pota"/>
          <w:b/>
          <w:sz w:val="24"/>
          <w:szCs w:val="24"/>
        </w:rPr>
        <w:t xml:space="preserve"> </w:t>
      </w:r>
      <w:r w:rsidRPr="007319E2">
        <w:rPr>
          <w:rFonts w:cs="Iskoola Pota"/>
          <w:b/>
          <w:bCs/>
          <w:sz w:val="24"/>
          <w:szCs w:val="24"/>
          <w:cs/>
          <w:lang w:bidi="si-LK"/>
        </w:rPr>
        <w:t>සපයා</w:t>
      </w:r>
      <w:r w:rsidRPr="007319E2">
        <w:rPr>
          <w:rFonts w:cs="Iskoola Pota"/>
          <w:b/>
          <w:sz w:val="24"/>
          <w:szCs w:val="24"/>
        </w:rPr>
        <w:t xml:space="preserve"> </w:t>
      </w:r>
      <w:r w:rsidRPr="007319E2">
        <w:rPr>
          <w:rFonts w:cs="Iskoola Pota"/>
          <w:b/>
          <w:bCs/>
          <w:sz w:val="24"/>
          <w:szCs w:val="24"/>
          <w:cs/>
          <w:lang w:bidi="si-LK"/>
        </w:rPr>
        <w:t>ඇති</w:t>
      </w:r>
      <w:r w:rsidRPr="007319E2">
        <w:rPr>
          <w:rFonts w:cs="Iskoola Pota"/>
          <w:b/>
          <w:sz w:val="24"/>
          <w:szCs w:val="24"/>
        </w:rPr>
        <w:t xml:space="preserve"> </w:t>
      </w:r>
      <w:r w:rsidRPr="007319E2">
        <w:rPr>
          <w:rFonts w:cs="Iskoola Pota"/>
          <w:b/>
          <w:bCs/>
          <w:sz w:val="24"/>
          <w:szCs w:val="24"/>
          <w:cs/>
          <w:lang w:bidi="si-LK"/>
        </w:rPr>
        <w:t>පහසුකම්</w:t>
      </w:r>
      <w:r w:rsidRPr="007319E2">
        <w:rPr>
          <w:rFonts w:cs="Iskoola Pota"/>
          <w:b/>
          <w:sz w:val="24"/>
          <w:szCs w:val="24"/>
        </w:rPr>
        <w:t>.</w:t>
      </w:r>
    </w:p>
    <w:p w:rsidR="00A32EDC" w:rsidRPr="007319E2" w:rsidRDefault="00A32EDC" w:rsidP="00A32EDC">
      <w:pPr>
        <w:spacing w:after="0"/>
        <w:jc w:val="both"/>
        <w:rPr>
          <w:rFonts w:cs="Iskoola Pota"/>
          <w:sz w:val="24"/>
          <w:szCs w:val="24"/>
          <w:lang w:bidi="si-LK"/>
        </w:rPr>
      </w:pPr>
    </w:p>
    <w:tbl>
      <w:tblPr>
        <w:tblStyle w:val="TableGrid"/>
        <w:tblW w:w="9918" w:type="dxa"/>
        <w:tblLayout w:type="fixed"/>
        <w:tblLook w:val="04A0"/>
      </w:tblPr>
      <w:tblGrid>
        <w:gridCol w:w="1998"/>
        <w:gridCol w:w="2970"/>
        <w:gridCol w:w="720"/>
        <w:gridCol w:w="1170"/>
        <w:gridCol w:w="3060"/>
      </w:tblGrid>
      <w:tr w:rsidR="008859DE" w:rsidRPr="007319E2" w:rsidTr="003D126D">
        <w:trPr>
          <w:trHeight w:val="434"/>
        </w:trPr>
        <w:tc>
          <w:tcPr>
            <w:tcW w:w="1998" w:type="dxa"/>
            <w:vMerge w:val="restart"/>
            <w:vAlign w:val="center"/>
          </w:tcPr>
          <w:p w:rsidR="008859DE" w:rsidRPr="007319E2" w:rsidRDefault="008859DE" w:rsidP="00A32EDC">
            <w:pPr>
              <w:spacing w:line="276" w:lineRule="auto"/>
              <w:jc w:val="center"/>
              <w:rPr>
                <w:rFonts w:cs="Iskoola Pota"/>
                <w:b/>
                <w:bCs/>
                <w:sz w:val="24"/>
                <w:szCs w:val="24"/>
                <w:cs/>
                <w:lang w:bidi="si-LK"/>
              </w:rPr>
            </w:pPr>
            <w:r w:rsidRPr="007319E2">
              <w:rPr>
                <w:rFonts w:cs="Iskoola Pota"/>
                <w:b/>
                <w:bCs/>
                <w:sz w:val="24"/>
                <w:szCs w:val="24"/>
                <w:cs/>
                <w:lang w:bidi="si-LK"/>
              </w:rPr>
              <w:t>අමාත</w:t>
            </w:r>
            <w:r w:rsidR="00D55790" w:rsidRPr="007319E2">
              <w:rPr>
                <w:rFonts w:cs="Iskoola Pota"/>
                <w:b/>
                <w:bCs/>
                <w:sz w:val="24"/>
                <w:szCs w:val="24"/>
                <w:cs/>
                <w:lang w:bidi="si-LK"/>
              </w:rPr>
              <w:t>්‍යාං</w:t>
            </w:r>
            <w:r w:rsidRPr="007319E2">
              <w:rPr>
                <w:rFonts w:cs="Iskoola Pota"/>
                <w:b/>
                <w:bCs/>
                <w:sz w:val="24"/>
                <w:szCs w:val="24"/>
                <w:cs/>
                <w:lang w:bidi="si-LK"/>
              </w:rPr>
              <w:t>ශය</w:t>
            </w:r>
            <w:r w:rsidRPr="007319E2">
              <w:rPr>
                <w:rFonts w:cs="Iskoola Pota"/>
                <w:b/>
                <w:sz w:val="24"/>
                <w:szCs w:val="24"/>
              </w:rPr>
              <w:t xml:space="preserve"> / </w:t>
            </w:r>
            <w:r w:rsidRPr="007319E2">
              <w:rPr>
                <w:rFonts w:cs="Iskoola Pota"/>
                <w:b/>
                <w:bCs/>
                <w:sz w:val="24"/>
                <w:szCs w:val="24"/>
                <w:cs/>
                <w:lang w:bidi="si-LK"/>
              </w:rPr>
              <w:t>පොදු</w:t>
            </w:r>
            <w:r w:rsidRPr="007319E2">
              <w:rPr>
                <w:rFonts w:cs="Iskoola Pota"/>
                <w:b/>
                <w:sz w:val="24"/>
                <w:szCs w:val="24"/>
              </w:rPr>
              <w:t xml:space="preserve"> </w:t>
            </w:r>
            <w:r w:rsidRPr="007319E2">
              <w:rPr>
                <w:rFonts w:cs="Iskoola Pota"/>
                <w:b/>
                <w:bCs/>
                <w:sz w:val="24"/>
                <w:szCs w:val="24"/>
                <w:cs/>
                <w:lang w:bidi="si-LK"/>
              </w:rPr>
              <w:t>අධිකාරිය</w:t>
            </w:r>
          </w:p>
        </w:tc>
        <w:tc>
          <w:tcPr>
            <w:tcW w:w="7920" w:type="dxa"/>
            <w:gridSpan w:val="4"/>
            <w:vAlign w:val="center"/>
          </w:tcPr>
          <w:p w:rsidR="008859DE" w:rsidRPr="007319E2" w:rsidRDefault="008859DE" w:rsidP="00A32EDC">
            <w:pPr>
              <w:spacing w:line="276" w:lineRule="auto"/>
              <w:jc w:val="center"/>
              <w:rPr>
                <w:rFonts w:cs="Iskoola Pota"/>
                <w:b/>
                <w:bCs/>
                <w:sz w:val="24"/>
                <w:szCs w:val="24"/>
                <w:cs/>
                <w:lang w:bidi="si-LK"/>
              </w:rPr>
            </w:pPr>
            <w:r w:rsidRPr="007319E2">
              <w:rPr>
                <w:rFonts w:cs="Iskoola Pota"/>
                <w:b/>
                <w:bCs/>
                <w:sz w:val="24"/>
                <w:szCs w:val="24"/>
                <w:cs/>
                <w:lang w:bidi="si-LK"/>
              </w:rPr>
              <w:t>නිකුත්</w:t>
            </w:r>
            <w:r w:rsidRPr="007319E2">
              <w:rPr>
                <w:rFonts w:cs="Iskoola Pota"/>
                <w:b/>
                <w:sz w:val="24"/>
                <w:szCs w:val="24"/>
              </w:rPr>
              <w:t xml:space="preserve"> </w:t>
            </w:r>
            <w:r w:rsidRPr="007319E2">
              <w:rPr>
                <w:rFonts w:cs="Iskoola Pota"/>
                <w:b/>
                <w:bCs/>
                <w:sz w:val="24"/>
                <w:szCs w:val="24"/>
                <w:cs/>
                <w:lang w:bidi="si-LK"/>
              </w:rPr>
              <w:t>කර</w:t>
            </w:r>
            <w:r w:rsidRPr="007319E2">
              <w:rPr>
                <w:rFonts w:cs="Iskoola Pota"/>
                <w:b/>
                <w:sz w:val="24"/>
                <w:szCs w:val="24"/>
              </w:rPr>
              <w:t xml:space="preserve"> </w:t>
            </w:r>
            <w:r w:rsidRPr="007319E2">
              <w:rPr>
                <w:rFonts w:cs="Iskoola Pota"/>
                <w:b/>
                <w:bCs/>
                <w:sz w:val="24"/>
                <w:szCs w:val="24"/>
                <w:cs/>
                <w:lang w:bidi="si-LK"/>
              </w:rPr>
              <w:t>ඇති</w:t>
            </w:r>
            <w:r w:rsidRPr="007319E2">
              <w:rPr>
                <w:rFonts w:cs="Iskoola Pota"/>
                <w:b/>
                <w:sz w:val="24"/>
                <w:szCs w:val="24"/>
              </w:rPr>
              <w:t xml:space="preserve"> </w:t>
            </w:r>
            <w:r w:rsidRPr="007319E2">
              <w:rPr>
                <w:rFonts w:cs="Iskoola Pota"/>
                <w:b/>
                <w:bCs/>
                <w:sz w:val="24"/>
                <w:szCs w:val="24"/>
                <w:cs/>
                <w:lang w:bidi="si-LK"/>
              </w:rPr>
              <w:t>ප</w:t>
            </w:r>
            <w:r w:rsidR="00D55790" w:rsidRPr="007319E2">
              <w:rPr>
                <w:rFonts w:cs="Iskoola Pota"/>
                <w:b/>
                <w:bCs/>
                <w:sz w:val="24"/>
                <w:szCs w:val="24"/>
                <w:cs/>
                <w:lang w:bidi="si-LK"/>
              </w:rPr>
              <w:t>්‍ර</w:t>
            </w:r>
            <w:r w:rsidRPr="007319E2">
              <w:rPr>
                <w:rFonts w:cs="Iskoola Pota"/>
                <w:b/>
                <w:bCs/>
                <w:sz w:val="24"/>
                <w:szCs w:val="24"/>
                <w:cs/>
                <w:lang w:bidi="si-LK"/>
              </w:rPr>
              <w:t>කාශන</w:t>
            </w:r>
            <w:r w:rsidRPr="007319E2">
              <w:rPr>
                <w:rFonts w:cs="Iskoola Pota"/>
                <w:b/>
                <w:sz w:val="24"/>
                <w:szCs w:val="24"/>
              </w:rPr>
              <w:t xml:space="preserve"> (</w:t>
            </w:r>
            <w:r w:rsidRPr="007319E2">
              <w:rPr>
                <w:rFonts w:cs="Iskoola Pota"/>
                <w:b/>
                <w:bCs/>
                <w:sz w:val="24"/>
                <w:szCs w:val="24"/>
                <w:cs/>
                <w:lang w:bidi="si-LK"/>
              </w:rPr>
              <w:t>නම්</w:t>
            </w:r>
            <w:r w:rsidRPr="007319E2">
              <w:rPr>
                <w:rFonts w:cs="Iskoola Pota"/>
                <w:b/>
                <w:sz w:val="24"/>
                <w:szCs w:val="24"/>
              </w:rPr>
              <w:t>)</w:t>
            </w:r>
          </w:p>
        </w:tc>
      </w:tr>
      <w:tr w:rsidR="008859DE" w:rsidRPr="007319E2" w:rsidTr="003D126D">
        <w:trPr>
          <w:trHeight w:val="162"/>
        </w:trPr>
        <w:tc>
          <w:tcPr>
            <w:tcW w:w="1998" w:type="dxa"/>
            <w:vMerge/>
          </w:tcPr>
          <w:p w:rsidR="008859DE" w:rsidRPr="007319E2" w:rsidRDefault="008859DE" w:rsidP="00A32EDC">
            <w:pPr>
              <w:spacing w:line="276" w:lineRule="auto"/>
              <w:jc w:val="both"/>
              <w:rPr>
                <w:rFonts w:cs="Iskoola Pota"/>
                <w:sz w:val="24"/>
                <w:szCs w:val="24"/>
              </w:rPr>
            </w:pPr>
          </w:p>
        </w:tc>
        <w:tc>
          <w:tcPr>
            <w:tcW w:w="2970" w:type="dxa"/>
            <w:vAlign w:val="center"/>
          </w:tcPr>
          <w:p w:rsidR="008859DE" w:rsidRPr="007319E2" w:rsidRDefault="008859DE" w:rsidP="00A32EDC">
            <w:pPr>
              <w:spacing w:line="276" w:lineRule="auto"/>
              <w:jc w:val="center"/>
              <w:rPr>
                <w:rFonts w:cs="Iskoola Pota"/>
                <w:sz w:val="24"/>
                <w:szCs w:val="24"/>
              </w:rPr>
            </w:pPr>
            <w:r w:rsidRPr="007319E2">
              <w:rPr>
                <w:rFonts w:cs="Iskoola Pota"/>
                <w:b/>
                <w:bCs/>
                <w:sz w:val="24"/>
                <w:szCs w:val="24"/>
                <w:cs/>
                <w:lang w:bidi="si-LK"/>
              </w:rPr>
              <w:t>වාර්තාව</w:t>
            </w:r>
          </w:p>
        </w:tc>
        <w:tc>
          <w:tcPr>
            <w:tcW w:w="720" w:type="dxa"/>
            <w:vAlign w:val="center"/>
          </w:tcPr>
          <w:p w:rsidR="008859DE" w:rsidRPr="007319E2" w:rsidRDefault="008859DE" w:rsidP="00A32EDC">
            <w:pPr>
              <w:spacing w:line="276" w:lineRule="auto"/>
              <w:jc w:val="center"/>
              <w:rPr>
                <w:rFonts w:cs="Iskoola Pota"/>
                <w:sz w:val="24"/>
                <w:szCs w:val="24"/>
              </w:rPr>
            </w:pPr>
            <w:r w:rsidRPr="007319E2">
              <w:rPr>
                <w:rFonts w:cs="Iskoola Pota"/>
                <w:b/>
                <w:bCs/>
                <w:sz w:val="24"/>
                <w:szCs w:val="24"/>
                <w:cs/>
                <w:lang w:bidi="si-LK"/>
              </w:rPr>
              <w:t>මිළ</w:t>
            </w:r>
          </w:p>
        </w:tc>
        <w:tc>
          <w:tcPr>
            <w:tcW w:w="1170" w:type="dxa"/>
            <w:vAlign w:val="center"/>
          </w:tcPr>
          <w:p w:rsidR="008859DE" w:rsidRPr="007319E2" w:rsidRDefault="008859DE" w:rsidP="00A32EDC">
            <w:pPr>
              <w:spacing w:line="276" w:lineRule="auto"/>
              <w:jc w:val="center"/>
              <w:rPr>
                <w:rFonts w:cs="Iskoola Pota"/>
                <w:sz w:val="24"/>
                <w:szCs w:val="24"/>
              </w:rPr>
            </w:pPr>
            <w:r w:rsidRPr="007319E2">
              <w:rPr>
                <w:rFonts w:cs="Iskoola Pota"/>
                <w:b/>
                <w:bCs/>
                <w:sz w:val="24"/>
                <w:szCs w:val="24"/>
                <w:cs/>
                <w:lang w:bidi="si-LK"/>
              </w:rPr>
              <w:t>ලබාගත</w:t>
            </w:r>
            <w:r w:rsidRPr="007319E2">
              <w:rPr>
                <w:rFonts w:cs="Iskoola Pota"/>
                <w:b/>
                <w:sz w:val="24"/>
                <w:szCs w:val="24"/>
              </w:rPr>
              <w:t xml:space="preserve"> </w:t>
            </w:r>
            <w:r w:rsidRPr="007319E2">
              <w:rPr>
                <w:rFonts w:cs="Iskoola Pota"/>
                <w:b/>
                <w:bCs/>
                <w:sz w:val="24"/>
                <w:szCs w:val="24"/>
                <w:cs/>
                <w:lang w:bidi="si-LK"/>
              </w:rPr>
              <w:t>හැකි</w:t>
            </w:r>
            <w:r w:rsidRPr="007319E2">
              <w:rPr>
                <w:rFonts w:cs="Iskoola Pota"/>
                <w:b/>
                <w:sz w:val="24"/>
                <w:szCs w:val="24"/>
              </w:rPr>
              <w:t xml:space="preserve"> </w:t>
            </w:r>
            <w:r w:rsidRPr="007319E2">
              <w:rPr>
                <w:rFonts w:cs="Iskoola Pota"/>
                <w:b/>
                <w:bCs/>
                <w:sz w:val="24"/>
                <w:szCs w:val="24"/>
                <w:cs/>
                <w:lang w:bidi="si-LK"/>
              </w:rPr>
              <w:t>කාර්යාල</w:t>
            </w:r>
          </w:p>
        </w:tc>
        <w:tc>
          <w:tcPr>
            <w:tcW w:w="3060" w:type="dxa"/>
            <w:vAlign w:val="center"/>
          </w:tcPr>
          <w:p w:rsidR="008859DE" w:rsidRPr="007319E2" w:rsidRDefault="008859DE" w:rsidP="00A32EDC">
            <w:pPr>
              <w:spacing w:line="276" w:lineRule="auto"/>
              <w:jc w:val="center"/>
              <w:rPr>
                <w:rFonts w:cs="Iskoola Pota"/>
                <w:sz w:val="24"/>
                <w:szCs w:val="24"/>
              </w:rPr>
            </w:pP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අඩවිය</w:t>
            </w:r>
          </w:p>
        </w:tc>
      </w:tr>
      <w:tr w:rsidR="00A84258" w:rsidRPr="007319E2" w:rsidTr="003D126D">
        <w:trPr>
          <w:trHeight w:val="453"/>
        </w:trPr>
        <w:tc>
          <w:tcPr>
            <w:tcW w:w="1998" w:type="dxa"/>
          </w:tcPr>
          <w:p w:rsidR="00A84258" w:rsidRPr="007319E2" w:rsidRDefault="00A84258" w:rsidP="00A32EDC">
            <w:pPr>
              <w:spacing w:line="276" w:lineRule="auto"/>
              <w:jc w:val="both"/>
              <w:rPr>
                <w:rFonts w:cs="Iskoola Pota"/>
                <w:b/>
                <w:bCs/>
                <w:sz w:val="24"/>
                <w:szCs w:val="24"/>
                <w:lang w:bidi="si-LK"/>
              </w:rPr>
            </w:pPr>
            <w:r w:rsidRPr="007319E2">
              <w:rPr>
                <w:rFonts w:cs="Iskoola Pota"/>
                <w:b/>
                <w:bCs/>
                <w:sz w:val="24"/>
                <w:szCs w:val="24"/>
                <w:cs/>
                <w:lang w:bidi="si-LK"/>
              </w:rPr>
              <w:t>ජාතික ළමා ආරක්ෂක අධිකාරි</w:t>
            </w:r>
            <w:r w:rsidR="00590A00" w:rsidRPr="007319E2">
              <w:rPr>
                <w:rFonts w:cs="Iskoola Pota"/>
                <w:b/>
                <w:bCs/>
                <w:sz w:val="24"/>
                <w:szCs w:val="24"/>
                <w:cs/>
                <w:lang w:bidi="si-LK"/>
              </w:rPr>
              <w:t>ය</w:t>
            </w:r>
          </w:p>
        </w:tc>
        <w:tc>
          <w:tcPr>
            <w:tcW w:w="2970" w:type="dxa"/>
          </w:tcPr>
          <w:p w:rsidR="00A84258" w:rsidRPr="007319E2" w:rsidRDefault="00A84258" w:rsidP="00A32EDC">
            <w:pPr>
              <w:spacing w:line="276" w:lineRule="auto"/>
              <w:rPr>
                <w:rFonts w:cs="Iskoola Pota"/>
                <w:sz w:val="24"/>
                <w:szCs w:val="24"/>
                <w:lang w:bidi="si-LK"/>
              </w:rPr>
            </w:pPr>
            <w:r w:rsidRPr="007319E2">
              <w:rPr>
                <w:rFonts w:cs="Iskoola Pota"/>
                <w:sz w:val="24"/>
                <w:szCs w:val="24"/>
                <w:cs/>
                <w:lang w:bidi="si-LK"/>
              </w:rPr>
              <w:t>වාර්ෂික වාර්තා</w:t>
            </w:r>
          </w:p>
          <w:p w:rsidR="00A84258" w:rsidRPr="007319E2" w:rsidRDefault="00A84258" w:rsidP="00A32EDC">
            <w:pPr>
              <w:spacing w:line="276" w:lineRule="auto"/>
              <w:rPr>
                <w:rFonts w:cs="Iskoola Pota"/>
                <w:sz w:val="24"/>
                <w:szCs w:val="24"/>
                <w:lang w:bidi="si-LK"/>
              </w:rPr>
            </w:pPr>
          </w:p>
        </w:tc>
        <w:tc>
          <w:tcPr>
            <w:tcW w:w="720" w:type="dxa"/>
          </w:tcPr>
          <w:p w:rsidR="00A84258" w:rsidRPr="007319E2" w:rsidRDefault="00A84258" w:rsidP="00A32EDC">
            <w:pPr>
              <w:spacing w:line="276" w:lineRule="auto"/>
              <w:jc w:val="both"/>
              <w:rPr>
                <w:rFonts w:cs="Iskoola Pota"/>
                <w:sz w:val="24"/>
                <w:szCs w:val="24"/>
              </w:rPr>
            </w:pPr>
          </w:p>
        </w:tc>
        <w:tc>
          <w:tcPr>
            <w:tcW w:w="1170" w:type="dxa"/>
          </w:tcPr>
          <w:p w:rsidR="00A84258" w:rsidRPr="007319E2" w:rsidRDefault="00A84258" w:rsidP="00A32EDC">
            <w:pPr>
              <w:spacing w:line="276" w:lineRule="auto"/>
              <w:jc w:val="both"/>
              <w:rPr>
                <w:rFonts w:cs="Iskoola Pota"/>
                <w:sz w:val="24"/>
                <w:szCs w:val="24"/>
              </w:rPr>
            </w:pPr>
          </w:p>
        </w:tc>
        <w:tc>
          <w:tcPr>
            <w:tcW w:w="3060" w:type="dxa"/>
          </w:tcPr>
          <w:p w:rsidR="00A84258" w:rsidRPr="007319E2" w:rsidRDefault="00EC47B7" w:rsidP="00A32EDC">
            <w:pPr>
              <w:spacing w:line="276" w:lineRule="auto"/>
              <w:jc w:val="both"/>
              <w:rPr>
                <w:rFonts w:cs="Iskoola Pota"/>
                <w:sz w:val="24"/>
                <w:szCs w:val="24"/>
              </w:rPr>
            </w:pPr>
            <w:hyperlink r:id="rId9" w:history="1">
              <w:r w:rsidR="00A84258" w:rsidRPr="007319E2">
                <w:rPr>
                  <w:rStyle w:val="Hyperlink"/>
                  <w:rFonts w:cs="Iskoola Pota"/>
                  <w:sz w:val="24"/>
                  <w:szCs w:val="24"/>
                </w:rPr>
                <w:t>www.childprotection.gov.lk</w:t>
              </w:r>
            </w:hyperlink>
          </w:p>
          <w:p w:rsidR="00A84258" w:rsidRPr="007319E2" w:rsidRDefault="00A84258" w:rsidP="00A32EDC">
            <w:pPr>
              <w:spacing w:line="276" w:lineRule="auto"/>
              <w:jc w:val="both"/>
              <w:rPr>
                <w:rFonts w:cs="Iskoola Pota"/>
                <w:sz w:val="24"/>
                <w:szCs w:val="24"/>
              </w:rPr>
            </w:pPr>
            <w:r w:rsidRPr="007319E2">
              <w:rPr>
                <w:rFonts w:cs="Iskoola Pota"/>
                <w:sz w:val="24"/>
                <w:szCs w:val="24"/>
              </w:rPr>
              <w:t>resource center</w:t>
            </w:r>
          </w:p>
        </w:tc>
      </w:tr>
      <w:tr w:rsidR="00A84258" w:rsidRPr="007319E2" w:rsidTr="003D126D">
        <w:trPr>
          <w:trHeight w:val="453"/>
        </w:trPr>
        <w:tc>
          <w:tcPr>
            <w:tcW w:w="1998" w:type="dxa"/>
          </w:tcPr>
          <w:p w:rsidR="00A84258" w:rsidRPr="007319E2" w:rsidRDefault="00A84258" w:rsidP="00A32EDC">
            <w:pPr>
              <w:spacing w:line="276" w:lineRule="auto"/>
              <w:jc w:val="both"/>
              <w:rPr>
                <w:rFonts w:cs="Iskoola Pota"/>
                <w:sz w:val="24"/>
                <w:szCs w:val="24"/>
              </w:rPr>
            </w:pPr>
          </w:p>
        </w:tc>
        <w:tc>
          <w:tcPr>
            <w:tcW w:w="2970" w:type="dxa"/>
          </w:tcPr>
          <w:p w:rsidR="00A84258" w:rsidRPr="007319E2" w:rsidRDefault="00A84258" w:rsidP="00D40BA5">
            <w:pPr>
              <w:spacing w:line="276" w:lineRule="auto"/>
              <w:rPr>
                <w:rFonts w:cs="Iskoola Pota"/>
                <w:sz w:val="24"/>
                <w:szCs w:val="24"/>
                <w:cs/>
                <w:lang w:bidi="si-LK"/>
              </w:rPr>
            </w:pPr>
            <w:r w:rsidRPr="007319E2">
              <w:rPr>
                <w:rFonts w:cs="Iskoola Pota"/>
                <w:sz w:val="24"/>
                <w:szCs w:val="24"/>
                <w:cs/>
                <w:lang w:bidi="si-LK"/>
              </w:rPr>
              <w:t>විෂයපථයට අදාල පනත් උදා</w:t>
            </w:r>
            <w:r w:rsidRPr="007319E2">
              <w:rPr>
                <w:rFonts w:cs="Iskoola Pota"/>
                <w:sz w:val="24"/>
                <w:szCs w:val="24"/>
                <w:rtl/>
                <w:cs/>
              </w:rPr>
              <w:t xml:space="preserve">: 1998 </w:t>
            </w:r>
            <w:r w:rsidR="00600C19">
              <w:rPr>
                <w:rFonts w:cs="Iskoola Pota" w:hint="cs"/>
                <w:sz w:val="24"/>
                <w:szCs w:val="24"/>
                <w:cs/>
                <w:lang w:bidi="si-LK"/>
              </w:rPr>
              <w:t xml:space="preserve"> </w:t>
            </w:r>
            <w:r w:rsidRPr="007319E2">
              <w:rPr>
                <w:rFonts w:cs="Iskoola Pota"/>
                <w:sz w:val="24"/>
                <w:szCs w:val="24"/>
                <w:cs/>
                <w:lang w:bidi="si-LK"/>
              </w:rPr>
              <w:t>අංක</w:t>
            </w:r>
            <w:r w:rsidR="00600C19">
              <w:rPr>
                <w:rFonts w:cs="Iskoola Pota" w:hint="cs"/>
                <w:sz w:val="24"/>
                <w:szCs w:val="24"/>
                <w:cs/>
                <w:lang w:bidi="si-LK"/>
              </w:rPr>
              <w:t xml:space="preserve"> 50</w:t>
            </w:r>
            <w:r w:rsidRPr="007319E2">
              <w:rPr>
                <w:rFonts w:cs="Iskoola Pota"/>
                <w:sz w:val="24"/>
                <w:szCs w:val="24"/>
                <w:cs/>
                <w:lang w:bidi="si-LK"/>
              </w:rPr>
              <w:t xml:space="preserve"> </w:t>
            </w:r>
            <w:r w:rsidRPr="007319E2">
              <w:rPr>
                <w:rFonts w:cs="Iskoola Pota"/>
                <w:sz w:val="24"/>
                <w:szCs w:val="24"/>
                <w:rtl/>
                <w:cs/>
              </w:rPr>
              <w:t xml:space="preserve"> </w:t>
            </w:r>
            <w:r w:rsidR="00D40BA5">
              <w:rPr>
                <w:rFonts w:cs="Iskoola Pota" w:hint="cs"/>
                <w:sz w:val="24"/>
                <w:szCs w:val="24"/>
                <w:cs/>
                <w:lang w:bidi="si-LK"/>
              </w:rPr>
              <w:t>දරන ළමා ආරක්ෂක අධිකාරී පනත</w:t>
            </w:r>
          </w:p>
        </w:tc>
        <w:tc>
          <w:tcPr>
            <w:tcW w:w="720" w:type="dxa"/>
          </w:tcPr>
          <w:p w:rsidR="00A84258" w:rsidRPr="007319E2" w:rsidRDefault="00A84258" w:rsidP="00A32EDC">
            <w:pPr>
              <w:spacing w:line="276" w:lineRule="auto"/>
              <w:jc w:val="both"/>
              <w:rPr>
                <w:rFonts w:cs="Iskoola Pota"/>
                <w:sz w:val="24"/>
                <w:szCs w:val="24"/>
              </w:rPr>
            </w:pPr>
          </w:p>
        </w:tc>
        <w:tc>
          <w:tcPr>
            <w:tcW w:w="1170" w:type="dxa"/>
          </w:tcPr>
          <w:p w:rsidR="00A84258" w:rsidRPr="007319E2" w:rsidRDefault="00A84258" w:rsidP="00A32EDC">
            <w:pPr>
              <w:spacing w:line="276" w:lineRule="auto"/>
              <w:jc w:val="both"/>
              <w:rPr>
                <w:rFonts w:cs="Iskoola Pota"/>
                <w:sz w:val="24"/>
                <w:szCs w:val="24"/>
              </w:rPr>
            </w:pPr>
          </w:p>
        </w:tc>
        <w:tc>
          <w:tcPr>
            <w:tcW w:w="3060" w:type="dxa"/>
          </w:tcPr>
          <w:p w:rsidR="00A84258" w:rsidRPr="007319E2" w:rsidRDefault="00EC47B7" w:rsidP="00A32EDC">
            <w:pPr>
              <w:spacing w:line="276" w:lineRule="auto"/>
              <w:jc w:val="both"/>
              <w:rPr>
                <w:rFonts w:cs="Iskoola Pota"/>
                <w:sz w:val="24"/>
                <w:szCs w:val="24"/>
              </w:rPr>
            </w:pPr>
            <w:hyperlink r:id="rId10" w:history="1">
              <w:r w:rsidR="00A84258" w:rsidRPr="007319E2">
                <w:rPr>
                  <w:rStyle w:val="Hyperlink"/>
                  <w:rFonts w:cs="Iskoola Pota"/>
                  <w:sz w:val="24"/>
                  <w:szCs w:val="24"/>
                </w:rPr>
                <w:t>www.childprotection.gov.lk</w:t>
              </w:r>
            </w:hyperlink>
          </w:p>
          <w:p w:rsidR="00A84258" w:rsidRPr="007319E2" w:rsidRDefault="00A84258" w:rsidP="00A32EDC">
            <w:pPr>
              <w:spacing w:line="276" w:lineRule="auto"/>
              <w:jc w:val="both"/>
              <w:rPr>
                <w:rFonts w:cs="Iskoola Pota"/>
                <w:sz w:val="24"/>
                <w:szCs w:val="24"/>
              </w:rPr>
            </w:pPr>
            <w:r w:rsidRPr="007319E2">
              <w:rPr>
                <w:rFonts w:cs="Iskoola Pota"/>
                <w:sz w:val="24"/>
                <w:szCs w:val="24"/>
              </w:rPr>
              <w:t>resource center</w:t>
            </w:r>
          </w:p>
        </w:tc>
      </w:tr>
      <w:tr w:rsidR="00A84258" w:rsidRPr="007319E2" w:rsidTr="003D126D">
        <w:trPr>
          <w:trHeight w:val="453"/>
        </w:trPr>
        <w:tc>
          <w:tcPr>
            <w:tcW w:w="1998" w:type="dxa"/>
          </w:tcPr>
          <w:p w:rsidR="00A84258" w:rsidRPr="007319E2" w:rsidRDefault="00A84258" w:rsidP="00A32EDC">
            <w:pPr>
              <w:spacing w:line="276" w:lineRule="auto"/>
              <w:jc w:val="both"/>
              <w:rPr>
                <w:rFonts w:cs="Iskoola Pota"/>
                <w:sz w:val="24"/>
                <w:szCs w:val="24"/>
              </w:rPr>
            </w:pPr>
          </w:p>
        </w:tc>
        <w:tc>
          <w:tcPr>
            <w:tcW w:w="2970" w:type="dxa"/>
          </w:tcPr>
          <w:p w:rsidR="00A84258" w:rsidRPr="007319E2" w:rsidRDefault="00A84258" w:rsidP="00A32EDC">
            <w:pPr>
              <w:spacing w:line="276" w:lineRule="auto"/>
              <w:rPr>
                <w:rFonts w:cs="Iskoola Pota"/>
                <w:sz w:val="24"/>
                <w:szCs w:val="24"/>
                <w:rtl/>
                <w:cs/>
              </w:rPr>
            </w:pPr>
            <w:r w:rsidRPr="007319E2">
              <w:rPr>
                <w:rFonts w:cs="Iskoola Pota"/>
                <w:sz w:val="24"/>
                <w:szCs w:val="24"/>
                <w:cs/>
                <w:lang w:bidi="si-LK"/>
              </w:rPr>
              <w:t>විෂයපථයට අදාල නීති හා ප්‍රතිපත්ති</w:t>
            </w:r>
          </w:p>
        </w:tc>
        <w:tc>
          <w:tcPr>
            <w:tcW w:w="720" w:type="dxa"/>
          </w:tcPr>
          <w:p w:rsidR="00A84258" w:rsidRPr="007319E2" w:rsidRDefault="00A84258" w:rsidP="00A32EDC">
            <w:pPr>
              <w:spacing w:line="276" w:lineRule="auto"/>
              <w:jc w:val="both"/>
              <w:rPr>
                <w:rFonts w:cs="Iskoola Pota"/>
                <w:sz w:val="24"/>
                <w:szCs w:val="24"/>
              </w:rPr>
            </w:pPr>
          </w:p>
        </w:tc>
        <w:tc>
          <w:tcPr>
            <w:tcW w:w="1170" w:type="dxa"/>
          </w:tcPr>
          <w:p w:rsidR="00A84258" w:rsidRPr="007319E2" w:rsidRDefault="00A84258" w:rsidP="00A32EDC">
            <w:pPr>
              <w:spacing w:line="276" w:lineRule="auto"/>
              <w:jc w:val="both"/>
              <w:rPr>
                <w:rFonts w:cs="Iskoola Pota"/>
                <w:sz w:val="24"/>
                <w:szCs w:val="24"/>
              </w:rPr>
            </w:pPr>
          </w:p>
        </w:tc>
        <w:tc>
          <w:tcPr>
            <w:tcW w:w="3060" w:type="dxa"/>
          </w:tcPr>
          <w:p w:rsidR="00A84258" w:rsidRPr="007319E2" w:rsidRDefault="00EC47B7" w:rsidP="00A32EDC">
            <w:pPr>
              <w:spacing w:line="276" w:lineRule="auto"/>
              <w:jc w:val="both"/>
              <w:rPr>
                <w:rFonts w:cs="Iskoola Pota"/>
                <w:sz w:val="24"/>
                <w:szCs w:val="24"/>
              </w:rPr>
            </w:pPr>
            <w:hyperlink r:id="rId11" w:history="1">
              <w:r w:rsidR="00A84258" w:rsidRPr="007319E2">
                <w:rPr>
                  <w:rStyle w:val="Hyperlink"/>
                  <w:rFonts w:cs="Iskoola Pota"/>
                  <w:sz w:val="24"/>
                  <w:szCs w:val="24"/>
                </w:rPr>
                <w:t>www.childprotection.gov.lk</w:t>
              </w:r>
            </w:hyperlink>
          </w:p>
          <w:p w:rsidR="00A84258" w:rsidRPr="007319E2" w:rsidRDefault="00A84258" w:rsidP="00A32EDC">
            <w:pPr>
              <w:spacing w:line="276" w:lineRule="auto"/>
              <w:jc w:val="both"/>
              <w:rPr>
                <w:rFonts w:cs="Iskoola Pota"/>
                <w:sz w:val="24"/>
                <w:szCs w:val="24"/>
              </w:rPr>
            </w:pPr>
            <w:r w:rsidRPr="007319E2">
              <w:rPr>
                <w:rFonts w:cs="Iskoola Pota"/>
                <w:sz w:val="24"/>
                <w:szCs w:val="24"/>
              </w:rPr>
              <w:t>resource center</w:t>
            </w:r>
          </w:p>
        </w:tc>
      </w:tr>
      <w:tr w:rsidR="00A84258" w:rsidRPr="007319E2" w:rsidTr="003D126D">
        <w:trPr>
          <w:trHeight w:val="453"/>
        </w:trPr>
        <w:tc>
          <w:tcPr>
            <w:tcW w:w="1998" w:type="dxa"/>
          </w:tcPr>
          <w:p w:rsidR="00A84258" w:rsidRPr="007319E2" w:rsidRDefault="00A84258" w:rsidP="00A32EDC">
            <w:pPr>
              <w:spacing w:line="276" w:lineRule="auto"/>
              <w:jc w:val="both"/>
              <w:rPr>
                <w:rFonts w:cs="Iskoola Pota"/>
                <w:sz w:val="24"/>
                <w:szCs w:val="24"/>
              </w:rPr>
            </w:pPr>
          </w:p>
        </w:tc>
        <w:tc>
          <w:tcPr>
            <w:tcW w:w="2970" w:type="dxa"/>
          </w:tcPr>
          <w:p w:rsidR="00A84258" w:rsidRPr="007319E2" w:rsidRDefault="00A84258" w:rsidP="00A32EDC">
            <w:pPr>
              <w:spacing w:line="276" w:lineRule="auto"/>
              <w:rPr>
                <w:rFonts w:cs="Iskoola Pota"/>
                <w:sz w:val="24"/>
                <w:szCs w:val="24"/>
                <w:rtl/>
                <w:cs/>
              </w:rPr>
            </w:pPr>
            <w:r w:rsidRPr="007319E2">
              <w:rPr>
                <w:rFonts w:cs="Iskoola Pota"/>
                <w:sz w:val="24"/>
                <w:szCs w:val="24"/>
                <w:cs/>
                <w:lang w:bidi="si-LK"/>
              </w:rPr>
              <w:t>විෂයපථයට අදාල වෙනත් ප්‍රකාශන</w:t>
            </w:r>
          </w:p>
        </w:tc>
        <w:tc>
          <w:tcPr>
            <w:tcW w:w="720" w:type="dxa"/>
          </w:tcPr>
          <w:p w:rsidR="00A84258" w:rsidRPr="007319E2" w:rsidRDefault="00A84258" w:rsidP="00A32EDC">
            <w:pPr>
              <w:spacing w:line="276" w:lineRule="auto"/>
              <w:jc w:val="both"/>
              <w:rPr>
                <w:rFonts w:cs="Iskoola Pota"/>
                <w:sz w:val="24"/>
                <w:szCs w:val="24"/>
              </w:rPr>
            </w:pPr>
          </w:p>
        </w:tc>
        <w:tc>
          <w:tcPr>
            <w:tcW w:w="1170" w:type="dxa"/>
          </w:tcPr>
          <w:p w:rsidR="00A84258" w:rsidRPr="007319E2" w:rsidRDefault="00A84258" w:rsidP="00A32EDC">
            <w:pPr>
              <w:spacing w:line="276" w:lineRule="auto"/>
              <w:jc w:val="both"/>
              <w:rPr>
                <w:rFonts w:cs="Iskoola Pota"/>
                <w:sz w:val="24"/>
                <w:szCs w:val="24"/>
              </w:rPr>
            </w:pPr>
          </w:p>
        </w:tc>
        <w:tc>
          <w:tcPr>
            <w:tcW w:w="3060" w:type="dxa"/>
          </w:tcPr>
          <w:p w:rsidR="00A84258" w:rsidRPr="007319E2" w:rsidRDefault="00EC47B7" w:rsidP="00A32EDC">
            <w:pPr>
              <w:spacing w:line="276" w:lineRule="auto"/>
              <w:jc w:val="both"/>
              <w:rPr>
                <w:rFonts w:cs="Iskoola Pota"/>
                <w:sz w:val="24"/>
                <w:szCs w:val="24"/>
              </w:rPr>
            </w:pPr>
            <w:hyperlink r:id="rId12" w:history="1">
              <w:r w:rsidR="00A84258" w:rsidRPr="007319E2">
                <w:rPr>
                  <w:rStyle w:val="Hyperlink"/>
                  <w:rFonts w:cs="Iskoola Pota"/>
                  <w:sz w:val="24"/>
                  <w:szCs w:val="24"/>
                </w:rPr>
                <w:t>www.childprotection.gov.lk</w:t>
              </w:r>
            </w:hyperlink>
          </w:p>
          <w:p w:rsidR="00A84258" w:rsidRPr="007319E2" w:rsidRDefault="00A84258" w:rsidP="00A32EDC">
            <w:pPr>
              <w:spacing w:line="276" w:lineRule="auto"/>
              <w:jc w:val="both"/>
              <w:rPr>
                <w:rFonts w:cs="Iskoola Pota"/>
                <w:sz w:val="24"/>
                <w:szCs w:val="24"/>
              </w:rPr>
            </w:pPr>
            <w:r w:rsidRPr="007319E2">
              <w:rPr>
                <w:rFonts w:cs="Iskoola Pota"/>
                <w:sz w:val="24"/>
                <w:szCs w:val="24"/>
              </w:rPr>
              <w:t>resource center</w:t>
            </w:r>
          </w:p>
        </w:tc>
      </w:tr>
    </w:tbl>
    <w:p w:rsidR="003D126D" w:rsidRPr="007319E2" w:rsidRDefault="003D126D" w:rsidP="00A32EDC">
      <w:pPr>
        <w:spacing w:after="0"/>
        <w:jc w:val="both"/>
        <w:rPr>
          <w:rFonts w:cs="Iskoola Pota"/>
          <w:sz w:val="24"/>
          <w:szCs w:val="24"/>
          <w:lang w:bidi="si-LK"/>
        </w:rPr>
      </w:pPr>
    </w:p>
    <w:p w:rsidR="00CD1104" w:rsidRDefault="00836AF7" w:rsidP="00A32EDC">
      <w:pPr>
        <w:spacing w:after="0"/>
        <w:jc w:val="both"/>
        <w:rPr>
          <w:rFonts w:cs="Iskoola Pota"/>
          <w:b/>
          <w:sz w:val="24"/>
          <w:szCs w:val="24"/>
          <w:lang w:bidi="si-LK"/>
        </w:rPr>
      </w:pPr>
      <w:r w:rsidRPr="007319E2">
        <w:rPr>
          <w:rFonts w:cs="Iskoola Pota"/>
          <w:b/>
          <w:sz w:val="24"/>
          <w:szCs w:val="24"/>
        </w:rPr>
        <w:t xml:space="preserve">10. </w:t>
      </w:r>
      <w:r w:rsidRPr="007319E2">
        <w:rPr>
          <w:rFonts w:cs="Iskoola Pota"/>
          <w:b/>
          <w:bCs/>
          <w:sz w:val="24"/>
          <w:szCs w:val="24"/>
          <w:cs/>
          <w:lang w:bidi="si-LK"/>
        </w:rPr>
        <w:t>තොරතුරු</w:t>
      </w:r>
      <w:r w:rsidRPr="007319E2">
        <w:rPr>
          <w:rFonts w:cs="Iskoola Pota"/>
          <w:b/>
          <w:sz w:val="24"/>
          <w:szCs w:val="24"/>
        </w:rPr>
        <w:t xml:space="preserve"> </w:t>
      </w:r>
      <w:r w:rsidRPr="007319E2">
        <w:rPr>
          <w:rFonts w:cs="Iskoola Pota"/>
          <w:b/>
          <w:bCs/>
          <w:sz w:val="24"/>
          <w:szCs w:val="24"/>
          <w:cs/>
          <w:lang w:bidi="si-LK"/>
        </w:rPr>
        <w:t>නිලධාරීන්ගේ</w:t>
      </w:r>
      <w:r w:rsidRPr="007319E2">
        <w:rPr>
          <w:rFonts w:cs="Iskoola Pota"/>
          <w:b/>
          <w:sz w:val="24"/>
          <w:szCs w:val="24"/>
        </w:rPr>
        <w:t xml:space="preserve"> </w:t>
      </w:r>
      <w:r w:rsidRPr="007319E2">
        <w:rPr>
          <w:rFonts w:cs="Iskoola Pota"/>
          <w:b/>
          <w:bCs/>
          <w:sz w:val="24"/>
          <w:szCs w:val="24"/>
          <w:cs/>
          <w:lang w:bidi="si-LK"/>
        </w:rPr>
        <w:t>විස්තර</w:t>
      </w:r>
      <w:r w:rsidRPr="007319E2">
        <w:rPr>
          <w:rFonts w:cs="Iskoola Pota"/>
          <w:b/>
          <w:sz w:val="24"/>
          <w:szCs w:val="24"/>
        </w:rPr>
        <w:t xml:space="preserve"> </w:t>
      </w:r>
      <w:r w:rsidRPr="007319E2">
        <w:rPr>
          <w:rFonts w:cs="Iskoola Pota"/>
          <w:b/>
          <w:bCs/>
          <w:sz w:val="24"/>
          <w:szCs w:val="24"/>
          <w:cs/>
          <w:lang w:bidi="si-LK"/>
        </w:rPr>
        <w:t>ලබා</w:t>
      </w:r>
      <w:r w:rsidRPr="007319E2">
        <w:rPr>
          <w:rFonts w:cs="Iskoola Pota"/>
          <w:b/>
          <w:sz w:val="24"/>
          <w:szCs w:val="24"/>
        </w:rPr>
        <w:t xml:space="preserve"> </w:t>
      </w:r>
      <w:r w:rsidRPr="007319E2">
        <w:rPr>
          <w:rFonts w:cs="Iskoola Pota"/>
          <w:b/>
          <w:bCs/>
          <w:sz w:val="24"/>
          <w:szCs w:val="24"/>
          <w:cs/>
          <w:lang w:bidi="si-LK"/>
        </w:rPr>
        <w:t>ගත</w:t>
      </w:r>
      <w:r w:rsidRPr="007319E2">
        <w:rPr>
          <w:rFonts w:cs="Iskoola Pota"/>
          <w:b/>
          <w:sz w:val="24"/>
          <w:szCs w:val="24"/>
        </w:rPr>
        <w:t xml:space="preserve"> </w:t>
      </w:r>
      <w:r w:rsidRPr="007319E2">
        <w:rPr>
          <w:rFonts w:cs="Iskoola Pota"/>
          <w:b/>
          <w:bCs/>
          <w:sz w:val="24"/>
          <w:szCs w:val="24"/>
          <w:cs/>
          <w:lang w:bidi="si-LK"/>
        </w:rPr>
        <w:t>හැකි</w:t>
      </w:r>
      <w:r w:rsidRPr="007319E2">
        <w:rPr>
          <w:rFonts w:cs="Iskoola Pota"/>
          <w:b/>
          <w:sz w:val="24"/>
          <w:szCs w:val="24"/>
        </w:rPr>
        <w:t xml:space="preserve"> </w:t>
      </w:r>
      <w:r w:rsidRPr="007319E2">
        <w:rPr>
          <w:rFonts w:cs="Iskoola Pota"/>
          <w:b/>
          <w:bCs/>
          <w:sz w:val="24"/>
          <w:szCs w:val="24"/>
          <w:cs/>
          <w:lang w:bidi="si-LK"/>
        </w:rPr>
        <w:t>වෙබ්</w:t>
      </w:r>
      <w:r w:rsidRPr="007319E2">
        <w:rPr>
          <w:rFonts w:cs="Iskoola Pota"/>
          <w:b/>
          <w:sz w:val="24"/>
          <w:szCs w:val="24"/>
        </w:rPr>
        <w:t xml:space="preserve"> </w:t>
      </w:r>
      <w:r w:rsidRPr="007319E2">
        <w:rPr>
          <w:rFonts w:cs="Iskoola Pota"/>
          <w:b/>
          <w:bCs/>
          <w:sz w:val="24"/>
          <w:szCs w:val="24"/>
          <w:cs/>
          <w:lang w:bidi="si-LK"/>
        </w:rPr>
        <w:t>අඩවි</w:t>
      </w:r>
      <w:r w:rsidRPr="007319E2">
        <w:rPr>
          <w:rFonts w:cs="Iskoola Pota"/>
          <w:b/>
          <w:sz w:val="24"/>
          <w:szCs w:val="24"/>
        </w:rPr>
        <w:t xml:space="preserve"> </w:t>
      </w:r>
      <w:r w:rsidRPr="007319E2">
        <w:rPr>
          <w:rFonts w:cs="Iskoola Pota"/>
          <w:b/>
          <w:bCs/>
          <w:sz w:val="24"/>
          <w:szCs w:val="24"/>
          <w:cs/>
          <w:lang w:bidi="si-LK"/>
        </w:rPr>
        <w:t>සහ</w:t>
      </w:r>
      <w:r w:rsidRPr="007319E2">
        <w:rPr>
          <w:rFonts w:cs="Iskoola Pota"/>
          <w:b/>
          <w:sz w:val="24"/>
          <w:szCs w:val="24"/>
        </w:rPr>
        <w:t xml:space="preserve"> </w:t>
      </w:r>
      <w:r w:rsidRPr="007319E2">
        <w:rPr>
          <w:rFonts w:cs="Iskoola Pota"/>
          <w:b/>
          <w:bCs/>
          <w:sz w:val="24"/>
          <w:szCs w:val="24"/>
          <w:cs/>
          <w:lang w:bidi="si-LK"/>
        </w:rPr>
        <w:t>වෙනත්</w:t>
      </w:r>
      <w:r w:rsidRPr="007319E2">
        <w:rPr>
          <w:rFonts w:cs="Iskoola Pota"/>
          <w:b/>
          <w:sz w:val="24"/>
          <w:szCs w:val="24"/>
        </w:rPr>
        <w:t xml:space="preserve"> </w:t>
      </w:r>
      <w:r w:rsidRPr="007319E2">
        <w:rPr>
          <w:rFonts w:cs="Iskoola Pota"/>
          <w:b/>
          <w:bCs/>
          <w:sz w:val="24"/>
          <w:szCs w:val="24"/>
          <w:cs/>
          <w:lang w:bidi="si-LK"/>
        </w:rPr>
        <w:t>විශේෂ</w:t>
      </w:r>
      <w:r w:rsidRPr="007319E2">
        <w:rPr>
          <w:rFonts w:cs="Iskoola Pota"/>
          <w:b/>
          <w:sz w:val="24"/>
          <w:szCs w:val="24"/>
        </w:rPr>
        <w:t xml:space="preserve"> </w:t>
      </w:r>
      <w:r w:rsidRPr="007319E2">
        <w:rPr>
          <w:rFonts w:cs="Iskoola Pota"/>
          <w:b/>
          <w:bCs/>
          <w:sz w:val="24"/>
          <w:szCs w:val="24"/>
          <w:cs/>
          <w:lang w:bidi="si-LK"/>
        </w:rPr>
        <w:t>පහසුකම්</w:t>
      </w:r>
      <w:r w:rsidRPr="007319E2">
        <w:rPr>
          <w:rFonts w:cs="Iskoola Pota"/>
          <w:b/>
          <w:sz w:val="24"/>
          <w:szCs w:val="24"/>
        </w:rPr>
        <w:t xml:space="preserve"> </w:t>
      </w:r>
      <w:r w:rsidRPr="007319E2">
        <w:rPr>
          <w:rFonts w:cs="Iskoola Pota"/>
          <w:b/>
          <w:bCs/>
          <w:sz w:val="24"/>
          <w:szCs w:val="24"/>
          <w:cs/>
          <w:lang w:bidi="si-LK"/>
        </w:rPr>
        <w:t>විස්තර</w:t>
      </w:r>
      <w:r w:rsidRPr="007319E2">
        <w:rPr>
          <w:rFonts w:cs="Iskoola Pota"/>
          <w:b/>
          <w:sz w:val="24"/>
          <w:szCs w:val="24"/>
        </w:rPr>
        <w:t>.</w:t>
      </w:r>
    </w:p>
    <w:p w:rsidR="00A32EDC" w:rsidRDefault="00A32EDC" w:rsidP="00A32EDC">
      <w:pPr>
        <w:spacing w:after="0"/>
        <w:jc w:val="both"/>
        <w:rPr>
          <w:rFonts w:cs="Iskoola Pota"/>
          <w:b/>
          <w:sz w:val="24"/>
          <w:szCs w:val="24"/>
          <w:lang w:bidi="si-LK"/>
        </w:rPr>
      </w:pPr>
    </w:p>
    <w:p w:rsidR="003B5F25" w:rsidRDefault="003B5F25" w:rsidP="00A32EDC">
      <w:pPr>
        <w:spacing w:after="0"/>
        <w:ind w:left="720" w:firstLine="720"/>
        <w:jc w:val="both"/>
        <w:rPr>
          <w:rFonts w:cs="Iskoola Pota"/>
          <w:b/>
          <w:sz w:val="24"/>
          <w:szCs w:val="24"/>
          <w:lang w:bidi="si-LK"/>
        </w:rPr>
      </w:pPr>
      <w:r w:rsidRPr="003B5F25">
        <w:rPr>
          <w:rFonts w:cs="Iskoola Pota" w:hint="cs"/>
          <w:b/>
          <w:sz w:val="24"/>
          <w:szCs w:val="24"/>
          <w:cs/>
          <w:lang w:bidi="si-LK"/>
        </w:rPr>
        <w:t xml:space="preserve">ඉහතින් දක්වා ඇති </w:t>
      </w:r>
      <w:r w:rsidRPr="003B5F25">
        <w:rPr>
          <w:rFonts w:cs="Iskoola Pota"/>
          <w:b/>
          <w:sz w:val="24"/>
          <w:szCs w:val="24"/>
          <w:cs/>
          <w:lang w:bidi="si-LK"/>
        </w:rPr>
        <w:t>වෙබ්</w:t>
      </w:r>
      <w:r w:rsidRPr="003B5F25">
        <w:rPr>
          <w:rFonts w:cs="Iskoola Pota"/>
          <w:b/>
          <w:sz w:val="24"/>
          <w:szCs w:val="24"/>
        </w:rPr>
        <w:t xml:space="preserve"> </w:t>
      </w:r>
      <w:r w:rsidRPr="003B5F25">
        <w:rPr>
          <w:rFonts w:cs="Iskoola Pota"/>
          <w:b/>
          <w:sz w:val="24"/>
          <w:szCs w:val="24"/>
          <w:cs/>
          <w:lang w:bidi="si-LK"/>
        </w:rPr>
        <w:t>අඩවි</w:t>
      </w:r>
      <w:r w:rsidRPr="003B5F25">
        <w:rPr>
          <w:rFonts w:cs="Iskoola Pota" w:hint="cs"/>
          <w:b/>
          <w:sz w:val="24"/>
          <w:szCs w:val="24"/>
          <w:cs/>
          <w:lang w:bidi="si-LK"/>
        </w:rPr>
        <w:t xml:space="preserve"> පරිශීලනය කල හැක.</w:t>
      </w:r>
    </w:p>
    <w:p w:rsidR="009463F9" w:rsidRDefault="009463F9" w:rsidP="00A32EDC">
      <w:pPr>
        <w:spacing w:after="0"/>
        <w:ind w:left="720" w:firstLine="720"/>
        <w:jc w:val="both"/>
        <w:rPr>
          <w:rFonts w:cs="Iskoola Pota"/>
          <w:b/>
          <w:sz w:val="24"/>
          <w:szCs w:val="24"/>
          <w:lang w:bidi="si-LK"/>
        </w:rPr>
      </w:pPr>
    </w:p>
    <w:p w:rsidR="00356D10" w:rsidRDefault="00356D10" w:rsidP="00A32EDC">
      <w:pPr>
        <w:spacing w:after="0"/>
        <w:ind w:left="720" w:firstLine="720"/>
        <w:jc w:val="both"/>
        <w:rPr>
          <w:rFonts w:cs="Iskoola Pota"/>
          <w:b/>
          <w:sz w:val="24"/>
          <w:szCs w:val="24"/>
          <w:lang w:bidi="si-LK"/>
        </w:rPr>
      </w:pPr>
    </w:p>
    <w:p w:rsidR="00356D10" w:rsidRDefault="00356D10" w:rsidP="00A32EDC">
      <w:pPr>
        <w:spacing w:after="0"/>
        <w:ind w:left="720" w:firstLine="720"/>
        <w:jc w:val="both"/>
        <w:rPr>
          <w:rFonts w:cs="Iskoola Pota"/>
          <w:b/>
          <w:sz w:val="24"/>
          <w:szCs w:val="24"/>
          <w:lang w:bidi="si-LK"/>
        </w:rPr>
      </w:pPr>
    </w:p>
    <w:p w:rsidR="00356D10" w:rsidRDefault="00356D10" w:rsidP="00A32EDC">
      <w:pPr>
        <w:spacing w:after="0"/>
        <w:ind w:left="720" w:firstLine="720"/>
        <w:jc w:val="both"/>
        <w:rPr>
          <w:rFonts w:cs="Iskoola Pota"/>
          <w:b/>
          <w:sz w:val="24"/>
          <w:szCs w:val="24"/>
          <w:lang w:bidi="si-LK"/>
        </w:rPr>
      </w:pPr>
    </w:p>
    <w:p w:rsidR="00356D10" w:rsidRDefault="00356D10" w:rsidP="00A32EDC">
      <w:pPr>
        <w:spacing w:after="0"/>
        <w:ind w:left="720" w:firstLine="720"/>
        <w:jc w:val="both"/>
        <w:rPr>
          <w:rFonts w:cs="Iskoola Pota"/>
          <w:b/>
          <w:sz w:val="24"/>
          <w:szCs w:val="24"/>
          <w:lang w:bidi="si-LK"/>
        </w:rPr>
      </w:pPr>
    </w:p>
    <w:p w:rsidR="00356D10" w:rsidRDefault="00356D10" w:rsidP="00A32EDC">
      <w:pPr>
        <w:spacing w:after="0"/>
        <w:ind w:left="720" w:firstLine="720"/>
        <w:jc w:val="both"/>
        <w:rPr>
          <w:rFonts w:cs="Iskoola Pota"/>
          <w:b/>
          <w:sz w:val="24"/>
          <w:szCs w:val="24"/>
          <w:lang w:bidi="si-LK"/>
        </w:rPr>
      </w:pPr>
    </w:p>
    <w:p w:rsidR="00356D10" w:rsidRDefault="00356D10" w:rsidP="00365871">
      <w:pPr>
        <w:spacing w:after="0"/>
        <w:jc w:val="both"/>
        <w:rPr>
          <w:rFonts w:cs="Iskoola Pota"/>
          <w:b/>
          <w:sz w:val="24"/>
          <w:szCs w:val="24"/>
          <w:lang w:bidi="si-LK"/>
        </w:rPr>
      </w:pPr>
    </w:p>
    <w:p w:rsidR="00356D10" w:rsidRPr="003B5F25" w:rsidRDefault="00356D10" w:rsidP="00D25549">
      <w:pPr>
        <w:spacing w:after="0"/>
        <w:jc w:val="both"/>
        <w:rPr>
          <w:rFonts w:cs="Iskoola Pota"/>
          <w:b/>
          <w:sz w:val="24"/>
          <w:szCs w:val="24"/>
          <w:lang w:bidi="si-LK"/>
        </w:rPr>
      </w:pPr>
    </w:p>
    <w:sectPr w:rsidR="00356D10" w:rsidRPr="003B5F25" w:rsidSect="000346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skoola Pota">
    <w:panose1 w:val="020B0502040204020203"/>
    <w:charset w:val="00"/>
    <w:family w:val="auto"/>
    <w:pitch w:val="variable"/>
    <w:sig w:usb0="00000003" w:usb1="00000000" w:usb2="00000200" w:usb3="00000000" w:csb0="00000001"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5207B1"/>
    <w:multiLevelType w:val="multilevel"/>
    <w:tmpl w:val="8BA8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20D5874"/>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5907CD"/>
    <w:multiLevelType w:val="multilevel"/>
    <w:tmpl w:val="CF94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B50080"/>
    <w:multiLevelType w:val="hybridMultilevel"/>
    <w:tmpl w:val="B080B1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2D2981"/>
    <w:multiLevelType w:val="multilevel"/>
    <w:tmpl w:val="C6CE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6D5B7E"/>
    <w:multiLevelType w:val="hybridMultilevel"/>
    <w:tmpl w:val="58D0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321839"/>
    <w:multiLevelType w:val="hybridMultilevel"/>
    <w:tmpl w:val="EFFAE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1A758FF"/>
    <w:multiLevelType w:val="hybridMultilevel"/>
    <w:tmpl w:val="1510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86460D"/>
    <w:multiLevelType w:val="hybridMultilevel"/>
    <w:tmpl w:val="77FE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5A7D45"/>
    <w:multiLevelType w:val="multilevel"/>
    <w:tmpl w:val="0412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B102F1"/>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0C472C"/>
    <w:multiLevelType w:val="hybridMultilevel"/>
    <w:tmpl w:val="4536AE4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C61E3C"/>
    <w:multiLevelType w:val="multilevel"/>
    <w:tmpl w:val="50D2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797AB7"/>
    <w:multiLevelType w:val="hybridMultilevel"/>
    <w:tmpl w:val="0E36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4D6F56"/>
    <w:multiLevelType w:val="multilevel"/>
    <w:tmpl w:val="29A4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8A6F59"/>
    <w:multiLevelType w:val="multilevel"/>
    <w:tmpl w:val="05E0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302F89"/>
    <w:multiLevelType w:val="hybridMultilevel"/>
    <w:tmpl w:val="23F24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22"/>
  </w:num>
  <w:num w:numId="12">
    <w:abstractNumId w:val="20"/>
  </w:num>
  <w:num w:numId="13">
    <w:abstractNumId w:val="16"/>
  </w:num>
  <w:num w:numId="14">
    <w:abstractNumId w:val="14"/>
  </w:num>
  <w:num w:numId="15">
    <w:abstractNumId w:val="10"/>
  </w:num>
  <w:num w:numId="16">
    <w:abstractNumId w:val="19"/>
  </w:num>
  <w:num w:numId="17">
    <w:abstractNumId w:val="25"/>
  </w:num>
  <w:num w:numId="18">
    <w:abstractNumId w:val="17"/>
  </w:num>
  <w:num w:numId="19">
    <w:abstractNumId w:val="12"/>
  </w:num>
  <w:num w:numId="20">
    <w:abstractNumId w:val="18"/>
  </w:num>
  <w:num w:numId="21">
    <w:abstractNumId w:val="9"/>
  </w:num>
  <w:num w:numId="22">
    <w:abstractNumId w:val="24"/>
  </w:num>
  <w:num w:numId="23">
    <w:abstractNumId w:val="13"/>
  </w:num>
  <w:num w:numId="24">
    <w:abstractNumId w:val="21"/>
  </w:num>
  <w:num w:numId="25">
    <w:abstractNumId w:val="23"/>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drawingGridHorizontalSpacing w:val="110"/>
  <w:displayHorizontalDrawingGridEvery w:val="2"/>
  <w:characterSpacingControl w:val="doNotCompress"/>
  <w:compat>
    <w:useFELayout/>
  </w:compat>
  <w:rsids>
    <w:rsidRoot w:val="00B47730"/>
    <w:rsid w:val="00034369"/>
    <w:rsid w:val="00034616"/>
    <w:rsid w:val="0006063C"/>
    <w:rsid w:val="00093DD3"/>
    <w:rsid w:val="0009595E"/>
    <w:rsid w:val="00097617"/>
    <w:rsid w:val="000A7563"/>
    <w:rsid w:val="000B5ACD"/>
    <w:rsid w:val="000C37CA"/>
    <w:rsid w:val="000E5CEE"/>
    <w:rsid w:val="0010664E"/>
    <w:rsid w:val="001077E0"/>
    <w:rsid w:val="00120A68"/>
    <w:rsid w:val="00131389"/>
    <w:rsid w:val="00144382"/>
    <w:rsid w:val="0015074B"/>
    <w:rsid w:val="001568EA"/>
    <w:rsid w:val="00180C3A"/>
    <w:rsid w:val="0018143E"/>
    <w:rsid w:val="00183F81"/>
    <w:rsid w:val="00187236"/>
    <w:rsid w:val="001A6035"/>
    <w:rsid w:val="001B3C96"/>
    <w:rsid w:val="001B6FD6"/>
    <w:rsid w:val="001C58DE"/>
    <w:rsid w:val="001D365C"/>
    <w:rsid w:val="001D6C8C"/>
    <w:rsid w:val="001E69DC"/>
    <w:rsid w:val="00215742"/>
    <w:rsid w:val="0021618B"/>
    <w:rsid w:val="00216C8C"/>
    <w:rsid w:val="00224FB4"/>
    <w:rsid w:val="00226CC9"/>
    <w:rsid w:val="002502A4"/>
    <w:rsid w:val="00250DD6"/>
    <w:rsid w:val="002761B1"/>
    <w:rsid w:val="0029639D"/>
    <w:rsid w:val="0029767B"/>
    <w:rsid w:val="002A2D56"/>
    <w:rsid w:val="002A335B"/>
    <w:rsid w:val="002A3E8B"/>
    <w:rsid w:val="002B5EC8"/>
    <w:rsid w:val="002C75DE"/>
    <w:rsid w:val="002E0860"/>
    <w:rsid w:val="002E6E70"/>
    <w:rsid w:val="002F5B18"/>
    <w:rsid w:val="002F618C"/>
    <w:rsid w:val="002F7FE9"/>
    <w:rsid w:val="00307B16"/>
    <w:rsid w:val="00313324"/>
    <w:rsid w:val="00326F90"/>
    <w:rsid w:val="0032767C"/>
    <w:rsid w:val="00356D10"/>
    <w:rsid w:val="003636F1"/>
    <w:rsid w:val="00365871"/>
    <w:rsid w:val="00383806"/>
    <w:rsid w:val="003846A0"/>
    <w:rsid w:val="003A0348"/>
    <w:rsid w:val="003B5F25"/>
    <w:rsid w:val="003D126D"/>
    <w:rsid w:val="003F6946"/>
    <w:rsid w:val="00403542"/>
    <w:rsid w:val="004165BD"/>
    <w:rsid w:val="00453B39"/>
    <w:rsid w:val="004816A6"/>
    <w:rsid w:val="0048386F"/>
    <w:rsid w:val="00483E35"/>
    <w:rsid w:val="00490E05"/>
    <w:rsid w:val="004B12F4"/>
    <w:rsid w:val="004B2777"/>
    <w:rsid w:val="004B3141"/>
    <w:rsid w:val="004E1AD6"/>
    <w:rsid w:val="004E50FF"/>
    <w:rsid w:val="004F159C"/>
    <w:rsid w:val="00506C89"/>
    <w:rsid w:val="0051747D"/>
    <w:rsid w:val="005202A8"/>
    <w:rsid w:val="00522993"/>
    <w:rsid w:val="00523BC4"/>
    <w:rsid w:val="00523E28"/>
    <w:rsid w:val="00526A4E"/>
    <w:rsid w:val="00534A1F"/>
    <w:rsid w:val="005702A2"/>
    <w:rsid w:val="00575626"/>
    <w:rsid w:val="00590A00"/>
    <w:rsid w:val="005A3C42"/>
    <w:rsid w:val="005C70BF"/>
    <w:rsid w:val="005D0D37"/>
    <w:rsid w:val="005F6F00"/>
    <w:rsid w:val="00600104"/>
    <w:rsid w:val="00600C19"/>
    <w:rsid w:val="0061556E"/>
    <w:rsid w:val="00623220"/>
    <w:rsid w:val="00636D4E"/>
    <w:rsid w:val="00672B15"/>
    <w:rsid w:val="006903C4"/>
    <w:rsid w:val="006955CF"/>
    <w:rsid w:val="006B10B8"/>
    <w:rsid w:val="00714A04"/>
    <w:rsid w:val="007319E2"/>
    <w:rsid w:val="00762F3C"/>
    <w:rsid w:val="007656CA"/>
    <w:rsid w:val="00785FC0"/>
    <w:rsid w:val="007A1B38"/>
    <w:rsid w:val="007C40E6"/>
    <w:rsid w:val="007C6596"/>
    <w:rsid w:val="007D004F"/>
    <w:rsid w:val="007D0831"/>
    <w:rsid w:val="007D2977"/>
    <w:rsid w:val="007E3768"/>
    <w:rsid w:val="007F1542"/>
    <w:rsid w:val="00836AF7"/>
    <w:rsid w:val="00847821"/>
    <w:rsid w:val="00877803"/>
    <w:rsid w:val="008859DE"/>
    <w:rsid w:val="008B7C3D"/>
    <w:rsid w:val="008D2E68"/>
    <w:rsid w:val="008E6F3E"/>
    <w:rsid w:val="00901C3D"/>
    <w:rsid w:val="00901E5B"/>
    <w:rsid w:val="00903A43"/>
    <w:rsid w:val="0090495E"/>
    <w:rsid w:val="00922EDD"/>
    <w:rsid w:val="00932396"/>
    <w:rsid w:val="0093274C"/>
    <w:rsid w:val="00943335"/>
    <w:rsid w:val="009463F9"/>
    <w:rsid w:val="009546BB"/>
    <w:rsid w:val="00977BA1"/>
    <w:rsid w:val="00987C31"/>
    <w:rsid w:val="009910AF"/>
    <w:rsid w:val="009963FF"/>
    <w:rsid w:val="009B0DBB"/>
    <w:rsid w:val="009C192C"/>
    <w:rsid w:val="009D0DC3"/>
    <w:rsid w:val="009D4B49"/>
    <w:rsid w:val="009F02BA"/>
    <w:rsid w:val="00A028E5"/>
    <w:rsid w:val="00A05451"/>
    <w:rsid w:val="00A32EDC"/>
    <w:rsid w:val="00A55BFB"/>
    <w:rsid w:val="00A6075C"/>
    <w:rsid w:val="00A84258"/>
    <w:rsid w:val="00AA1D8D"/>
    <w:rsid w:val="00AB6027"/>
    <w:rsid w:val="00AB643B"/>
    <w:rsid w:val="00AC4958"/>
    <w:rsid w:val="00AD1CBE"/>
    <w:rsid w:val="00AD611B"/>
    <w:rsid w:val="00AE400F"/>
    <w:rsid w:val="00AF089A"/>
    <w:rsid w:val="00B47730"/>
    <w:rsid w:val="00B57065"/>
    <w:rsid w:val="00B623AC"/>
    <w:rsid w:val="00B70FA1"/>
    <w:rsid w:val="00B74661"/>
    <w:rsid w:val="00B81574"/>
    <w:rsid w:val="00B85562"/>
    <w:rsid w:val="00B9668F"/>
    <w:rsid w:val="00BA0CB2"/>
    <w:rsid w:val="00BA496A"/>
    <w:rsid w:val="00BA4EB9"/>
    <w:rsid w:val="00BC4C1F"/>
    <w:rsid w:val="00BE0A4A"/>
    <w:rsid w:val="00BF2C52"/>
    <w:rsid w:val="00C41C7D"/>
    <w:rsid w:val="00C475A6"/>
    <w:rsid w:val="00C52346"/>
    <w:rsid w:val="00C570D1"/>
    <w:rsid w:val="00C638DC"/>
    <w:rsid w:val="00C776F0"/>
    <w:rsid w:val="00C813F1"/>
    <w:rsid w:val="00C86B85"/>
    <w:rsid w:val="00C91992"/>
    <w:rsid w:val="00C93B83"/>
    <w:rsid w:val="00CB0664"/>
    <w:rsid w:val="00CB4541"/>
    <w:rsid w:val="00CD1104"/>
    <w:rsid w:val="00CF20B6"/>
    <w:rsid w:val="00D066E2"/>
    <w:rsid w:val="00D25549"/>
    <w:rsid w:val="00D40BA5"/>
    <w:rsid w:val="00D55790"/>
    <w:rsid w:val="00D6776E"/>
    <w:rsid w:val="00D807A6"/>
    <w:rsid w:val="00D95717"/>
    <w:rsid w:val="00DA2270"/>
    <w:rsid w:val="00DB20A1"/>
    <w:rsid w:val="00DD483E"/>
    <w:rsid w:val="00DD6992"/>
    <w:rsid w:val="00E17B15"/>
    <w:rsid w:val="00E253BF"/>
    <w:rsid w:val="00E25C75"/>
    <w:rsid w:val="00E30800"/>
    <w:rsid w:val="00E47CA3"/>
    <w:rsid w:val="00E543A6"/>
    <w:rsid w:val="00E57AD6"/>
    <w:rsid w:val="00E6098E"/>
    <w:rsid w:val="00E61261"/>
    <w:rsid w:val="00E7138F"/>
    <w:rsid w:val="00E72498"/>
    <w:rsid w:val="00E75122"/>
    <w:rsid w:val="00E7727A"/>
    <w:rsid w:val="00E86533"/>
    <w:rsid w:val="00E97022"/>
    <w:rsid w:val="00EA6266"/>
    <w:rsid w:val="00EC47B7"/>
    <w:rsid w:val="00ED3043"/>
    <w:rsid w:val="00EE35F0"/>
    <w:rsid w:val="00EE4811"/>
    <w:rsid w:val="00EE5856"/>
    <w:rsid w:val="00EE7B13"/>
    <w:rsid w:val="00F02CCD"/>
    <w:rsid w:val="00F1279E"/>
    <w:rsid w:val="00F240CA"/>
    <w:rsid w:val="00F669F2"/>
    <w:rsid w:val="00F813EE"/>
    <w:rsid w:val="00F853F4"/>
    <w:rsid w:val="00FC693F"/>
    <w:rsid w:val="00FC7CCB"/>
    <w:rsid w:val="00FD6BF9"/>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skoola Pota" w:hAnsi="Iskoola Pot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B9668F"/>
    <w:pPr>
      <w:autoSpaceDE w:val="0"/>
      <w:autoSpaceDN w:val="0"/>
      <w:adjustRightInd w:val="0"/>
      <w:spacing w:after="0" w:line="240" w:lineRule="auto"/>
    </w:pPr>
    <w:rPr>
      <w:rFonts w:ascii="Iskoola Pota" w:hAnsi="Iskoola Pota" w:cs="Iskoola Pota"/>
      <w:color w:val="000000"/>
      <w:sz w:val="24"/>
      <w:szCs w:val="24"/>
      <w:lang w:bidi="si-LK"/>
    </w:rPr>
  </w:style>
  <w:style w:type="character" w:styleId="Hyperlink">
    <w:name w:val="Hyperlink"/>
    <w:basedOn w:val="DefaultParagraphFont"/>
    <w:uiPriority w:val="99"/>
    <w:unhideWhenUsed/>
    <w:rsid w:val="00903A4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bation.gov.l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hildprotection.gov.lk" TargetMode="External"/><Relationship Id="rId12" Type="http://schemas.openxmlformats.org/officeDocument/2006/relationships/hyperlink" Target="http://www.childprotection.gov.l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hildwomenmin.gov.lk/" TargetMode="External"/><Relationship Id="rId11" Type="http://schemas.openxmlformats.org/officeDocument/2006/relationships/hyperlink" Target="http://www.childprotection.gov.lk"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www.childprotection.gov.lk" TargetMode="External"/><Relationship Id="rId4" Type="http://schemas.openxmlformats.org/officeDocument/2006/relationships/settings" Target="settings.xml"/><Relationship Id="rId9" Type="http://schemas.openxmlformats.org/officeDocument/2006/relationships/hyperlink" Target="http://www.childprotection.gov.l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0B484-891B-416B-AAE8-5B44B6A71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TotalTime>
  <Pages>19</Pages>
  <Words>8187</Words>
  <Characters>46671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Admin_lakshika</cp:lastModifiedBy>
  <cp:revision>97</cp:revision>
  <cp:lastPrinted>2026-09-25T09:13:00Z</cp:lastPrinted>
  <dcterms:created xsi:type="dcterms:W3CDTF">2026-07-02T04:56:00Z</dcterms:created>
  <dcterms:modified xsi:type="dcterms:W3CDTF">2026-09-29T05:17:00Z</dcterms:modified>
</cp:coreProperties>
</file>