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E5" w:rsidRPr="007F5DE5" w:rsidRDefault="007F5DE5" w:rsidP="00F97DC9">
      <w:pPr>
        <w:spacing w:after="0" w:line="273" w:lineRule="auto"/>
        <w:ind w:left="3049" w:right="1186" w:hanging="1628"/>
        <w:rPr>
          <w:rFonts w:ascii="Baamini" w:hAnsi="Baamini"/>
          <w:b/>
          <w:sz w:val="24"/>
          <w:szCs w:val="24"/>
        </w:rPr>
      </w:pPr>
      <w:r w:rsidRPr="007F5DE5">
        <w:rPr>
          <w:rFonts w:ascii="Baamini" w:eastAsia="Iskoola Pota" w:hAnsi="Baamini" w:cs="Iskoola Pota"/>
          <w:b/>
          <w:sz w:val="24"/>
          <w:szCs w:val="24"/>
        </w:rPr>
        <w:t xml:space="preserve">2016 </w:t>
      </w:r>
      <w:r w:rsidRPr="007F5DE5">
        <w:rPr>
          <w:rFonts w:ascii="Baamini" w:hAnsi="Baamini"/>
          <w:b/>
          <w:sz w:val="24"/>
          <w:szCs w:val="24"/>
        </w:rPr>
        <w:t xml:space="preserve">Mk; Mzb; d; 12 Mk; ,yf;f jftYf;fhd cupikr; rl;lk; 8 Mk; gpupT </w:t>
      </w:r>
      <w:r w:rsidRPr="007F5DE5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7F5DE5">
        <w:rPr>
          <w:rFonts w:ascii="Baamini" w:hAnsi="Baamini"/>
          <w:b/>
          <w:sz w:val="24"/>
          <w:szCs w:val="24"/>
        </w:rPr>
        <w:t xml:space="preserve"> miuahz;lwpf;if</w:t>
      </w:r>
    </w:p>
    <w:p w:rsidR="007F5DE5" w:rsidRPr="007F5DE5" w:rsidRDefault="007F5DE5" w:rsidP="007F5DE5">
      <w:pPr>
        <w:spacing w:after="163" w:line="259" w:lineRule="auto"/>
        <w:rPr>
          <w:rFonts w:ascii="Baamini" w:hAnsi="Baamini"/>
          <w:b/>
          <w:sz w:val="24"/>
          <w:szCs w:val="24"/>
        </w:rPr>
      </w:pPr>
    </w:p>
    <w:p w:rsidR="007F5DE5" w:rsidRPr="007F5DE5" w:rsidRDefault="007F5DE5" w:rsidP="007F5DE5">
      <w:pPr>
        <w:spacing w:after="245"/>
        <w:rPr>
          <w:rFonts w:ascii="Baamini" w:hAnsi="Baamini"/>
          <w:b/>
          <w:sz w:val="24"/>
          <w:szCs w:val="24"/>
        </w:rPr>
      </w:pPr>
      <w:r w:rsidRPr="007F5DE5">
        <w:rPr>
          <w:rFonts w:ascii="Baamini" w:hAnsi="Baamini"/>
          <w:b/>
          <w:sz w:val="24"/>
          <w:szCs w:val="24"/>
        </w:rPr>
        <w:t xml:space="preserve">Kjyhk; gpupT </w:t>
      </w:r>
    </w:p>
    <w:p w:rsidR="009767A4" w:rsidRPr="00EE0D5F" w:rsidRDefault="00926B9A" w:rsidP="009767A4">
      <w:pPr>
        <w:spacing w:before="240" w:after="80"/>
        <w:rPr>
          <w:rFonts w:ascii="Baamini" w:hAnsi="Baamini" w:cs="Iskoola Pota"/>
          <w:b/>
          <w:sz w:val="24"/>
          <w:szCs w:val="24"/>
        </w:rPr>
      </w:pPr>
      <w:r w:rsidRPr="00EE0D5F">
        <w:rPr>
          <w:rFonts w:ascii="Baamini" w:hAnsi="Baamini" w:cs="Iskoola Pota"/>
          <w:b/>
          <w:sz w:val="24"/>
          <w:szCs w:val="24"/>
        </w:rPr>
        <w:t xml:space="preserve">Mz;L </w:t>
      </w:r>
      <w:r w:rsidR="009767A4" w:rsidRPr="00EE0D5F">
        <w:rPr>
          <w:rFonts w:ascii="Baamini" w:hAnsi="Baamini" w:cs="Iskoola Pota"/>
          <w:b/>
          <w:sz w:val="24"/>
          <w:szCs w:val="24"/>
        </w:rPr>
        <w:t xml:space="preserve">2026 </w:t>
      </w:r>
      <w:r w:rsidRPr="00EE0D5F">
        <w:rPr>
          <w:rFonts w:ascii="Baamini" w:hAnsi="Baamini" w:cs="Iskoola Pota"/>
          <w:b/>
          <w:sz w:val="24"/>
          <w:szCs w:val="24"/>
        </w:rPr>
        <w:t>,d; m</w:t>
      </w:r>
      <w:r w:rsidR="009767A4" w:rsidRPr="00EE0D5F">
        <w:rPr>
          <w:rFonts w:ascii="Baamini" w:hAnsi="Baamini" w:cs="Iskoola Pota"/>
          <w:b/>
          <w:sz w:val="24"/>
          <w:szCs w:val="24"/>
        </w:rPr>
        <w:t>wpf;if</w:t>
      </w:r>
      <w:r w:rsidRPr="00EE0D5F">
        <w:rPr>
          <w:rFonts w:ascii="Baamini" w:hAnsi="Baamini" w:cs="Iskoola Pota"/>
          <w:b/>
          <w:sz w:val="24"/>
          <w:szCs w:val="24"/>
        </w:rPr>
        <w:t xml:space="preserve"> Vw;GilajhFk; </w:t>
      </w:r>
      <w:r w:rsidR="009767A4" w:rsidRPr="00EE0D5F">
        <w:rPr>
          <w:rFonts w:ascii="Baamini" w:hAnsi="Baamini" w:cs="Iskoola Pota"/>
          <w:b/>
          <w:sz w:val="24"/>
          <w:szCs w:val="24"/>
        </w:rPr>
        <w:t>fhyg;gFjp rdthp 01 Mk; jpfjp Kjy; A+d; 30 Mk; jpfjp tiu</w:t>
      </w:r>
    </w:p>
    <w:p w:rsidR="00926B9A" w:rsidRDefault="00926B9A" w:rsidP="00926B9A">
      <w:pPr>
        <w:pStyle w:val="ListParagraph"/>
        <w:numPr>
          <w:ilvl w:val="0"/>
          <w:numId w:val="27"/>
        </w:numPr>
        <w:spacing w:before="240" w:after="80"/>
        <w:ind w:left="360"/>
        <w:rPr>
          <w:rFonts w:ascii="Baamini" w:hAnsi="Baamini" w:cs="Iskoola Pota"/>
          <w:b/>
          <w:sz w:val="24"/>
          <w:szCs w:val="24"/>
        </w:rPr>
      </w:pPr>
      <w:r>
        <w:rPr>
          <w:rFonts w:ascii="Baamini" w:hAnsi="Baamini" w:cs="Iskoola Pota"/>
          <w:b/>
          <w:sz w:val="24"/>
          <w:szCs w:val="24"/>
        </w:rPr>
        <w:t>mikr;rpd; jfty;fs;</w:t>
      </w:r>
    </w:p>
    <w:p w:rsidR="00926B9A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>mikr;rhpd; ngah; :-</w:t>
      </w:r>
      <w:r w:rsidR="00F0093E">
        <w:rPr>
          <w:rFonts w:ascii="Baamini" w:hAnsi="Baamini" w:cs="Iskoola Pota"/>
          <w:bCs/>
          <w:sz w:val="24"/>
          <w:szCs w:val="24"/>
        </w:rPr>
        <w:t xml:space="preserve"> </w:t>
      </w:r>
      <w:r w:rsidR="00F0093E">
        <w:rPr>
          <w:rFonts w:ascii="Baamini" w:hAnsi="Baamini" w:cs="Iskoola Pota"/>
          <w:sz w:val="24"/>
          <w:szCs w:val="24"/>
        </w:rPr>
        <w:t>nf</w:t>
      </w:r>
      <w:r w:rsidR="00F0093E">
        <w:rPr>
          <w:rFonts w:ascii="Baamini" w:hAnsi="Baamini" w:cs="Iskoola Pota"/>
          <w:bCs/>
          <w:sz w:val="24"/>
          <w:szCs w:val="24"/>
        </w:rPr>
        <w:t>s</w:t>
      </w:r>
      <w:r w:rsidR="00F0093E">
        <w:rPr>
          <w:rFonts w:ascii="Baamini" w:hAnsi="Baamini" w:cs="Iskoola Pota"/>
          <w:sz w:val="24"/>
          <w:szCs w:val="24"/>
        </w:rPr>
        <w:t>ut</w:t>
      </w:r>
      <w:r w:rsidR="002E0985">
        <w:rPr>
          <w:rFonts w:ascii="Baamini" w:hAnsi="Baamini" w:cs="Iskoola Pota"/>
          <w:bCs/>
          <w:sz w:val="24"/>
          <w:szCs w:val="24"/>
        </w:rPr>
        <w:t xml:space="preserve"> </w:t>
      </w:r>
      <w:r>
        <w:rPr>
          <w:rFonts w:ascii="Baamini" w:hAnsi="Baamini" w:cs="Iskoola Pota"/>
          <w:bCs/>
          <w:sz w:val="24"/>
          <w:szCs w:val="24"/>
        </w:rPr>
        <w:t>rNuh[h rhtpj;hp Nghy;uh[;</w:t>
      </w:r>
      <w:r w:rsidR="00F0093E">
        <w:rPr>
          <w:rFonts w:ascii="Baamini" w:hAnsi="Baamini" w:cs="Iskoola Pota"/>
          <w:bCs/>
          <w:sz w:val="24"/>
          <w:szCs w:val="24"/>
        </w:rPr>
        <w:t xml:space="preserve"> </w:t>
      </w:r>
      <w:r w:rsidR="00F0093E">
        <w:rPr>
          <w:rFonts w:ascii="Baamini" w:hAnsi="Baamini" w:cs="Iskoola Pota"/>
          <w:sz w:val="24"/>
          <w:szCs w:val="24"/>
        </w:rPr>
        <w:t>mt</w:t>
      </w:r>
      <w:r w:rsidR="00252879">
        <w:rPr>
          <w:rFonts w:ascii="Baamini" w:hAnsi="Baamini" w:cs="Iskoola Pota"/>
          <w:sz w:val="24"/>
          <w:szCs w:val="24"/>
        </w:rPr>
        <w:t>u;fspdJk;</w:t>
      </w:r>
    </w:p>
    <w:p w:rsidR="00926B9A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>mikr;rpd; ngah; :- kfsph; kw;Wk; rpWth; mYty;fs; mikr;R</w:t>
      </w:r>
    </w:p>
    <w:p w:rsidR="00926B9A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>(khfhz rig mikr;R vdpy; khfhzk;) :-</w:t>
      </w:r>
    </w:p>
    <w:p w:rsidR="00926B9A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>Kfthp :- 05 Mk; khb&gt;</w:t>
      </w:r>
      <w:r w:rsidRPr="00926B9A">
        <w:rPr>
          <w:rFonts w:cs="Iskoola Pota"/>
          <w:sz w:val="21"/>
          <w:szCs w:val="21"/>
          <w:lang w:bidi="si-LK"/>
        </w:rPr>
        <w:t>II</w:t>
      </w:r>
      <w:r>
        <w:rPr>
          <w:rFonts w:ascii="Baamini" w:hAnsi="Baamini" w:cs="Iskoola Pota"/>
          <w:bCs/>
          <w:sz w:val="24"/>
          <w:szCs w:val="24"/>
        </w:rPr>
        <w:t xml:space="preserve"> Mk; fl;lk; &gt; nrj;rpwpgha&gt; gj;juKy;y</w:t>
      </w:r>
    </w:p>
    <w:p w:rsidR="00926B9A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 w:rsidRPr="00926B9A">
        <w:rPr>
          <w:rFonts w:ascii="Baamini" w:hAnsi="Baamini" w:cs="Iskoola Pota"/>
          <w:bCs/>
          <w:sz w:val="24"/>
          <w:szCs w:val="24"/>
        </w:rPr>
        <w:t>njhiyNgrp (nghJ)</w:t>
      </w:r>
      <w:r w:rsidR="00131389" w:rsidRPr="00926B9A">
        <w:rPr>
          <w:rFonts w:cs="Iskoola Pota"/>
          <w:sz w:val="21"/>
          <w:szCs w:val="21"/>
          <w:cs/>
          <w:lang w:bidi="si-LK"/>
        </w:rPr>
        <w:tab/>
      </w:r>
      <w:r w:rsidR="00836AF7" w:rsidRPr="00926B9A">
        <w:rPr>
          <w:rFonts w:cs="Iskoola Pota"/>
          <w:sz w:val="21"/>
          <w:szCs w:val="21"/>
        </w:rPr>
        <w:t>:-</w:t>
      </w:r>
      <w:r w:rsidR="00313324" w:rsidRPr="00926B9A">
        <w:rPr>
          <w:rFonts w:cs="Iskoola Pota"/>
          <w:sz w:val="21"/>
          <w:szCs w:val="21"/>
        </w:rPr>
        <w:t xml:space="preserve"> 011 2186055 </w:t>
      </w:r>
    </w:p>
    <w:p w:rsidR="00926B9A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 w:rsidRPr="00926B9A">
        <w:rPr>
          <w:rFonts w:ascii="Baamini" w:hAnsi="Baamini" w:cs="Iskoola Pota"/>
          <w:bCs/>
          <w:sz w:val="24"/>
          <w:szCs w:val="24"/>
        </w:rPr>
        <w:t>kpd;dQ;ry; Kfthp</w:t>
      </w:r>
      <w:r w:rsidR="00131389" w:rsidRPr="00926B9A">
        <w:rPr>
          <w:rFonts w:cs="Iskoola Pota"/>
          <w:sz w:val="21"/>
          <w:szCs w:val="21"/>
          <w:cs/>
          <w:lang w:bidi="si-LK"/>
        </w:rPr>
        <w:tab/>
      </w:r>
      <w:r w:rsidR="00836AF7" w:rsidRPr="00926B9A">
        <w:rPr>
          <w:rFonts w:cs="Iskoola Pota"/>
          <w:sz w:val="21"/>
          <w:szCs w:val="21"/>
        </w:rPr>
        <w:t>:-</w:t>
      </w:r>
      <w:hyperlink r:id="rId8" w:history="1">
        <w:r w:rsidRPr="00926B9A">
          <w:rPr>
            <w:rStyle w:val="Hyperlink"/>
            <w:rFonts w:cs="Iskoola Pota"/>
            <w:sz w:val="21"/>
            <w:szCs w:val="21"/>
            <w:shd w:val="clear" w:color="auto" w:fill="FFFFFF"/>
          </w:rPr>
          <w:t>secretary@childwomenmin.gov.lk</w:t>
        </w:r>
      </w:hyperlink>
    </w:p>
    <w:p w:rsidR="00CD1104" w:rsidRPr="00926B9A" w:rsidRDefault="00926B9A" w:rsidP="00926B9A">
      <w:pPr>
        <w:pStyle w:val="ListParagraph"/>
        <w:numPr>
          <w:ilvl w:val="0"/>
          <w:numId w:val="28"/>
        </w:numPr>
        <w:spacing w:before="240" w:after="80"/>
        <w:rPr>
          <w:rFonts w:ascii="Baamini" w:hAnsi="Baamini" w:cs="Iskoola Pota"/>
          <w:b/>
          <w:sz w:val="24"/>
          <w:szCs w:val="24"/>
        </w:rPr>
      </w:pPr>
      <w:r w:rsidRPr="00926B9A">
        <w:rPr>
          <w:rFonts w:ascii="Baamini" w:hAnsi="Baamini" w:cs="Iskoola Pota"/>
          <w:bCs/>
          <w:sz w:val="24"/>
          <w:szCs w:val="24"/>
        </w:rPr>
        <w:t>,izaj;jsk;</w:t>
      </w:r>
      <w:r w:rsidR="00131389" w:rsidRPr="00926B9A">
        <w:rPr>
          <w:rFonts w:cs="Iskoola Pota"/>
          <w:sz w:val="21"/>
          <w:szCs w:val="21"/>
          <w:cs/>
          <w:lang w:bidi="si-LK"/>
        </w:rPr>
        <w:tab/>
      </w:r>
      <w:r w:rsidR="00131389" w:rsidRPr="00926B9A">
        <w:rPr>
          <w:rFonts w:cs="Iskoola Pota"/>
          <w:sz w:val="21"/>
          <w:szCs w:val="21"/>
          <w:cs/>
          <w:lang w:bidi="si-LK"/>
        </w:rPr>
        <w:tab/>
      </w:r>
      <w:r w:rsidR="00836AF7" w:rsidRPr="00926B9A">
        <w:rPr>
          <w:rFonts w:cs="Iskoola Pota"/>
          <w:sz w:val="21"/>
          <w:szCs w:val="21"/>
        </w:rPr>
        <w:t>:-</w:t>
      </w:r>
      <w:r w:rsidR="00785FC0" w:rsidRPr="00926B9A">
        <w:rPr>
          <w:rFonts w:cs="Iskoola Pota"/>
          <w:sz w:val="21"/>
          <w:szCs w:val="21"/>
        </w:rPr>
        <w:t>www.childwomenmin.gov.lk</w:t>
      </w:r>
    </w:p>
    <w:p w:rsidR="00DD483E" w:rsidRPr="007319E2" w:rsidRDefault="00DD483E" w:rsidP="00A32EDC">
      <w:pPr>
        <w:spacing w:after="0"/>
        <w:ind w:left="288"/>
        <w:jc w:val="both"/>
        <w:rPr>
          <w:rFonts w:cs="Iskoola Pota"/>
          <w:sz w:val="24"/>
          <w:szCs w:val="24"/>
          <w:lang w:bidi="si-LK"/>
        </w:rPr>
      </w:pPr>
    </w:p>
    <w:p w:rsidR="00A32EDC" w:rsidRPr="00A32EDC" w:rsidRDefault="00021665" w:rsidP="00021665">
      <w:pPr>
        <w:pStyle w:val="ListParagraph"/>
        <w:numPr>
          <w:ilvl w:val="0"/>
          <w:numId w:val="27"/>
        </w:numPr>
        <w:spacing w:before="240" w:after="0"/>
        <w:ind w:left="360"/>
        <w:jc w:val="both"/>
        <w:rPr>
          <w:rFonts w:cs="Iskoola Pota"/>
          <w:b/>
          <w:bCs/>
          <w:sz w:val="24"/>
          <w:szCs w:val="24"/>
          <w:lang w:bidi="si-LK"/>
        </w:rPr>
      </w:pPr>
      <w:r w:rsidRPr="00021665">
        <w:rPr>
          <w:rFonts w:ascii="Baamini" w:hAnsi="Baamini" w:cs="Iskoola Pota"/>
          <w:b/>
          <w:sz w:val="24"/>
          <w:szCs w:val="24"/>
        </w:rPr>
        <w:t>mikr;rpd; epWtd xOq;fikg;G</w:t>
      </w:r>
    </w:p>
    <w:p w:rsidR="00DD483E" w:rsidRPr="007319E2" w:rsidRDefault="00021665" w:rsidP="00A32EDC">
      <w:pPr>
        <w:pStyle w:val="ListParagraph"/>
        <w:numPr>
          <w:ilvl w:val="0"/>
          <w:numId w:val="10"/>
        </w:numPr>
        <w:spacing w:after="0"/>
        <w:jc w:val="both"/>
        <w:rPr>
          <w:rFonts w:cs="Iskoola Pota"/>
          <w:sz w:val="24"/>
          <w:szCs w:val="24"/>
          <w:lang w:bidi="si-LK"/>
        </w:rPr>
      </w:pPr>
      <w:r>
        <w:rPr>
          <w:rFonts w:ascii="Baamini" w:hAnsi="Baamini" w:cs="Iskoola Pota"/>
          <w:b/>
          <w:sz w:val="24"/>
          <w:szCs w:val="24"/>
        </w:rPr>
        <w:t>epWtd xOq;fikg;igf; Fwpg;gpLf</w:t>
      </w:r>
      <w:r w:rsidR="00836AF7" w:rsidRPr="007319E2">
        <w:rPr>
          <w:rFonts w:cs="Iskoola Pota"/>
          <w:sz w:val="24"/>
          <w:szCs w:val="24"/>
        </w:rPr>
        <w:t xml:space="preserve">. </w:t>
      </w:r>
    </w:p>
    <w:tbl>
      <w:tblPr>
        <w:tblStyle w:val="TableGrid"/>
        <w:tblpPr w:leftFromText="180" w:rightFromText="180" w:vertAnchor="page" w:horzAnchor="margin" w:tblpY="8521"/>
        <w:tblW w:w="9468" w:type="dxa"/>
        <w:tblLook w:val="04A0"/>
      </w:tblPr>
      <w:tblGrid>
        <w:gridCol w:w="5670"/>
        <w:gridCol w:w="3798"/>
      </w:tblGrid>
      <w:tr w:rsidR="00A32EDC" w:rsidRPr="007319E2" w:rsidTr="00093DD3">
        <w:tc>
          <w:tcPr>
            <w:tcW w:w="5670" w:type="dxa"/>
          </w:tcPr>
          <w:p w:rsidR="00A32EDC" w:rsidRPr="007319E2" w:rsidRDefault="00A517BF" w:rsidP="00093DD3">
            <w:pPr>
              <w:spacing w:line="276" w:lineRule="auto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>gjtp</w:t>
            </w:r>
          </w:p>
        </w:tc>
        <w:tc>
          <w:tcPr>
            <w:tcW w:w="3798" w:type="dxa"/>
          </w:tcPr>
          <w:p w:rsidR="00A32EDC" w:rsidRPr="007319E2" w:rsidRDefault="00A517BF" w:rsidP="00093DD3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>mYtyh; vz;zpf;if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jfty; kw;Wk; njhlh;ghly; njhopy;El;g mYtyh;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kfsph; mgptpUj;jp mYtyh;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370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mgptpUj;jp mYtyh;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119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mYtyh; MNyhrid cjtpahsh;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308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E}yfh;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Kfhikj;Jt Nritfs; mYtyh;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30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tuNtw;G mYtyh;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kfsph; mgptpUj;jp ntspf;fs cjtpahsh;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117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tpLjpg; nghWg;ghsh;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6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cjtp tpLjpg; nghWg;ghsh;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6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 xml:space="preserve">jfty; kw;Wk; njhlh;ghly; njhopy;El;g cjtpahsh; 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2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tPbNah nfkuh fiyQH;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rhujp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18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Kr;rf;fu tz;b rhujp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6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rikaw;fhuh;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6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mYtyf rpw;W}opah;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25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MNyhrid Nrit njhopyhsp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10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epiya cjtpahsh;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6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Gifg;glf; fiyQh;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</w:t>
            </w:r>
          </w:p>
        </w:tc>
      </w:tr>
      <w:tr w:rsidR="00A517BF" w:rsidRPr="007319E2" w:rsidTr="00093DD3">
        <w:tc>
          <w:tcPr>
            <w:tcW w:w="5670" w:type="dxa"/>
          </w:tcPr>
          <w:p w:rsidR="00A517BF" w:rsidRPr="007319E2" w:rsidRDefault="00A517BF" w:rsidP="00A517BF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</w:rPr>
              <w:t>nfkuh fiyQUf;f;fhd cjtpahsh;</w:t>
            </w:r>
          </w:p>
        </w:tc>
        <w:tc>
          <w:tcPr>
            <w:tcW w:w="3798" w:type="dxa"/>
          </w:tcPr>
          <w:p w:rsidR="00A517BF" w:rsidRPr="007319E2" w:rsidRDefault="00A517BF" w:rsidP="00A517BF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rtl/>
                <w:cs/>
              </w:rPr>
              <w:t>1</w:t>
            </w:r>
          </w:p>
        </w:tc>
      </w:tr>
    </w:tbl>
    <w:p w:rsidR="00C323C4" w:rsidRPr="00C323C4" w:rsidRDefault="00C323C4" w:rsidP="00C323C4">
      <w:pPr>
        <w:pStyle w:val="ListParagraph"/>
        <w:numPr>
          <w:ilvl w:val="0"/>
          <w:numId w:val="10"/>
        </w:numPr>
        <w:spacing w:after="0"/>
        <w:jc w:val="both"/>
        <w:rPr>
          <w:rFonts w:cs="Iskoola Pota"/>
          <w:sz w:val="24"/>
          <w:szCs w:val="24"/>
        </w:rPr>
      </w:pPr>
      <w:r>
        <w:rPr>
          <w:rFonts w:ascii="Baamini" w:hAnsi="Baamini" w:cs="Iskoola Pota"/>
          <w:sz w:val="24"/>
          <w:szCs w:val="24"/>
        </w:rPr>
        <w:t>gphpT&gt; gphpTj; jiythpd; gjtpg;ngah;&gt; gjtpepiy mYtyh; gjtpfs; kw;Wk; NtW nkhj;j gjtpazpapdh; ,jpy; cs;slf;fg;gly; Ntz;Lk;.</w:t>
      </w:r>
    </w:p>
    <w:p w:rsidR="0094740C" w:rsidRDefault="0094740C" w:rsidP="0094740C">
      <w:pPr>
        <w:pStyle w:val="ListParagraph"/>
        <w:spacing w:after="0"/>
        <w:ind w:left="360"/>
        <w:jc w:val="both"/>
        <w:rPr>
          <w:rFonts w:ascii="Baamini" w:hAnsi="Baamini" w:cs="Iskoola Pota"/>
          <w:sz w:val="24"/>
          <w:szCs w:val="24"/>
        </w:rPr>
      </w:pPr>
    </w:p>
    <w:p w:rsidR="00C323C4" w:rsidRPr="00260601" w:rsidRDefault="00C323C4" w:rsidP="0094740C">
      <w:pPr>
        <w:pStyle w:val="ListParagraph"/>
        <w:spacing w:after="0"/>
        <w:ind w:left="360"/>
        <w:jc w:val="both"/>
        <w:rPr>
          <w:rFonts w:cs="Iskoola Pota"/>
          <w:b/>
          <w:bCs/>
          <w:sz w:val="24"/>
          <w:szCs w:val="24"/>
        </w:rPr>
      </w:pPr>
      <w:r w:rsidRPr="00260601">
        <w:rPr>
          <w:rFonts w:ascii="Baamini" w:hAnsi="Baamini" w:cs="Iskoola Pota"/>
          <w:b/>
          <w:bCs/>
          <w:sz w:val="24"/>
          <w:szCs w:val="24"/>
        </w:rPr>
        <w:t>kfsph; kw;Wk; rpWth; mYty;fs; mikr;rpd; gjtpazp vz;zpf;if</w:t>
      </w:r>
    </w:p>
    <w:p w:rsidR="007F5DE5" w:rsidRPr="00667AEB" w:rsidRDefault="007F5DE5" w:rsidP="007F5DE5">
      <w:pPr>
        <w:numPr>
          <w:ilvl w:val="0"/>
          <w:numId w:val="30"/>
        </w:numPr>
        <w:spacing w:after="5" w:line="249" w:lineRule="auto"/>
        <w:ind w:hanging="384"/>
        <w:jc w:val="both"/>
        <w:rPr>
          <w:rFonts w:ascii="Baamini" w:hAnsi="Baamini"/>
          <w:b/>
          <w:bCs/>
          <w:sz w:val="24"/>
          <w:szCs w:val="24"/>
        </w:rPr>
      </w:pPr>
      <w:r w:rsidRPr="00667AEB">
        <w:rPr>
          <w:rFonts w:ascii="Baamini" w:hAnsi="Baamini"/>
          <w:b/>
          <w:bCs/>
          <w:sz w:val="24"/>
          <w:szCs w:val="24"/>
        </w:rPr>
        <w:lastRenderedPageBreak/>
        <w:t xml:space="preserve">mikr;rpd; flikfSk; nraw;ghLfSk; </w:t>
      </w:r>
      <w:r w:rsidRPr="00667AEB">
        <w:rPr>
          <w:rFonts w:ascii="Baamini" w:eastAsia="Iskoola Pota" w:hAnsi="Baamini" w:cs="Iskoola Pota"/>
          <w:b/>
          <w:bCs/>
          <w:sz w:val="24"/>
          <w:szCs w:val="24"/>
        </w:rPr>
        <w:t xml:space="preserve"> (</w:t>
      </w:r>
      <w:r w:rsidRPr="00667AEB">
        <w:rPr>
          <w:rFonts w:ascii="Baamini" w:hAnsi="Baamini"/>
          <w:b/>
          <w:bCs/>
          <w:sz w:val="24"/>
          <w:szCs w:val="24"/>
        </w:rPr>
        <w:t>gpupT</w:t>
      </w:r>
      <w:r w:rsidR="00667AEB" w:rsidRPr="00C323C4">
        <w:rPr>
          <w:rFonts w:cs="Iskoola Pota"/>
          <w:b/>
        </w:rPr>
        <w:t>/</w:t>
      </w:r>
      <w:r w:rsidRPr="00667AEB">
        <w:rPr>
          <w:rFonts w:ascii="Baamini" w:hAnsi="Baamini"/>
          <w:b/>
          <w:bCs/>
          <w:sz w:val="24"/>
          <w:szCs w:val="24"/>
        </w:rPr>
        <w:t>fpisfSf;fpzq;f</w:t>
      </w:r>
      <w:r w:rsidRPr="00667AEB">
        <w:rPr>
          <w:rFonts w:ascii="Baamini" w:eastAsia="Iskoola Pota" w:hAnsi="Baamini" w:cs="Iskoola Pota"/>
          <w:b/>
          <w:bCs/>
          <w:sz w:val="24"/>
          <w:szCs w:val="24"/>
        </w:rPr>
        <w:t>)</w:t>
      </w:r>
    </w:p>
    <w:p w:rsidR="00F240CA" w:rsidRPr="007319E2" w:rsidRDefault="00F240CA" w:rsidP="00A32EDC">
      <w:pPr>
        <w:spacing w:after="0"/>
        <w:jc w:val="both"/>
        <w:rPr>
          <w:rFonts w:cs="Iskoola Pota"/>
          <w:b/>
          <w:sz w:val="24"/>
          <w:szCs w:val="24"/>
          <w:lang w:bidi="si-LK"/>
        </w:rPr>
      </w:pPr>
    </w:p>
    <w:tbl>
      <w:tblPr>
        <w:tblStyle w:val="TableGrid"/>
        <w:tblW w:w="9918" w:type="dxa"/>
        <w:tblLook w:val="04A0"/>
      </w:tblPr>
      <w:tblGrid>
        <w:gridCol w:w="1998"/>
        <w:gridCol w:w="6390"/>
        <w:gridCol w:w="1530"/>
      </w:tblGrid>
      <w:tr w:rsidR="00CD1104" w:rsidRPr="007319E2" w:rsidTr="00A32EDC">
        <w:trPr>
          <w:trHeight w:val="1016"/>
        </w:trPr>
        <w:tc>
          <w:tcPr>
            <w:tcW w:w="1998" w:type="dxa"/>
            <w:shd w:val="clear" w:color="auto" w:fill="FFFFFF" w:themeFill="background1"/>
            <w:vAlign w:val="center"/>
          </w:tcPr>
          <w:p w:rsidR="00CD1104" w:rsidRPr="007319E2" w:rsidRDefault="00C323C4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 xml:space="preserve">gphpT </w:t>
            </w:r>
            <w:r w:rsidRPr="00C323C4">
              <w:rPr>
                <w:rFonts w:cs="Iskoola Pota"/>
                <w:b/>
              </w:rPr>
              <w:t xml:space="preserve">/ </w:t>
            </w:r>
            <w:r>
              <w:rPr>
                <w:rFonts w:ascii="Baamini" w:hAnsi="Baamini" w:cs="Iskoola Pota"/>
                <w:b/>
                <w:sz w:val="24"/>
                <w:szCs w:val="24"/>
              </w:rPr>
              <w:t>fpis</w:t>
            </w:r>
          </w:p>
        </w:tc>
        <w:tc>
          <w:tcPr>
            <w:tcW w:w="6390" w:type="dxa"/>
            <w:vAlign w:val="center"/>
          </w:tcPr>
          <w:p w:rsidR="00CD1104" w:rsidRPr="007319E2" w:rsidRDefault="00667AEB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gpujhd flikfs;</w:t>
            </w:r>
            <w:r w:rsidRPr="00C323C4">
              <w:rPr>
                <w:rFonts w:cs="Iskoola Pota"/>
                <w:b/>
              </w:rPr>
              <w:t xml:space="preserve">/ 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nraw;ghLfs;RUf;fkhf </w:t>
            </w:r>
          </w:p>
        </w:tc>
        <w:tc>
          <w:tcPr>
            <w:tcW w:w="1530" w:type="dxa"/>
            <w:vAlign w:val="center"/>
          </w:tcPr>
          <w:p w:rsidR="00CD1104" w:rsidRPr="007319E2" w:rsidRDefault="00C323C4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>njhiyNgrp ,yf;fk;</w:t>
            </w:r>
          </w:p>
        </w:tc>
      </w:tr>
      <w:tr w:rsidR="00F853F4" w:rsidRPr="007319E2" w:rsidTr="00A32EDC">
        <w:trPr>
          <w:trHeight w:val="497"/>
        </w:trPr>
        <w:tc>
          <w:tcPr>
            <w:tcW w:w="1998" w:type="dxa"/>
          </w:tcPr>
          <w:p w:rsidR="00F853F4" w:rsidRPr="007319E2" w:rsidRDefault="00C323C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jhgdg; </w:t>
            </w:r>
            <w:r w:rsidRPr="00C323C4">
              <w:rPr>
                <w:rFonts w:ascii="Baamini" w:hAnsi="Baamini" w:cs="Iskoola Pota"/>
                <w:bCs/>
                <w:sz w:val="24"/>
                <w:szCs w:val="24"/>
              </w:rPr>
              <w:t>gphpT</w:t>
            </w:r>
          </w:p>
        </w:tc>
        <w:tc>
          <w:tcPr>
            <w:tcW w:w="6390" w:type="dxa"/>
          </w:tcPr>
          <w:p w:rsidR="00F853F4" w:rsidRDefault="00590297" w:rsidP="00590297">
            <w:pPr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mikr;R kw;Wk; mikr;rpd; fPo; chpj;jhFk; rfy epWtdq;fspdJk; gjtpazp njhlh;ghd jhgd kw;Wk; epUthf eltbf;iffis topg;gLj;jy;&gt; cs;ehl;L kw;Wk; ntspehl;Lg; gapw;rpfis toq;Ftjd; %yk; kdpjts Mw;wy;fis xOq;F nra;jy;&gt; mikr;rpd; tplag;gug;Gf;F chpj;jhd mikr;ruit tpQ;Qhgdq;fs;&gt; rl;ltiuTfs; Nghd;wtw;iw Kiwahf rkh;g;gpg;gjd; %yk; nfhs;if tFg;gjw;F gq;fspg;Gr; nra;jy;&gt; Njitahd kdpjtsj;ijg; ngw;Wf; nfhLf;f eltbf;if Nkw;nfhs;sy;&gt; kdpj ts mgptpUj;jp epfo;r;rpj;jpl;lq;fis mKy;gLj;jy;&gt; nghJ kf;fspd; Kiwg;ghLfs; njhlh;ghf eltbf;if Nkw;nfhs;sy;&gt; ghuhSkd;w tpdhf;fSf;F gjpyspj;jy;&gt; ghuhSkd;w MNyhridf; FOf;fspd; eltbf;iffs;&gt; epiyapaw; fl;lisfs; cs;spl;l rfy ghuhSkd;w mYty;fisAk; xUq;fpizg;Gr; nra;jy;&gt; ed;dlj;ij kw;Wk; rpWth; guhkhpg;Gr; Nritfs; jpizf;fsj;jpdJk;&gt; Njrpa rpWth; ghJfhg;G mjpfhurigapdJk; tUlhe;j mwpf;iffis ghuhSkd;wj;jpd; mq;fPfhuj;jpw;Fr; rkh;g;gpf;fj; Njitahd eltbf;iffis Nkw;nfhs;sy;&gt; rdhjpgjp mYtyfk;&gt; gpujk mikr;rh; mYtyfk; kw;Wk; mikr;ruit mYtyfj;jpd; eltbf;iffis xUq;fpizg;Gr; nra;jy; kw;Wk; jfty; mwpAk; rl;lk; njhlh;ghd eltbf;iffis Nkw;nfhs;tJ gpujhd nraw;gzpfspy; cs;slq;Fk;. </w:t>
            </w:r>
          </w:p>
          <w:p w:rsidR="00A32EDC" w:rsidRPr="007319E2" w:rsidRDefault="00A32EDC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530" w:type="dxa"/>
          </w:tcPr>
          <w:p w:rsidR="00F853F4" w:rsidRPr="007319E2" w:rsidRDefault="002A3E8B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011 2187273</w:t>
            </w:r>
          </w:p>
        </w:tc>
      </w:tr>
      <w:tr w:rsidR="00F853F4" w:rsidRPr="007319E2" w:rsidTr="00A32EDC">
        <w:trPr>
          <w:trHeight w:val="519"/>
        </w:trPr>
        <w:tc>
          <w:tcPr>
            <w:tcW w:w="1998" w:type="dxa"/>
          </w:tcPr>
          <w:p w:rsidR="00F853F4" w:rsidRPr="007319E2" w:rsidRDefault="00C323C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fzf;Ffs; </w:t>
            </w:r>
            <w:r w:rsidRPr="00C323C4">
              <w:rPr>
                <w:rFonts w:ascii="Baamini" w:hAnsi="Baamini" w:cs="Iskoola Pota"/>
                <w:bCs/>
                <w:sz w:val="24"/>
                <w:szCs w:val="24"/>
              </w:rPr>
              <w:t>gphpT</w:t>
            </w:r>
          </w:p>
        </w:tc>
        <w:tc>
          <w:tcPr>
            <w:tcW w:w="6390" w:type="dxa"/>
          </w:tcPr>
          <w:p w:rsidR="00F853F4" w:rsidRDefault="00590297" w:rsidP="00AF174E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nraw;ghl;L kw;Wk; mgptpUj;jp epfo;r;rpj;jpl;lq;fSf;F tUlhe;j Vw;ghLfisg; ngw;Wf; nfhs;sy;&gt; Kfhikj;Jtk; nra;jy; kw;Wk; nfhLg;gdTfis Nkw;nfhs;tJld;&gt; mur fzf;Ffisg; NgzptUtJld; ntspg;gilj;jd;ikAld;&gt; epjpg; gpukhzq;fs; %yk; </w:t>
            </w:r>
            <w:r w:rsidR="00AF174E">
              <w:rPr>
                <w:rFonts w:ascii="Baamini" w:hAnsi="Baamini" w:cs="Iskoola Pota"/>
                <w:bCs/>
                <w:sz w:val="24"/>
                <w:szCs w:val="24"/>
              </w:rPr>
              <w:t xml:space="preserve">gpujk fzf;fPl;L mYtyUf;F rhl;Ljy; nra;ag;gl;Ls;s jj;Jtq;fis&gt; epjprhh; fl;Lg;ghl;Lld; NgzptUtjw;F nghWg;gspf;fg;gl;Ls;s gzpfshFk;. mikr;R njhlh;ghd fzf;F eltbf;iffs; kw;Wk; xl;Lnkhj;j ngWifr; nrad;Kiwia Nkw;nfhs;tjw;F Nkyjpfkhf jpizf;fsq;fs;&gt; epahahjpf;f epWtdq;fs; kw;Wk; rigfspd; fzf;Ffis fz;fhzpg;Gr; nra;tJk; Nkw;nfhs;sg;gLfpd;wJ. </w:t>
            </w:r>
          </w:p>
          <w:p w:rsidR="00A32EDC" w:rsidRPr="007319E2" w:rsidRDefault="00A32EDC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1530" w:type="dxa"/>
          </w:tcPr>
          <w:p w:rsidR="00F853F4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011 2187254</w:t>
            </w:r>
          </w:p>
        </w:tc>
      </w:tr>
      <w:tr w:rsidR="00F853F4" w:rsidRPr="007319E2" w:rsidTr="00A32EDC">
        <w:trPr>
          <w:trHeight w:val="519"/>
        </w:trPr>
        <w:tc>
          <w:tcPr>
            <w:tcW w:w="1998" w:type="dxa"/>
          </w:tcPr>
          <w:p w:rsidR="00C323C4" w:rsidRDefault="00C323C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jpl;lkply; kw;Wk; jfty; njhopy;El;g </w:t>
            </w:r>
            <w:r w:rsidRPr="00C323C4">
              <w:rPr>
                <w:rFonts w:ascii="Baamini" w:hAnsi="Baamini" w:cs="Iskoola Pota"/>
                <w:bCs/>
                <w:sz w:val="24"/>
                <w:szCs w:val="24"/>
              </w:rPr>
              <w:t>gphpT</w:t>
            </w:r>
          </w:p>
          <w:p w:rsidR="00F853F4" w:rsidRPr="007319E2" w:rsidRDefault="00F853F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6390" w:type="dxa"/>
          </w:tcPr>
          <w:p w:rsidR="00F853F4" w:rsidRDefault="001915C9" w:rsidP="001915C9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mikr;rpd; rfy gphpTfspdJk; </w:t>
            </w:r>
            <w:r w:rsidRPr="001915C9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jpizf;fsq;fs; </w:t>
            </w:r>
            <w:r w:rsidRPr="001915C9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epWtdq;fspdJk; jfty;fis xd;Wjpul;b tUlhe;j nraw;wpl;lj;ijj; jahh; nra;jy;&gt; kfsph; kw;Wk; rpWth; mYty;fs; Jiwf;Fhpa Njrpa jpl;lq;fisj; jahh; nra;jy; kw;Wk; Njitahd gq;fspg;igg; ngw;Wf; nfhLj;jy;&gt; nraw;wpl;lq;fs; njhlh;ghd Kd;Ndw;wj;ij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mwpf;ifaply;&gt; Njrpa kl;lj;jpypUe;J gpuNjr kl;lk; tiu khtl;l xUq;fpizg;Gr; nrad;Kiwiag; NgzptUjy;&gt; mikr;R njhlh;ghd mgptpUj;jp epfo;r;rpj;jpl;lq;fis topg;gLj;jy; kw;Wk; kjpg;gPL nra;jy;&gt; mgptpUj;jp epfo;r;rpj;jpl;lq;fs; njhlh;ghd vjph;fhy tUlhe;j tuT nryTj;jpl;l kjpg;gPLfs; kw;Wk; Gjpa fUj;jpl;lg; gpNuuizfisr; rkh;g;gpj;jy;&gt; mikr;rpd; tUlhe;j nrayhw;Wif mwpf;ifiaj; jahh; nra;J ghuhSkd;wj;jpy; rkh;g;gpg;gJ gpujhd gzpfshFk;.</w:t>
            </w:r>
          </w:p>
          <w:p w:rsidR="001915C9" w:rsidRPr="007319E2" w:rsidRDefault="001915C9" w:rsidP="001915C9">
            <w:pPr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530" w:type="dxa"/>
          </w:tcPr>
          <w:p w:rsidR="00F853F4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lastRenderedPageBreak/>
              <w:t>011 2187275</w:t>
            </w:r>
          </w:p>
        </w:tc>
      </w:tr>
      <w:tr w:rsidR="00F853F4" w:rsidRPr="007319E2" w:rsidTr="00A32EDC">
        <w:trPr>
          <w:trHeight w:val="519"/>
        </w:trPr>
        <w:tc>
          <w:tcPr>
            <w:tcW w:w="1998" w:type="dxa"/>
          </w:tcPr>
          <w:p w:rsidR="00C323C4" w:rsidRDefault="00C323C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 xml:space="preserve">mgptpUj;jpg; </w:t>
            </w:r>
            <w:r w:rsidRPr="00C323C4">
              <w:rPr>
                <w:rFonts w:ascii="Baamini" w:hAnsi="Baamini" w:cs="Iskoola Pota"/>
                <w:bCs/>
                <w:sz w:val="24"/>
                <w:szCs w:val="24"/>
              </w:rPr>
              <w:t>gphpT</w:t>
            </w:r>
          </w:p>
          <w:p w:rsidR="00F853F4" w:rsidRPr="007319E2" w:rsidRDefault="00F853F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6390" w:type="dxa"/>
          </w:tcPr>
          <w:p w:rsidR="001915C9" w:rsidRDefault="001915C9" w:rsidP="00A32EDC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rpWth; Jh;elj;ij kw;Wk; ngz;fSf;F vjpuhd td;Kiwiaj; jLg;gJ rk;ge;jkhd epfo;r;rpj;jpl;lq;fis elhj;jy;.</w:t>
            </w:r>
          </w:p>
          <w:p w:rsidR="001915C9" w:rsidRDefault="001915C9" w:rsidP="00A32EDC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ghy;epiyrhh; kw;Wk; ngz;fspd; chpikfs; gw;wpa epfo;r;rpj;jpl;lq;fs;&gt; If;fpa ehLfs; rdj;njhif epjpaj;jpd; </w:t>
            </w:r>
          </w:p>
          <w:p w:rsidR="001915C9" w:rsidRDefault="00F669F2" w:rsidP="00A32EDC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 w:rsidRPr="00AF174E">
              <w:rPr>
                <w:rFonts w:cs="Iskoola Pota"/>
                <w:cs/>
                <w:lang w:bidi="si-LK"/>
              </w:rPr>
              <w:t>(</w:t>
            </w:r>
            <w:r w:rsidRPr="00AF174E">
              <w:rPr>
                <w:rFonts w:cs="Iskoola Pota"/>
                <w:lang w:bidi="si-LK"/>
              </w:rPr>
              <w:t>UNFPA)</w:t>
            </w:r>
            <w:r w:rsidR="001915C9">
              <w:rPr>
                <w:rFonts w:ascii="Baamini" w:hAnsi="Baamini" w:cs="Iskoola Pota"/>
                <w:bCs/>
                <w:sz w:val="24"/>
                <w:szCs w:val="24"/>
              </w:rPr>
              <w:t>Vw;ghLfspd; %yk; mKy;gLj;jg;gLfpd;w epfo;r;rpj;jpl;lq;fs;&gt; epWtdkag;gLj;jg;gl;be;jJld;&gt; r%fkag;gLj;jg;gLk; Fiwe;j tUkhdk; ngWfpd;w FLk;gq;fSf;F tPlikg;G trjpfis nra;Jnfhs;s epjp cjtp toq;Fk; epfo;r;rpj;jpl;lq;fis mKy;gLj;jy;.</w:t>
            </w:r>
          </w:p>
          <w:p w:rsidR="001915C9" w:rsidRDefault="001915C9" w:rsidP="00A32EDC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rpWth;fSf;F tho;f;ifr; nryTf; nfhLg;gdT toq;Fjy;&gt; rh;tNjr rkthaq;fs;&gt; cld;gbf;iffs;&gt; ,zf;fg;ghLfs; njhlh;gpy; ntsptptfhu mikr;Rf;F mwpf;iffisr; rkh;g;gpj;jy;.</w:t>
            </w:r>
          </w:p>
          <w:p w:rsidR="00F669F2" w:rsidRPr="007319E2" w:rsidRDefault="00F669F2" w:rsidP="001915C9">
            <w:pPr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1530" w:type="dxa"/>
          </w:tcPr>
          <w:p w:rsidR="00F853F4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</w:rPr>
              <w:t>011 218</w:t>
            </w:r>
            <w:r w:rsidR="0048386F" w:rsidRPr="007319E2">
              <w:rPr>
                <w:rFonts w:cs="Iskoola Pota"/>
                <w:sz w:val="24"/>
                <w:szCs w:val="24"/>
                <w:cs/>
                <w:lang w:bidi="si-LK"/>
              </w:rPr>
              <w:t>6075</w:t>
            </w:r>
          </w:p>
        </w:tc>
      </w:tr>
      <w:tr w:rsidR="00F853F4" w:rsidRPr="007319E2" w:rsidTr="00A32EDC">
        <w:trPr>
          <w:trHeight w:val="519"/>
        </w:trPr>
        <w:tc>
          <w:tcPr>
            <w:tcW w:w="1998" w:type="dxa"/>
          </w:tcPr>
          <w:p w:rsidR="00F853F4" w:rsidRPr="007319E2" w:rsidRDefault="00C323C4" w:rsidP="00C323C4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Kd;gps;isg; gUt mgptpUj;jp gw;wpa Njrpa nrayfk;</w:t>
            </w:r>
          </w:p>
        </w:tc>
        <w:tc>
          <w:tcPr>
            <w:tcW w:w="6390" w:type="dxa"/>
          </w:tcPr>
          <w:p w:rsidR="00F853F4" w:rsidRDefault="006C016A" w:rsidP="006C016A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Kd;gps;isg; gUt mutizg;G kw;Wk; mgptpUj;jp gw;wpa Njrpaf; nfhs;if&gt; fUj;jpl;lq;fs;</w:t>
            </w:r>
            <w:r w:rsidR="001915C9" w:rsidRPr="001915C9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epfo;r;rpj;jpl;lq;fis jahh; nra;jy; kw;Wk; mKy;gLj;jy;&gt; mur&gt; murrhh;gw;w kw;Wk; jdpahh; Jiwapy; Kd;gps;isg; gUt mgptpUj;jp epfo;r;rpj;jpl;lq;fis xUq;fpizg;Gr; nra;tJk;&gt; tiyaikg;Gr; nra;tJk;&gt; Muha;r;rpfis Nkw;nfhs;sy;&gt; juTfis Nrfhpj;jy;&gt; Kd;gps;isg; gUt mgptpUj;jp njhlh;ghd epfo;r;rpj;jpl;lq;fisj; jahh; nra;jy;&gt; Kd;gps;isg; gUt mgptpUj;jp njhlh;ghd gapw;rp epfo;r;rpj;jpl;lq;fis mKy;gLj;jy; kw;Wk; Kd;gps;isg; gUt mgptpUj;jp njhlh;ghd kdpjts mgptpUj;jp&gt; Kd;gps;isg; gUt mgptpUj;jpapd; Kf;fpaj;Jtk; njhlh;ghf nghJ kf;fis tpopg;Gzh;T+l;ly; kw;Wk; czh;Tg;G+h;tkhd jd;ikia Vw;gLj;JtJ Kf;fpa nraw;gzpahFk;. </w:t>
            </w:r>
          </w:p>
          <w:p w:rsidR="0094740C" w:rsidRPr="007319E2" w:rsidRDefault="0094740C" w:rsidP="006C016A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530" w:type="dxa"/>
          </w:tcPr>
          <w:p w:rsidR="00F853F4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</w:rPr>
              <w:t>011 2186054</w:t>
            </w:r>
          </w:p>
          <w:p w:rsidR="007E3768" w:rsidRPr="007319E2" w:rsidRDefault="007E376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011 2187250</w:t>
            </w:r>
          </w:p>
          <w:p w:rsidR="007E3768" w:rsidRPr="007319E2" w:rsidRDefault="007E376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0112186058</w:t>
            </w:r>
          </w:p>
          <w:p w:rsidR="007E3768" w:rsidRPr="007319E2" w:rsidRDefault="007E376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0112187189</w:t>
            </w:r>
          </w:p>
        </w:tc>
      </w:tr>
      <w:tr w:rsidR="00F853F4" w:rsidRPr="007319E2" w:rsidTr="00A32EDC">
        <w:trPr>
          <w:trHeight w:val="519"/>
        </w:trPr>
        <w:tc>
          <w:tcPr>
            <w:tcW w:w="1998" w:type="dxa"/>
          </w:tcPr>
          <w:p w:rsidR="00F853F4" w:rsidRPr="007319E2" w:rsidRDefault="00C323C4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Njrpa kfsph; FO</w:t>
            </w:r>
          </w:p>
        </w:tc>
        <w:tc>
          <w:tcPr>
            <w:tcW w:w="6390" w:type="dxa"/>
          </w:tcPr>
          <w:p w:rsidR="00F853F4" w:rsidRDefault="006C016A" w:rsidP="008A433A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rk me;j];J cWjp nra;ag;gl;lJk;&gt; td;Kiw md;wJkhd ngz;fSf;F rhjfkhd ,yq;ifr; r%fj;ij cUthf;Fk; Nehf;fj;Jld; jhgpf;fg;gl;Ls;s Njrpa kfsph; FOtpd; gpujhd nraw;gzpahf ,Ug;gJ&gt; ,yq;ifapYs;s ngz;fspd; chpikfisg; ghJfhj;J tsh;j;jy;&gt;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rkme;j];ij cWjp nra;jy; kw;Wk; KOikahd mgptpUj;jpf;Ff; fhuzkhf mikAk; nfhs;iffs;&gt; rl;lq;fisj; jahh; nra;tJk; MFk;. ,jw;fhf Njrpa kfsph; FOtpd; rpghhpR kw;Wk; cjtpiag; ngw;Wf; nfhLj;jy;&gt; fz;fhzpg;Gr; nra;J&gt; kjpg;gPL nra;tJk; Nkw;nfhs;sg;gLk;. mjw;fika Njrpa kfsph; FOtpy; Kiwg;ghl;L</w:t>
            </w:r>
            <w:r w:rsidR="008A433A">
              <w:rPr>
                <w:rFonts w:ascii="Baamini" w:hAnsi="Baamini" w:cs="Iskoola Pota"/>
                <w:bCs/>
                <w:sz w:val="24"/>
                <w:szCs w:val="24"/>
              </w:rPr>
              <w:t xml:space="preserve"> epiyak; kw;Wk; 24 kzp Neuk; KOtjpYk; Njitahd Nritfis Mw;Wk; 1938 kfsph; cjtpj; njhiyNgrpr; Nrit ,aq;fptUfpd;wJ. Nkw;gb Nrit %yk; rl;l MNyhrid toq;Fjy;&gt; MNyhrid toq;Fjy;&gt; rk;ge;jg;gl;l epWtdq;fSf;F Kiwg;ghl;lhsh;fis Mw;Wg;gLj;jy; kw;Wk; mwpf;iffisf; NfhUtJk; Nkw;nfhs;sg;gLfpd;wJ. mt;thNw&gt; fpilf;Fk; Kiwg;ghLfs; njhlh;ghf fhyj;jpw;Ff; fhyk; gpd;dha;T nra;tJk; Njrpa kfsph; FOtpd; Kf;fpa nraw;gzpnahd;whFk;. </w:t>
            </w:r>
          </w:p>
          <w:p w:rsidR="0094740C" w:rsidRPr="007319E2" w:rsidRDefault="0094740C" w:rsidP="008A433A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1530" w:type="dxa"/>
          </w:tcPr>
          <w:p w:rsidR="00F853F4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lastRenderedPageBreak/>
              <w:t>011 2187038</w:t>
            </w:r>
          </w:p>
        </w:tc>
      </w:tr>
      <w:tr w:rsidR="00922EDD" w:rsidRPr="007319E2" w:rsidTr="00A32EDC">
        <w:trPr>
          <w:trHeight w:val="519"/>
        </w:trPr>
        <w:tc>
          <w:tcPr>
            <w:tcW w:w="1998" w:type="dxa"/>
          </w:tcPr>
          <w:p w:rsidR="00922EDD" w:rsidRPr="007319E2" w:rsidRDefault="00C323C4" w:rsidP="00C323C4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cs;sff; fzf;fha;Tg; gphpT</w:t>
            </w:r>
          </w:p>
        </w:tc>
        <w:tc>
          <w:tcPr>
            <w:tcW w:w="6390" w:type="dxa"/>
          </w:tcPr>
          <w:p w:rsidR="0094740C" w:rsidRPr="0094740C" w:rsidRDefault="008A433A" w:rsidP="008A433A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  <w:rtl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  <w:lang w:bidi="si-LK"/>
              </w:rPr>
              <w:t xml:space="preserve">mikr;rpdhy; Nkw;nfhs;sg;gLfpd;w Nritfs; kw;Wk; epfo;r;rpj;jpl;lq;fis jukhfTk;&gt; tpidj;jpwd;kpf;fthWk; Ngzptuj; Njitahd epjprhh; fzf;fha;T&gt; nrayhw;Wiff; fzf;fha;T&gt; Kfhikj;Jtf; fzf;fha;T&gt; fl;likg;Gf; fl;lg;ghl;Lf; fzf;fha;T&gt; mghak;kpf;f Jiwfis mbg;gilahff; nfhz;l fzf;fha;it Nkw;nfhs;tjd; %yk; epWtdj;jpD}lhf vjph;ghh;f;fg;gl;Ls;s ,yf;Ffis mile;Jnfhs;s toptFg;gJ Nkw;nfhs;sg;gLfpd;wJ. </w:t>
            </w:r>
          </w:p>
        </w:tc>
        <w:tc>
          <w:tcPr>
            <w:tcW w:w="1530" w:type="dxa"/>
          </w:tcPr>
          <w:p w:rsidR="00922EDD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011 2187252</w:t>
            </w:r>
          </w:p>
        </w:tc>
      </w:tr>
      <w:tr w:rsidR="00F853F4" w:rsidRPr="007319E2" w:rsidTr="00A32EDC">
        <w:trPr>
          <w:trHeight w:val="519"/>
        </w:trPr>
        <w:tc>
          <w:tcPr>
            <w:tcW w:w="1998" w:type="dxa"/>
          </w:tcPr>
          <w:p w:rsidR="00F853F4" w:rsidRPr="007319E2" w:rsidRDefault="00C323C4" w:rsidP="00C323C4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,yq;if kfsph; gzpafk; </w:t>
            </w:r>
          </w:p>
        </w:tc>
        <w:tc>
          <w:tcPr>
            <w:tcW w:w="6390" w:type="dxa"/>
          </w:tcPr>
          <w:p w:rsidR="00E2208B" w:rsidRDefault="00E2208B" w:rsidP="00A32EDC">
            <w:pPr>
              <w:pStyle w:val="Default"/>
              <w:spacing w:line="276" w:lineRule="auto"/>
              <w:jc w:val="both"/>
              <w:rPr>
                <w:rFonts w:ascii="Baamini" w:hAnsi="Baamini"/>
                <w:bCs/>
              </w:rPr>
            </w:pPr>
            <w:r>
              <w:rPr>
                <w:rFonts w:ascii="Baamini" w:hAnsi="Baamini"/>
                <w:bCs/>
              </w:rPr>
              <w:t>,yq;ifg; ngz;fspd; nghUshjhu kw;Wk; r%f hPjpahf gyg;gLj;Jtjw;F cfe;j epfo;r;rpj;jpl;lq;fs; kw;Wk; fUj;jpl;lq;fis ,dq;fhzy;&gt; jpl;lkply;&gt; mKy;gLj;jy; kw;Wk; kjpg;gPL nra;jy; kw;Wk; rfy taJg; gphpTfisAk; Nrh;e;j ngz;fspd; tpNrl mk;rq;fis ,dq;fz;L mth;fSf;F cfe;jthW ehl;bd; xl;Lnkhj;j mgptpUj;jpapd; gq;fhsh;fshf;Ftjw;fhd epfo;r;rpj;jpl;lq;fis mKy;gLj;JtJ gpujhd nraw;gzpfspy; cs;slq;Fk;.</w:t>
            </w:r>
          </w:p>
          <w:p w:rsidR="00F853F4" w:rsidRPr="007319E2" w:rsidRDefault="00E2208B" w:rsidP="00E2208B">
            <w:pPr>
              <w:pStyle w:val="Default"/>
              <w:spacing w:line="276" w:lineRule="auto"/>
              <w:jc w:val="both"/>
            </w:pPr>
            <w:r>
              <w:rPr>
                <w:rFonts w:ascii="Baamini" w:hAnsi="Baamini"/>
                <w:bCs/>
              </w:rPr>
              <w:t xml:space="preserve">ngz;fshf ,Ug;gjd; fhuzkhf mth;fs; vjph;nfhs;Sk; mnrsfhpaq;fisj; jtph;g;gjw;fhd epfo;r;rpj;jpl;lq;fis mKy;gLj;jy;&gt; r%fj;jpy; tpNrl fhuzq;fspdhy; gy;NtW ,d;dy;fis vjph;nfhz;Ls;s ngz;fSf;fhd tpNrl epfo;r;rpj;jpl;lq;fs; kw;Wk; xl;Lnkhj;j ngz;fs; rKjhaj;jpdJk; mwpT&gt; Mw;wy;fs; kw;Wk; kdg;ghq;if tsh;g;gjw;fhd epfo;r;rpj;jpl;lq;fis mKyg;Lj;JtJk; ,jd; %yk; Nkw;nfhs;sg;gLfpd;wJ. NkYk; ngz;fSf;F xNu mikg;gpDs; ,aq;Ftjw;fhf </w:t>
            </w:r>
            <w:r w:rsidR="00B9668F" w:rsidRPr="00E2208B">
              <w:rPr>
                <w:sz w:val="21"/>
                <w:szCs w:val="21"/>
              </w:rPr>
              <w:t xml:space="preserve">(Smooth Functioning) </w:t>
            </w:r>
            <w:r>
              <w:rPr>
                <w:rFonts w:ascii="Baamini" w:hAnsi="Baamini"/>
                <w:bCs/>
              </w:rPr>
              <w:t xml:space="preserve">rKjha mbg;gilapyhd kl;lj;jpypUe;J Njrpa kl;lk; tiu ngz;fis xOq;FgLj;JtJk; ,jd; Kf;fpa gzpahFk;. </w:t>
            </w:r>
          </w:p>
        </w:tc>
        <w:tc>
          <w:tcPr>
            <w:tcW w:w="1530" w:type="dxa"/>
          </w:tcPr>
          <w:p w:rsidR="00F853F4" w:rsidRPr="007319E2" w:rsidRDefault="00B85562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011 2186348</w:t>
            </w:r>
          </w:p>
        </w:tc>
      </w:tr>
    </w:tbl>
    <w:p w:rsidR="00CD1104" w:rsidRPr="007319E2" w:rsidRDefault="00CD1104" w:rsidP="00A32EDC">
      <w:pPr>
        <w:spacing w:after="0"/>
        <w:rPr>
          <w:rFonts w:cs="Iskoola Pota"/>
          <w:sz w:val="24"/>
          <w:szCs w:val="24"/>
        </w:rPr>
      </w:pPr>
    </w:p>
    <w:p w:rsidR="00667AEB" w:rsidRPr="005D7B64" w:rsidRDefault="00836AF7" w:rsidP="00667AEB">
      <w:pPr>
        <w:spacing w:after="5" w:line="249" w:lineRule="auto"/>
        <w:ind w:left="729"/>
        <w:jc w:val="both"/>
        <w:rPr>
          <w:rFonts w:ascii="Baamini" w:hAnsi="Baamini"/>
          <w:b/>
          <w:bCs/>
          <w:sz w:val="24"/>
          <w:szCs w:val="24"/>
        </w:rPr>
      </w:pPr>
      <w:r w:rsidRPr="007319E2">
        <w:rPr>
          <w:rFonts w:cs="Iskoola Pota"/>
          <w:b/>
          <w:sz w:val="24"/>
          <w:szCs w:val="24"/>
        </w:rPr>
        <w:t xml:space="preserve">04. </w:t>
      </w:r>
      <w:r w:rsidR="00667AEB" w:rsidRPr="005D7B64">
        <w:rPr>
          <w:rFonts w:ascii="Baamini" w:hAnsi="Baamini"/>
          <w:b/>
          <w:bCs/>
          <w:sz w:val="24"/>
          <w:szCs w:val="24"/>
        </w:rPr>
        <w:t xml:space="preserve">mikr;rpd; gzpfs; kw;Wk; flikfis epiwNtw;Wtjpy; tFf;fg;gl;l eilKiwfs; kw;Wk; newpKiwfs; </w:t>
      </w:r>
    </w:p>
    <w:p w:rsidR="007319E2" w:rsidRPr="007319E2" w:rsidRDefault="007319E2" w:rsidP="00A32EDC">
      <w:pPr>
        <w:spacing w:after="0"/>
        <w:rPr>
          <w:rFonts w:cs="Iskoola Pota"/>
          <w:b/>
          <w:bCs/>
          <w:sz w:val="24"/>
          <w:szCs w:val="24"/>
          <w:lang w:bidi="si-LK"/>
        </w:rPr>
      </w:pPr>
    </w:p>
    <w:tbl>
      <w:tblPr>
        <w:tblStyle w:val="TableGrid"/>
        <w:tblW w:w="9626" w:type="dxa"/>
        <w:tblLayout w:type="fixed"/>
        <w:tblLook w:val="04A0"/>
      </w:tblPr>
      <w:tblGrid>
        <w:gridCol w:w="4248"/>
        <w:gridCol w:w="3240"/>
        <w:gridCol w:w="2138"/>
      </w:tblGrid>
      <w:tr w:rsidR="00667AEB" w:rsidRPr="007319E2" w:rsidTr="00221D26">
        <w:trPr>
          <w:trHeight w:val="1637"/>
        </w:trPr>
        <w:tc>
          <w:tcPr>
            <w:tcW w:w="4248" w:type="dxa"/>
            <w:vAlign w:val="center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flikfs;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nraw;ghLfs; </w:t>
            </w:r>
          </w:p>
        </w:tc>
        <w:tc>
          <w:tcPr>
            <w:tcW w:w="3240" w:type="dxa"/>
          </w:tcPr>
          <w:p w:rsidR="00667AEB" w:rsidRPr="005D7B64" w:rsidRDefault="00667AEB" w:rsidP="00667AEB">
            <w:pPr>
              <w:spacing w:after="46" w:line="216" w:lineRule="auto"/>
              <w:ind w:left="627" w:hanging="526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nraw;ghLfs;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gzpfs; kw;Wk; newpKiwfis cs;slf;fpa vOj;Jg+u;tkhd rl;</w:t>
            </w:r>
            <w:r>
              <w:rPr>
                <w:rFonts w:ascii="Baamini" w:hAnsi="Baamini"/>
                <w:b/>
                <w:bCs/>
                <w:sz w:val="24"/>
                <w:szCs w:val="24"/>
              </w:rPr>
              <w:t>l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 tpjpKiwfisf; nfhzl; </w:t>
            </w:r>
          </w:p>
          <w:p w:rsidR="00667AEB" w:rsidRPr="005D7B64" w:rsidRDefault="00667AEB" w:rsidP="00667AEB">
            <w:pPr>
              <w:spacing w:line="259" w:lineRule="auto"/>
              <w:ind w:left="12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rl;lq;fs;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tpjpfs;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Mizfs;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xOq;FKiwfs;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topfhl;Ljy;fs;</w:t>
            </w:r>
          </w:p>
          <w:p w:rsidR="00667AEB" w:rsidRPr="0090079B" w:rsidRDefault="00667AEB" w:rsidP="00667AEB">
            <w:pPr>
              <w:spacing w:line="276" w:lineRule="auto"/>
              <w:jc w:val="center"/>
              <w:rPr>
                <w:rFonts w:cs="Iskoola Pota"/>
              </w:rPr>
            </w:pP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Rw;wwpf;iffs;</w:t>
            </w:r>
            <w:r w:rsidRPr="00C323C4">
              <w:rPr>
                <w:rFonts w:cs="Iskoola Pota"/>
                <w:b/>
              </w:rPr>
              <w:t>/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ifNaLfs; kw;Wk; Vida gjpNtLfspd; gl;bay; </w:t>
            </w:r>
          </w:p>
        </w:tc>
        <w:tc>
          <w:tcPr>
            <w:tcW w:w="2138" w:type="dxa"/>
          </w:tcPr>
          <w:p w:rsidR="00667AEB" w:rsidRPr="005D7B64" w:rsidRDefault="00667AEB" w:rsidP="00667AEB">
            <w:pPr>
              <w:spacing w:line="216" w:lineRule="auto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mwpf;iffs; gw;wpa </w:t>
            </w:r>
          </w:p>
          <w:p w:rsidR="00667AEB" w:rsidRPr="005D7B64" w:rsidRDefault="00667AEB" w:rsidP="00667AEB">
            <w:pPr>
              <w:spacing w:line="259" w:lineRule="auto"/>
              <w:ind w:right="109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jfty;fs; </w:t>
            </w:r>
          </w:p>
          <w:p w:rsidR="00667AEB" w:rsidRPr="005D7B64" w:rsidRDefault="00667AEB" w:rsidP="00667AEB">
            <w:pPr>
              <w:spacing w:line="259" w:lineRule="auto"/>
              <w:ind w:right="111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ngwf;$ba </w:t>
            </w:r>
          </w:p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,izaj;jsk; </w:t>
            </w:r>
          </w:p>
        </w:tc>
      </w:tr>
      <w:tr w:rsidR="00667AEB" w:rsidRPr="007319E2" w:rsidTr="00250DD6">
        <w:trPr>
          <w:trHeight w:val="1637"/>
        </w:trPr>
        <w:tc>
          <w:tcPr>
            <w:tcW w:w="4248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gjtpazp njhlh;ghd jhgd kw;Wk; epUthf eltbf;iffis topg;gLj;jy;.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cs;ehl;L kw;Wk; ntspehl;L gapw;rpfis toq;Fjy;.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mikr;rpd; tplag;gug;G njhlh;ghd mikr;ruit tpQ;Qhgdq;fs;&gt; rl;ltiuTfs; Nghd;wtw;iw Kiwahf rkh;g;gpg;gjd; %yk; nfhs;if tFg;Gf;F cjTjy;.</w:t>
            </w:r>
          </w:p>
          <w:p w:rsidR="0094740C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jfty; mwpAk; chpik gw;wpa rl;lk; njhlh;ghf eltbf;if Nkw;nfhs;sy;.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rtl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center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jhgd tpjpf; Nfhit&gt; epjpg; gpukhzk;&gt; tuT nryTj;jpl;lk;&gt; Rw;wwpf;iffs;&gt; eltbf;ifKiwrhh; tpjpfs;&gt; nghJ epUthf Rw;wwpf;iffs;&gt;</w:t>
            </w:r>
          </w:p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2016 ,d; 12 Mk; ,yf;f jfty; mwpAk; chpik gw;wpa rl;lk; </w:t>
            </w: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lang w:bidi="si-LK"/>
              </w:rPr>
              <w:t>https://www.childwomenmin.gov.lk/</w:t>
            </w:r>
          </w:p>
        </w:tc>
      </w:tr>
      <w:tr w:rsidR="00667AEB" w:rsidRPr="007319E2" w:rsidTr="001A6035">
        <w:trPr>
          <w:trHeight w:val="377"/>
        </w:trPr>
        <w:tc>
          <w:tcPr>
            <w:tcW w:w="9626" w:type="dxa"/>
            <w:gridSpan w:val="3"/>
          </w:tcPr>
          <w:p w:rsidR="00667AEB" w:rsidRPr="007319E2" w:rsidRDefault="00667AEB" w:rsidP="00667AEB">
            <w:pPr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Kd;gps;isg; gUtk; gw;wpa Njrpa nrayfk;</w:t>
            </w:r>
          </w:p>
        </w:tc>
      </w:tr>
      <w:tr w:rsidR="00667AEB" w:rsidRPr="007319E2" w:rsidTr="007319E2">
        <w:trPr>
          <w:trHeight w:val="1124"/>
        </w:trPr>
        <w:tc>
          <w:tcPr>
            <w:tcW w:w="4248" w:type="dxa"/>
          </w:tcPr>
          <w:p w:rsidR="00667AEB" w:rsidRPr="007319E2" w:rsidRDefault="00667AEB" w:rsidP="00667AEB">
            <w:pPr>
              <w:numPr>
                <w:ilvl w:val="0"/>
                <w:numId w:val="20"/>
              </w:numPr>
              <w:ind w:left="0"/>
              <w:jc w:val="both"/>
              <w:rPr>
                <w:rFonts w:eastAsia="Times New Roman" w:cs="Iskoola Pota"/>
                <w:sz w:val="24"/>
                <w:szCs w:val="24"/>
                <w:cs/>
                <w:lang w:bidi="si-LK"/>
              </w:rPr>
            </w:pPr>
            <w:r w:rsidRPr="0022618D">
              <w:rPr>
                <w:rFonts w:ascii="Baamini" w:hAnsi="Baamini" w:cs="Iskoola Pota"/>
                <w:b/>
                <w:sz w:val="24"/>
                <w:szCs w:val="24"/>
              </w:rPr>
              <w:t xml:space="preserve">nfhs;if tFj;jy;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- Kd;gps;isg; gUt mutizg;G kw;Wk; mgptpUj;jp gw;wpa Njrpaf; nfhs;ifia tFj;jy; kw;Wk; mKy;gLj;jy;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eastAsia="Times New Roman"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Kd;gps;isg; gUt mutizg;G kw;Wk; mgptpUj;jp gw;wpa Njrpaf; nfhs;if </w:t>
            </w:r>
            <w:r w:rsidR="0094740C">
              <w:rPr>
                <w:rFonts w:eastAsia="Times New Roman" w:cs="Iskoola Pota"/>
                <w:sz w:val="24"/>
                <w:szCs w:val="24"/>
                <w:cs/>
                <w:lang w:bidi="si-LK"/>
              </w:rPr>
              <w:t>–</w:t>
            </w:r>
            <w:r w:rsidRPr="007319E2">
              <w:rPr>
                <w:rFonts w:eastAsia="Times New Roman" w:cs="Iskoola Pota"/>
                <w:sz w:val="24"/>
                <w:szCs w:val="24"/>
                <w:cs/>
                <w:lang w:bidi="si-LK"/>
              </w:rPr>
              <w:t xml:space="preserve"> 2018</w:t>
            </w:r>
          </w:p>
          <w:p w:rsidR="0094740C" w:rsidRPr="007319E2" w:rsidRDefault="0094740C" w:rsidP="00667AEB">
            <w:pPr>
              <w:spacing w:line="276" w:lineRule="auto"/>
              <w:jc w:val="both"/>
              <w:rPr>
                <w:rFonts w:eastAsia="Times New Roman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1637"/>
        </w:trPr>
        <w:tc>
          <w:tcPr>
            <w:tcW w:w="4248" w:type="dxa"/>
          </w:tcPr>
          <w:p w:rsidR="00667AEB" w:rsidRPr="007319E2" w:rsidRDefault="00667AEB" w:rsidP="00667AEB">
            <w:pPr>
              <w:numPr>
                <w:ilvl w:val="0"/>
                <w:numId w:val="20"/>
              </w:numPr>
              <w:spacing w:line="276" w:lineRule="auto"/>
              <w:ind w:left="0"/>
              <w:jc w:val="both"/>
              <w:rPr>
                <w:rFonts w:eastAsia="Times New Roman"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 xml:space="preserve">ghyh; ghlrhiy xOq;FWj;jy; -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ehL KOtjpYk; fhzg;gLfpd;w Kd;gps;isg; gUt mgptpUj;jp epiyaq;fs; kw;Wk; ghyh; ghlrhiyfspd; juq;fis xOq;FWj;jy; kw;Wk; xUq;fpizg;G 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1. Kd;gps;isg; gUt mgptpUj;jp epiyaq;fSf;fhd Njrpa topfhl;ly;fs; kw;Wk; juepakq;fs; 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2.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Njrpa Kd;gps;isg; gUt mgptpUj;jpj; juepakq;fs;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1637"/>
        </w:trPr>
        <w:tc>
          <w:tcPr>
            <w:tcW w:w="4248" w:type="dxa"/>
          </w:tcPr>
          <w:p w:rsidR="00667AEB" w:rsidRPr="004D6D95" w:rsidRDefault="00667AEB" w:rsidP="00667AEB">
            <w:pPr>
              <w:numPr>
                <w:ilvl w:val="0"/>
                <w:numId w:val="20"/>
              </w:numPr>
              <w:spacing w:line="276" w:lineRule="auto"/>
              <w:ind w:left="0"/>
              <w:jc w:val="both"/>
              <w:rPr>
                <w:rFonts w:eastAsia="Times New Roman" w:cs="Iskoola Pota"/>
                <w:b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lastRenderedPageBreak/>
              <w:t xml:space="preserve">Nghrid epfo;r;rpj;jpl;lq;fs;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- Fiwe;j epiw kw;Wk; mr;RWj;jyhd epiyapYs;s rpWth;fSf;fhf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ghyh; ghlrhiy fhiy czT toq;Fk; epfo;r;rpj;jpl;lk;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fh;g;gpzpj; jha;khUf;Fk;&gt; ghY}l;Lk; jha;khUf;Fk; &amp;gh </w:t>
            </w:r>
            <w:r w:rsidRPr="004D6D95">
              <w:rPr>
                <w:rFonts w:cs="Iskoola Pota"/>
                <w:cs/>
                <w:lang w:bidi="si-LK"/>
              </w:rPr>
              <w:t xml:space="preserve">45000/-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Md Nghrhf;Ff; nfhLg;gdit toq;Fjy; Nghd;w fUj;jpl;lq;fis mKy;gLj;jy;. </w:t>
            </w:r>
          </w:p>
        </w:tc>
        <w:tc>
          <w:tcPr>
            <w:tcW w:w="3240" w:type="dxa"/>
          </w:tcPr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1.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Kd;gps;isg; gUt mgptpUj;jp epiyaq;fs; my;yJ ghyh; ghlrhiy rpWth;fSf;F fhiy czT toq;Fk; epfo;r;rpj;jpl;lk; </w:t>
            </w:r>
            <w:r w:rsidRPr="00EB7F86">
              <w:rPr>
                <w:rFonts w:cs="Iskoola Pota"/>
                <w:cs/>
                <w:lang w:bidi="si-LK"/>
              </w:rPr>
              <w:t xml:space="preserve">-  3/2024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kw;Wk; </w:t>
            </w:r>
            <w:r w:rsidRPr="00EB7F86">
              <w:rPr>
                <w:rFonts w:cs="Iskoola Pota"/>
                <w:cs/>
                <w:lang w:bidi="si-LK"/>
              </w:rPr>
              <w:t>3/2024 (</w:t>
            </w:r>
            <w:r w:rsidRPr="00EB7F86">
              <w:rPr>
                <w:rFonts w:cs="Iskoola Pota"/>
                <w:lang w:bidi="si-LK"/>
              </w:rPr>
              <w:t xml:space="preserve">I)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Rw;wwpf;if</w:t>
            </w:r>
          </w:p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</w:rPr>
            </w:pP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2.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fh;g;gpzpj; jha;khUf;Fk;&gt; ghY}l;Lk; jha;khUf;Fk; &amp;gh </w:t>
            </w:r>
            <w:r w:rsidRPr="004D6D95">
              <w:rPr>
                <w:rFonts w:cs="Iskoola Pota"/>
                <w:cs/>
                <w:lang w:bidi="si-LK"/>
              </w:rPr>
              <w:t xml:space="preserve">45000/-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Md Nghrhf;Ff; nfhLg;gdit toq;Fk; epfo;r;rpj;jpl;lk; - </w:t>
            </w:r>
            <w:r w:rsidRPr="00EB7F86">
              <w:rPr>
                <w:rFonts w:cs="Iskoola Pota"/>
                <w:cs/>
                <w:lang w:bidi="si-LK"/>
              </w:rPr>
              <w:t xml:space="preserve">3/2023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Rw;wwpf;if</w:t>
            </w:r>
          </w:p>
          <w:p w:rsidR="0094740C" w:rsidRPr="00EB7F86" w:rsidRDefault="0094740C" w:rsidP="00667AEB">
            <w:pPr>
              <w:spacing w:line="276" w:lineRule="auto"/>
              <w:jc w:val="both"/>
              <w:rPr>
                <w:rFonts w:cs="Iskoola Pota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1637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BE3D6A">
              <w:rPr>
                <w:rFonts w:ascii="Baamini" w:hAnsi="Baamini" w:cs="Iskoola Pota"/>
                <w:b/>
                <w:sz w:val="24"/>
                <w:szCs w:val="24"/>
              </w:rPr>
              <w:t>ghyh; ghlrhiy MrphpiafSf;F khjhe;jf; nfhLg;gdT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ghyh; ghlrhiy MrphpiafSf;F khjhe;jk; &amp;gh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6000/-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Md nfhLg;gdit toq;Fk; epfo;r;rpj;jpl;lj;ij mKy;gLj;jy;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ghyh; ghlrhiy MrphpiafSf;F khjhe;jk; &amp;gh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6000/-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Md nfhLg;gdit toq;Fk;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FU mgpkhdp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epfo;r;rpj;jpl;lk;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 xml:space="preserve">-02/2021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Rw;wwpf;if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1637"/>
        </w:trPr>
        <w:tc>
          <w:tcPr>
            <w:tcW w:w="4248" w:type="dxa"/>
          </w:tcPr>
          <w:p w:rsidR="00667AEB" w:rsidRPr="007319E2" w:rsidRDefault="00667AEB" w:rsidP="00667AEB">
            <w:pPr>
              <w:numPr>
                <w:ilvl w:val="0"/>
                <w:numId w:val="20"/>
              </w:numPr>
              <w:spacing w:line="276" w:lineRule="auto"/>
              <w:ind w:left="0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BE3D6A">
              <w:rPr>
                <w:rFonts w:ascii="Baamini" w:hAnsi="Baamini" w:cs="Iskoola Pota"/>
                <w:b/>
                <w:sz w:val="24"/>
                <w:szCs w:val="24"/>
              </w:rPr>
              <w:t>gapw;rp epfo;r;rpj;jpl;lq;fs;</w:t>
            </w:r>
            <w:r w:rsidRPr="00BE3D6A">
              <w:rPr>
                <w:rFonts w:ascii="Baamini" w:hAnsi="Baamini" w:cs="Iskoola Pota"/>
                <w:bCs/>
                <w:sz w:val="24"/>
                <w:szCs w:val="24"/>
              </w:rPr>
              <w:t xml:space="preserve"> - ghyh; ghlrhiy Mrphpiaafs;&gt; mYtyh;fs; kw;Wk; ngw;Nwhiu tpopg;Gzh;T+l;Lk; kw;Wk; gapw;Wtpf;Fk; nraykh;Tfis elhj;jy;.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nrnd`] jlhf;f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Kd;gps;isg; gUt mgptpUj;jpf;fhf tPLfis mbg;gilahff; nfhz;l nraw;ghLfis cs;slf;fpajhf ngw;Nwhiu tpopg;Gzh;T+l;Lk; ifNaL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2. gps;is tsh;g;Gf;fhd ey;y Kiwapay;fs; ngw;Nwhhpd; xOf;ff; fl;Lg;ghl;Lf;fhd topfhl;ly;fis cs;slf;fpa ngw;Nwhiu tpopg;Gzh;T+l;Lk; ifNaL</w:t>
            </w:r>
          </w:p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3. xbrk; </w:t>
            </w:r>
            <w:r w:rsidRPr="00EB7F86">
              <w:rPr>
                <w:rFonts w:cs="Iskoola Pota"/>
                <w:cs/>
                <w:lang w:bidi="si-LK"/>
              </w:rPr>
              <w:t>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cstpay; ghjpg;Gf;fisf; nfhz;l rpWth;fis ghyh; ghlrhiyfSld; ,izj;Jf; nfhs;tjw;fhf ghyh; ghlrhiy Mrphpah;fis tpopg;Gzh;T+l;Lk; ifNaL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4. Kd;gps;isg; gUt mgptpUj;jp kjpg;gPl;ilf; nfhz;l kjpg;gPl;lhsh;fSf;fhd topfhl;ly;fisf; nfhz;l ifNaL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5. Kd;gps;isg; gUt mgptpUj;jp epiyaj;jpw;fhd fw;wy; tl;lk; gw;wpa ifNaL</w:t>
            </w:r>
          </w:p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1007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eastAsia="Times New Roman" w:cs="Iskoola Pota"/>
                <w:b/>
                <w:bCs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lastRenderedPageBreak/>
              <w:t xml:space="preserve">Muha;r;rp kw;Wk; juTfs; :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Kd;gps;isg; gUtj; Jiwf;fhd juTfis Nrfhpj;jy; kw;Wk; Muha;r;rpfis Nkw;nfhs;sy;. </w:t>
            </w:r>
          </w:p>
          <w:p w:rsidR="00667AEB" w:rsidRPr="007319E2" w:rsidRDefault="00667AEB" w:rsidP="00667AEB">
            <w:pPr>
              <w:numPr>
                <w:ilvl w:val="0"/>
                <w:numId w:val="20"/>
              </w:numPr>
              <w:spacing w:line="276" w:lineRule="auto"/>
              <w:ind w:left="0"/>
              <w:jc w:val="both"/>
              <w:rPr>
                <w:rFonts w:eastAsia="Times New Roman"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377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 xml:space="preserve">,yq;if kfsph; gzpafk; 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50DD6">
        <w:trPr>
          <w:trHeight w:val="449"/>
        </w:trPr>
        <w:tc>
          <w:tcPr>
            <w:tcW w:w="4248" w:type="dxa"/>
          </w:tcPr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,yq;ifapy; ghypay; kw;Wk; ghy;epiyrhh; mbg;gilapyhd td;Kiwia </w:t>
            </w:r>
            <w:r w:rsidRPr="00EB7F86">
              <w:rPr>
                <w:rFonts w:cs="Iskoola Pota"/>
                <w:cs/>
                <w:lang w:bidi="si-LK"/>
              </w:rPr>
              <w:t>(</w:t>
            </w:r>
            <w:r w:rsidRPr="00EB7F86">
              <w:rPr>
                <w:rFonts w:cs="Iskoola Pota"/>
              </w:rPr>
              <w:t xml:space="preserve">SGBV)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xopj;jy; 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,yq;ifapy; ghypay; kw;Wk; ghy;epiyrhh; mbg;gilapyhd td;Kiwia </w:t>
            </w:r>
            <w:r w:rsidRPr="00EB7F86">
              <w:rPr>
                <w:rFonts w:cs="Iskoola Pota"/>
                <w:cs/>
                <w:lang w:bidi="si-LK"/>
              </w:rPr>
              <w:t>(</w:t>
            </w:r>
            <w:r w:rsidRPr="00EB7F86">
              <w:rPr>
                <w:rFonts w:cs="Iskoola Pota"/>
              </w:rPr>
              <w:t xml:space="preserve">SGBV)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xopg;gjw;fhd gy;Jiwrhh; Njrpa nraw;wpl;lk; </w:t>
            </w:r>
            <w:r w:rsidRPr="00EB7F86">
              <w:rPr>
                <w:rFonts w:cs="Iskoola Pota"/>
                <w:cs/>
                <w:lang w:bidi="si-LK"/>
              </w:rPr>
              <w:t xml:space="preserve">- </w:t>
            </w:r>
            <w:r w:rsidRPr="00EB7F86">
              <w:rPr>
                <w:rFonts w:cs="Iskoola Pota"/>
              </w:rPr>
              <w:t xml:space="preserve">II </w:t>
            </w:r>
            <w:r w:rsidRPr="00EB7F86">
              <w:rPr>
                <w:rFonts w:cs="Iskoola Pota"/>
                <w:cs/>
                <w:lang w:bidi="si-LK"/>
              </w:rPr>
              <w:t>2024-2028</w:t>
            </w:r>
          </w:p>
          <w:p w:rsidR="0094740C" w:rsidRPr="00EB7F86" w:rsidRDefault="0094740C" w:rsidP="00667AEB">
            <w:pPr>
              <w:spacing w:line="276" w:lineRule="auto"/>
              <w:jc w:val="both"/>
              <w:rPr>
                <w:rFonts w:cs="Iskoola Pota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www.childwomenmin.gov.lk/</w:t>
            </w:r>
          </w:p>
        </w:tc>
      </w:tr>
      <w:tr w:rsidR="00667AEB" w:rsidRPr="007319E2" w:rsidTr="00250DD6">
        <w:trPr>
          <w:trHeight w:val="467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ngz;fs;&gt; rkhjhdk; kw;Wk; ghJfhg;G gw;wpa If;fpa ehLfspd; ghJfhg;Gr; rigapd; gpNuuizfis mKy;gLj;jy;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ngz;fs;&gt; rkhjhdk; kw;Wk; ghJfhg;G gw;wpa If;fpa ehLfspd; ghJfhg;Gr; rigapd; gpNuuizfis mKy;gLj;Jtjw;fhd ,yq;ifapd; Njrpa nraw;wpl;lk;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2023-2027</w:t>
            </w:r>
          </w:p>
          <w:p w:rsidR="0094740C" w:rsidRPr="007319E2" w:rsidRDefault="0094740C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www.childwomenmin.gov.lk/</w:t>
            </w:r>
          </w:p>
        </w:tc>
      </w:tr>
      <w:tr w:rsidR="00667AEB" w:rsidRPr="007319E2" w:rsidTr="00250DD6">
        <w:trPr>
          <w:trHeight w:val="404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kfsph; mutizg;G ,y;y Kfhikj;Jtk; 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ghypay; kw;Wk; ghy;epiyrhh; mbg;gilapyhd td;Kiwapdhy; ghjpf;fg;gl;l ngz;fSf;fhd mutizg;G ,y;yq;fis Kfhikj;Jtk; nra;Ak; Njrpa topfhl;ly;fs;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2024</w:t>
            </w:r>
          </w:p>
          <w:p w:rsidR="0094740C" w:rsidRPr="007319E2" w:rsidRDefault="0094740C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www.childwomenmin.gov.lk/</w:t>
            </w: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tUlhe;j nraw;wpl;lk;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- 2026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njhopy;Kaw;rprhh; mgptpUj;jp %yk; ngz;fis tYT+l;ly; </w:t>
            </w: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www.childwomenmin.gov.lk/</w:t>
            </w: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240" w:type="dxa"/>
          </w:tcPr>
          <w:p w:rsidR="0094740C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rpWth; J~;gpuNahfk; kw;Wk; ngz;fSf;F vjpuhd td;Kiwiaj; jLj;jy;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kfsph; gzp mikg;Gf;fs; 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  <w:lang w:bidi="si-LK"/>
              </w:rPr>
              <w:t>kfsph; gzp mikg;Gf;fspd; Jiz tpjp</w:t>
            </w:r>
          </w:p>
        </w:tc>
        <w:tc>
          <w:tcPr>
            <w:tcW w:w="2138" w:type="dxa"/>
          </w:tcPr>
          <w:p w:rsidR="00667AEB" w:rsidRDefault="00EE231E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hyperlink r:id="rId9" w:history="1">
              <w:r w:rsidR="00667AEB" w:rsidRPr="00831F04">
                <w:rPr>
                  <w:rStyle w:val="Hyperlink"/>
                  <w:rFonts w:cs="Iskoola Pota"/>
                  <w:sz w:val="24"/>
                  <w:szCs w:val="24"/>
                </w:rPr>
                <w:t>www.childwomenmin.gov.lk/</w:t>
              </w:r>
            </w:hyperlink>
          </w:p>
          <w:p w:rsidR="00667AEB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672B15">
        <w:trPr>
          <w:trHeight w:val="539"/>
        </w:trPr>
        <w:tc>
          <w:tcPr>
            <w:tcW w:w="9626" w:type="dxa"/>
            <w:gridSpan w:val="3"/>
          </w:tcPr>
          <w:p w:rsidR="00667AEB" w:rsidRPr="00AD2640" w:rsidRDefault="00667AEB" w:rsidP="00667AEB">
            <w:pPr>
              <w:spacing w:line="276" w:lineRule="auto"/>
              <w:rPr>
                <w:rFonts w:cs="Iskoola Pota"/>
                <w:b/>
                <w:sz w:val="24"/>
                <w:szCs w:val="24"/>
              </w:rPr>
            </w:pPr>
            <w:r w:rsidRPr="00AD2640">
              <w:rPr>
                <w:rFonts w:ascii="Baamini" w:hAnsi="Baamini" w:cs="Iskoola Pota"/>
                <w:b/>
                <w:sz w:val="24"/>
                <w:szCs w:val="24"/>
              </w:rPr>
              <w:t>jpl;lkply; kw;Wk; jfty; njhopy;El;gg; gphpT</w:t>
            </w:r>
          </w:p>
        </w:tc>
      </w:tr>
      <w:tr w:rsidR="00667AEB" w:rsidRPr="007319E2" w:rsidTr="007C40E6">
        <w:trPr>
          <w:trHeight w:val="1223"/>
        </w:trPr>
        <w:tc>
          <w:tcPr>
            <w:tcW w:w="4248" w:type="dxa"/>
          </w:tcPr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mikr;rpd; rfy gphpTfspdJk;</w:t>
            </w:r>
          </w:p>
          <w:p w:rsidR="00667AEB" w:rsidRPr="00EB7F86" w:rsidRDefault="00667AEB" w:rsidP="00667AEB">
            <w:pPr>
              <w:spacing w:line="276" w:lineRule="auto"/>
              <w:jc w:val="both"/>
              <w:rPr>
                <w:rFonts w:cs="Iskoola Pota"/>
                <w:cs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/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jpizf;fsq;fspdJk;</w:t>
            </w:r>
            <w:r w:rsidRPr="00EB7F86">
              <w:rPr>
                <w:rFonts w:cs="Iskoola Pota"/>
                <w:cs/>
                <w:lang w:bidi="si-LK"/>
              </w:rPr>
              <w:t xml:space="preserve"> 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epWtdq;fspdJk; jfty;fis xd;wpizj;J tUlhe;j nraw;wpl;lj;ijj; jahh; nra;jy;</w:t>
            </w:r>
          </w:p>
        </w:tc>
        <w:tc>
          <w:tcPr>
            <w:tcW w:w="3240" w:type="dxa"/>
            <w:vMerge w:val="restart"/>
          </w:tcPr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mur epjpr; Rw;wwpf;if ,yf;fk;</w:t>
            </w:r>
            <w:r w:rsidRPr="00EB7F86">
              <w:rPr>
                <w:rFonts w:cs="Iskoola Pota"/>
                <w:cs/>
                <w:lang w:bidi="si-LK"/>
              </w:rPr>
              <w:t xml:space="preserve"> 02/2020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Njrpa jpl;lkply; jpizf;fsj;jpd; topfhl;ly;fs; 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cs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fUj;jpl;lf; fz;fhzpg;Gr; Rw;wwpf;if ,yf;fk;</w:t>
            </w:r>
            <w:r w:rsidRPr="00EB7F86">
              <w:rPr>
                <w:rFonts w:cs="Iskoola Pota"/>
                <w:cs/>
                <w:lang w:bidi="si-LK"/>
              </w:rPr>
              <w:t xml:space="preserve"> 02/2025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2017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,d; </w:t>
            </w:r>
            <w:r w:rsidRPr="00EB7F86">
              <w:rPr>
                <w:rFonts w:cs="Iskoola Pota"/>
                <w:cs/>
                <w:lang w:bidi="si-LK"/>
              </w:rPr>
              <w:t>19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 Mk; ,yf;f ,yq;if epiyNgWjF mgptpUj;jpr; rl;lk; 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cs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2024.11.25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Mk; jpfjpa</w:t>
            </w:r>
            <w:r w:rsidRPr="00EB7F86">
              <w:rPr>
                <w:rFonts w:cs="Iskoola Pota"/>
                <w:cs/>
                <w:lang w:bidi="si-LK"/>
              </w:rPr>
              <w:t xml:space="preserve"> 2412/08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Mk; ,yf;f mjptpNrl th;j;jkhdg; gj;jphpif 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2024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,d; </w:t>
            </w:r>
            <w:r w:rsidRPr="00EB7F86">
              <w:rPr>
                <w:rFonts w:cs="Iskoola Pota"/>
                <w:cs/>
                <w:lang w:bidi="si-LK"/>
              </w:rPr>
              <w:t xml:space="preserve">37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Mk; ,yf;f ngz;fis tYT+l;Lk; rl;lk; 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cs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Njrpa tuT nryTj;jpl;lr; Rw;wwpf;if ,yf;fk; </w:t>
            </w:r>
            <w:r w:rsidRPr="00EB7F86">
              <w:rPr>
                <w:rFonts w:cs="Iskoola Pota"/>
                <w:cs/>
                <w:lang w:bidi="si-LK"/>
              </w:rPr>
              <w:t>2/2025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cs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mur Njrpa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nfhs;ifr; rl;lfk;</w:t>
            </w:r>
          </w:p>
          <w:p w:rsidR="00667AEB" w:rsidRPr="00EB7F86" w:rsidRDefault="00667AEB" w:rsidP="00667AEB">
            <w:pPr>
              <w:pStyle w:val="ListParagraph"/>
              <w:spacing w:line="276" w:lineRule="auto"/>
              <w:rPr>
                <w:rFonts w:cs="Iskoola Pota"/>
                <w:cs/>
                <w:lang w:bidi="si-LK"/>
              </w:rPr>
            </w:pPr>
          </w:p>
          <w:p w:rsidR="00667AEB" w:rsidRPr="00EB7F86" w:rsidRDefault="00667AEB" w:rsidP="00667AEB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 xml:space="preserve">2024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,d; </w:t>
            </w:r>
            <w:r w:rsidRPr="00EB7F86">
              <w:rPr>
                <w:rFonts w:cs="Iskoola Pota"/>
                <w:cs/>
                <w:lang w:bidi="si-LK"/>
              </w:rPr>
              <w:t xml:space="preserve">44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Mk; ,yf;f mur epjp Kfhikj;Jtr; rl;lk; </w:t>
            </w:r>
          </w:p>
          <w:p w:rsidR="00667AEB" w:rsidRPr="00EB7F86" w:rsidRDefault="00667AEB" w:rsidP="00667AEB">
            <w:pPr>
              <w:spacing w:line="276" w:lineRule="auto"/>
              <w:rPr>
                <w:rFonts w:cs="Iskoola Pota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lastRenderedPageBreak/>
              <w:t>https:/www.childwomenmin.gov.lk</w:t>
            </w: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ngz;fs; kw;Wk; rpWth; Jiw njhlh;ghd Njrpa jpl;lj;ijj; jahh; nra;jy; kw;Wk; Njitahd gq;fspg;ig toq;Fjy; </w:t>
            </w:r>
          </w:p>
        </w:tc>
        <w:tc>
          <w:tcPr>
            <w:tcW w:w="3240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nraw;wpl;lq;fs; njhlh;ghd Kd;Ndw;wj;ij mwpf;ifaply;</w:t>
            </w:r>
          </w:p>
        </w:tc>
        <w:tc>
          <w:tcPr>
            <w:tcW w:w="3240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Njrpa kl;lj;jpypUe;J gpuNjr kl;lk; tiu khtl;l xUq;fpizg;Gr; nrad;Kiwiag; NgzptUjy; </w:t>
            </w:r>
          </w:p>
        </w:tc>
        <w:tc>
          <w:tcPr>
            <w:tcW w:w="3240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mikr;R rk;ge;jkhd mgptpUj;jp epfo;r;rpj;jpl;lq;fis topg;gLj;jy; kw;Wk; kjpg;gPL </w:t>
            </w:r>
          </w:p>
        </w:tc>
        <w:tc>
          <w:tcPr>
            <w:tcW w:w="3240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mgptpUj;jp epfo;r;rpj;jpl;lq;fs; njhlh;ghd mLj;JtUk; tUlhe;j tuT nryTj;jpl;l kjpg;gPLfs; kw;Wk; Gjpa fUj;jpl;lg; gpNuuizfisr; rkh;g;gpj;jy; </w:t>
            </w:r>
          </w:p>
        </w:tc>
        <w:tc>
          <w:tcPr>
            <w:tcW w:w="3240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mikr;rpd; tUlhe;j nrayhw;Wif mwpf;ifiaj; jahh; nra;J ghuhSkd;wj;jpy; rkh;g;gpj;jy; </w:t>
            </w:r>
          </w:p>
        </w:tc>
        <w:tc>
          <w:tcPr>
            <w:tcW w:w="3240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 xml:space="preserve">24 kzpNeuk; KOtjpYk; mtrpakhd Nritfis Mw;Wk; 1938 ngz;fs; cjtpj; njhiyNgrpr; Nritiag; NgzptUjy; </w:t>
            </w:r>
          </w:p>
          <w:p w:rsidR="0094740C" w:rsidRPr="007319E2" w:rsidRDefault="0094740C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 xml:space="preserve">2005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,d;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 xml:space="preserve">34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Mk; ,yf;f FLk;g td;Kiwj; jilr; rl;lk; </w:t>
            </w: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440"/>
        </w:trPr>
        <w:tc>
          <w:tcPr>
            <w:tcW w:w="4248" w:type="dxa"/>
          </w:tcPr>
          <w:p w:rsidR="00667AEB" w:rsidRPr="00512F6C" w:rsidRDefault="00667AEB" w:rsidP="00667AEB">
            <w:pPr>
              <w:spacing w:line="276" w:lineRule="auto"/>
              <w:jc w:val="both"/>
              <w:rPr>
                <w:rFonts w:cs="Iskoola Pota"/>
                <w:b/>
                <w:sz w:val="24"/>
                <w:szCs w:val="24"/>
                <w:cs/>
                <w:lang w:bidi="si-LK"/>
              </w:rPr>
            </w:pPr>
            <w:r w:rsidRPr="00512F6C">
              <w:rPr>
                <w:rFonts w:ascii="Baamini" w:hAnsi="Baamini" w:cs="Iskoola Pota"/>
                <w:b/>
                <w:sz w:val="24"/>
                <w:szCs w:val="24"/>
              </w:rPr>
              <w:t>mgptpUj;jpg; gphpT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EB7F86" w:rsidRDefault="00667AEB" w:rsidP="00667AEB">
            <w:p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gpuNjr kw;Wk; khtl;l kl;lj;jpy; ngz;fspd; kw;Wk; ngz; gps;isfspd; rpf;fy;fs; gw;wp Muha;jy; 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ngz;fs; kw;Wk; ngz; gps;isfSf;F vjpuhd ghypay; kw;Wk; ghy;epiyrhh; mbg;gilapyhd Jd;GWj;jiyj; </w:t>
            </w:r>
            <w:r w:rsidRPr="00EB7F86">
              <w:rPr>
                <w:rFonts w:cs="Iskoola Pota"/>
                <w:lang w:bidi="si-LK"/>
              </w:rPr>
              <w:t>(SGBV)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jLg;gjw;fhf khtl;l kw;Wk; gpuNjr kl;lj;jpy; mikg;Gf;fisj; jhgpj;jy; (kfsph; kw;Wk; rpWth; mYty;fs;&gt; r%f tYT+l;ly;  mikr;rpd; Rw;wwpf;if ,yf;fk; </w:t>
            </w:r>
            <w:r w:rsidRPr="00EB7F86">
              <w:rPr>
                <w:rFonts w:cs="Iskoola Pota"/>
                <w:cs/>
                <w:lang w:bidi="si-LK"/>
              </w:rPr>
              <w:t xml:space="preserve">: </w:t>
            </w:r>
            <w:r w:rsidRPr="00EB7F86">
              <w:rPr>
                <w:rFonts w:cs="Iskoola Pota"/>
                <w:lang w:bidi="si-LK"/>
              </w:rPr>
              <w:t>02/2024</w:t>
            </w:r>
            <w:r w:rsidRPr="00EB7F86">
              <w:rPr>
                <w:rFonts w:cs="Iskoola Pota"/>
                <w:cs/>
                <w:lang w:bidi="si-LK"/>
              </w:rPr>
              <w:t>)</w:t>
            </w:r>
          </w:p>
          <w:p w:rsidR="0094740C" w:rsidRPr="00EB7F86" w:rsidRDefault="0094740C" w:rsidP="00667AEB">
            <w:pPr>
              <w:spacing w:line="276" w:lineRule="auto"/>
              <w:jc w:val="both"/>
              <w:rPr>
                <w:rFonts w:cs="Iskoola Pota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rPNlh kjpg;gPL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rPNlh rkthaj;jpd; xOq;Ftpjpfs; </w:t>
            </w:r>
          </w:p>
          <w:p w:rsidR="0094740C" w:rsidRPr="007319E2" w:rsidRDefault="0094740C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  <w:vMerge w:val="restart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ghy;epiyrhh; mbg;gilapyhd rkme;j];ij cWjp nra;jy; </w:t>
            </w: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rPr>
                <w:rFonts w:ascii="Baamini" w:hAnsi="Baamini" w:cs="Iskoola Pota"/>
                <w:bCs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 xml:space="preserve">2024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,d;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 xml:space="preserve"> 37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Mk; ,yf;f ngz;fis tYT+l;Lk; rl;lk; </w:t>
            </w:r>
          </w:p>
          <w:p w:rsidR="0094740C" w:rsidRPr="007319E2" w:rsidRDefault="0094740C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  <w:vMerge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3240" w:type="dxa"/>
          </w:tcPr>
          <w:p w:rsidR="00667AEB" w:rsidRDefault="00667AEB" w:rsidP="00667AEB">
            <w:pPr>
              <w:spacing w:line="276" w:lineRule="auto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ghy;epiyrhh; mbg;gilapyhd rkme;j];J kw;Wk; ngz;fis tYT+l;ly; gw;wpa Njrpaf; nfhs;if </w:t>
            </w:r>
          </w:p>
          <w:p w:rsidR="0094740C" w:rsidRPr="007319E2" w:rsidRDefault="0094740C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ghypay; kw;Wk; ghy;epiyrhh; mbg;gilapyhd Jd;GWj;jiy jLg;gJ njhlh;ghd nraw;ghLfis Njrpa kl;lj;jpy; mKy;gLj;jy;</w:t>
            </w:r>
          </w:p>
        </w:tc>
        <w:tc>
          <w:tcPr>
            <w:tcW w:w="3240" w:type="dxa"/>
          </w:tcPr>
          <w:p w:rsidR="0094740C" w:rsidRPr="00EB7F86" w:rsidRDefault="00667AEB" w:rsidP="00667AEB">
            <w:p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,yq;ifapy; ghypay; kw;Wk; ghy;epiyrhh; mbg;gilapyhd Jd;GWj;jiy </w:t>
            </w:r>
            <w:r w:rsidRPr="00EB7F86">
              <w:rPr>
                <w:rFonts w:cs="Iskoola Pota"/>
                <w:cs/>
                <w:lang w:bidi="si-LK"/>
              </w:rPr>
              <w:t>(</w:t>
            </w:r>
            <w:r w:rsidRPr="00EB7F86">
              <w:rPr>
                <w:rFonts w:cs="Iskoola Pota"/>
                <w:lang w:bidi="si-LK"/>
              </w:rPr>
              <w:t xml:space="preserve">SGBV)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xopg;gjw;fhd gy;Jiwrhh; Njrpa nraw;wpl;lk; </w:t>
            </w:r>
            <w:r w:rsidRPr="00EB7F86">
              <w:rPr>
                <w:rFonts w:cs="Iskoola Pota"/>
                <w:lang w:bidi="si-LK"/>
              </w:rPr>
              <w:t>- II  (2024-2028)</w:t>
            </w: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50DD6">
        <w:trPr>
          <w:trHeight w:val="539"/>
        </w:trPr>
        <w:tc>
          <w:tcPr>
            <w:tcW w:w="424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 xml:space="preserve">If;fpa ehLfspd; ghJfhg;Gr; rigapd; rpghhpRfis mKy;gLj;jy;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1325</w:t>
            </w:r>
          </w:p>
        </w:tc>
        <w:tc>
          <w:tcPr>
            <w:tcW w:w="324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ngzfs;&gt; rkhjhdk; kw;Wk; ghJfhg;G gw;wpa Ie;J tUl Njrpa nraw;wpl;lk;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 xml:space="preserve"> 2023-2027 </w:t>
            </w:r>
          </w:p>
        </w:tc>
        <w:tc>
          <w:tcPr>
            <w:tcW w:w="21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</w:p>
        </w:tc>
      </w:tr>
    </w:tbl>
    <w:p w:rsidR="0094740C" w:rsidRDefault="0094740C" w:rsidP="0094740C">
      <w:pPr>
        <w:spacing w:after="0"/>
        <w:rPr>
          <w:rFonts w:cs="Iskoola Pota"/>
          <w:sz w:val="24"/>
          <w:szCs w:val="24"/>
        </w:rPr>
      </w:pPr>
    </w:p>
    <w:p w:rsidR="00667AEB" w:rsidRDefault="00667AEB" w:rsidP="0094740C">
      <w:pPr>
        <w:spacing w:after="0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hAnsi="Baamini"/>
          <w:b/>
          <w:bCs/>
          <w:sz w:val="24"/>
          <w:szCs w:val="24"/>
        </w:rPr>
        <w:t xml:space="preserve">,uz;lhk; gpupT </w:t>
      </w:r>
    </w:p>
    <w:p w:rsidR="0094740C" w:rsidRPr="0094740C" w:rsidRDefault="0094740C" w:rsidP="0094740C">
      <w:pPr>
        <w:spacing w:after="0"/>
        <w:rPr>
          <w:rFonts w:cs="Iskoola Pota"/>
          <w:sz w:val="24"/>
          <w:szCs w:val="24"/>
        </w:rPr>
      </w:pPr>
    </w:p>
    <w:p w:rsidR="00667AEB" w:rsidRPr="005D7B64" w:rsidRDefault="00667AEB" w:rsidP="00667AEB">
      <w:pPr>
        <w:spacing w:after="0" w:line="259" w:lineRule="auto"/>
        <w:rPr>
          <w:rFonts w:ascii="Baamini" w:hAnsi="Baamini"/>
          <w:b/>
          <w:bCs/>
          <w:sz w:val="24"/>
          <w:szCs w:val="24"/>
        </w:rPr>
      </w:pPr>
      <w:r>
        <w:rPr>
          <w:rFonts w:ascii="Baamini" w:hAnsi="Baamini"/>
          <w:b/>
          <w:bCs/>
          <w:sz w:val="24"/>
          <w:szCs w:val="24"/>
        </w:rPr>
        <w:t xml:space="preserve">05. </w:t>
      </w:r>
      <w:r w:rsidRPr="005D7B64">
        <w:rPr>
          <w:rFonts w:ascii="Baamini" w:hAnsi="Baamini"/>
          <w:b/>
          <w:bCs/>
          <w:sz w:val="24"/>
          <w:szCs w:val="24"/>
        </w:rPr>
        <w:t xml:space="preserve">mikr;rpd; fPOs;s gfpuq;f mjpfhurigfspd; jfty;fs; </w:t>
      </w:r>
    </w:p>
    <w:p w:rsidR="00EB7F86" w:rsidRPr="007319E2" w:rsidRDefault="00EB7F86" w:rsidP="00A32EDC">
      <w:pPr>
        <w:spacing w:after="0"/>
        <w:ind w:left="720"/>
        <w:rPr>
          <w:rFonts w:cs="Iskoola Pota"/>
          <w:sz w:val="24"/>
          <w:szCs w:val="24"/>
        </w:rPr>
      </w:pPr>
    </w:p>
    <w:tbl>
      <w:tblPr>
        <w:tblStyle w:val="TableGrid"/>
        <w:tblW w:w="10458" w:type="dxa"/>
        <w:tblLayout w:type="fixed"/>
        <w:tblLook w:val="04A0"/>
      </w:tblPr>
      <w:tblGrid>
        <w:gridCol w:w="1832"/>
        <w:gridCol w:w="1624"/>
        <w:gridCol w:w="1512"/>
        <w:gridCol w:w="1710"/>
        <w:gridCol w:w="2070"/>
        <w:gridCol w:w="1710"/>
      </w:tblGrid>
      <w:tr w:rsidR="00221D26" w:rsidRPr="007319E2" w:rsidTr="00221D26">
        <w:trPr>
          <w:trHeight w:val="1830"/>
        </w:trPr>
        <w:tc>
          <w:tcPr>
            <w:tcW w:w="1832" w:type="dxa"/>
            <w:vAlign w:val="center"/>
          </w:tcPr>
          <w:p w:rsidR="00221D26" w:rsidRPr="005D7B64" w:rsidRDefault="00221D26" w:rsidP="00667AEB">
            <w:pPr>
              <w:spacing w:line="259" w:lineRule="auto"/>
              <w:ind w:right="108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gfpuq;f </w:t>
            </w:r>
          </w:p>
          <w:p w:rsidR="00221D26" w:rsidRPr="007319E2" w:rsidRDefault="00221D26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mjpfhurigapd; ngau; </w:t>
            </w:r>
          </w:p>
        </w:tc>
        <w:tc>
          <w:tcPr>
            <w:tcW w:w="1624" w:type="dxa"/>
            <w:vAlign w:val="center"/>
          </w:tcPr>
          <w:p w:rsidR="00221D26" w:rsidRPr="007319E2" w:rsidRDefault="00221D26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Kftup </w:t>
            </w:r>
          </w:p>
        </w:tc>
        <w:tc>
          <w:tcPr>
            <w:tcW w:w="1512" w:type="dxa"/>
            <w:vAlign w:val="center"/>
          </w:tcPr>
          <w:p w:rsidR="00221D26" w:rsidRPr="007319E2" w:rsidRDefault="00221D26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njhiyNgrp ,y(nghJ)</w:t>
            </w:r>
          </w:p>
        </w:tc>
        <w:tc>
          <w:tcPr>
            <w:tcW w:w="1710" w:type="dxa"/>
            <w:vAlign w:val="center"/>
          </w:tcPr>
          <w:p w:rsidR="00221D26" w:rsidRPr="007319E2" w:rsidRDefault="00221D26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,izaj;jsk; </w:t>
            </w:r>
          </w:p>
        </w:tc>
        <w:tc>
          <w:tcPr>
            <w:tcW w:w="2070" w:type="dxa"/>
            <w:vAlign w:val="center"/>
          </w:tcPr>
          <w:p w:rsidR="00221D26" w:rsidRPr="007319E2" w:rsidRDefault="00221D26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kpd;dQ;ry;</w:t>
            </w:r>
          </w:p>
        </w:tc>
        <w:tc>
          <w:tcPr>
            <w:tcW w:w="1710" w:type="dxa"/>
          </w:tcPr>
          <w:p w:rsidR="00221D26" w:rsidRPr="005D7B64" w:rsidRDefault="00221D26" w:rsidP="00221D26">
            <w:pPr>
              <w:spacing w:line="259" w:lineRule="auto"/>
              <w:ind w:right="108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jfty; </w:t>
            </w:r>
          </w:p>
          <w:p w:rsidR="00221D26" w:rsidRPr="005D7B64" w:rsidRDefault="00221D26" w:rsidP="00221D26">
            <w:pPr>
              <w:spacing w:line="259" w:lineRule="auto"/>
              <w:ind w:right="111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mYtyupd; </w:t>
            </w:r>
          </w:p>
          <w:p w:rsidR="00221D26" w:rsidRPr="005D7B64" w:rsidRDefault="00221D26" w:rsidP="00221D26">
            <w:pPr>
              <w:spacing w:line="216" w:lineRule="auto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ngau; gjtp njhiyNgrp </w:t>
            </w:r>
          </w:p>
          <w:p w:rsidR="00221D26" w:rsidRPr="005D7B64" w:rsidRDefault="00221D26" w:rsidP="00221D26">
            <w:pPr>
              <w:spacing w:line="259" w:lineRule="auto"/>
              <w:ind w:right="108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,y</w:t>
            </w:r>
          </w:p>
        </w:tc>
      </w:tr>
      <w:tr w:rsidR="00D36137" w:rsidRPr="007319E2" w:rsidTr="00221D26">
        <w:trPr>
          <w:trHeight w:val="479"/>
        </w:trPr>
        <w:tc>
          <w:tcPr>
            <w:tcW w:w="1832" w:type="dxa"/>
          </w:tcPr>
          <w:p w:rsidR="00D36137" w:rsidRPr="00EB7F86" w:rsidRDefault="00D36137" w:rsidP="00667AEB">
            <w:pPr>
              <w:spacing w:line="276" w:lineRule="auto"/>
              <w:rPr>
                <w:rFonts w:cs="Iskoola Pota"/>
                <w:bCs/>
                <w:sz w:val="24"/>
                <w:szCs w:val="24"/>
                <w:cs/>
                <w:lang w:bidi="si-LK"/>
              </w:rPr>
            </w:pPr>
            <w:r w:rsidRPr="00EB7F86">
              <w:rPr>
                <w:rFonts w:ascii="Baamini" w:hAnsi="Baamini" w:cs="Iskoola Pota"/>
                <w:bCs/>
                <w:sz w:val="24"/>
                <w:szCs w:val="24"/>
              </w:rPr>
              <w:t>Njrpa rpWth; ghJfhg;G mjpfhurig</w:t>
            </w:r>
          </w:p>
        </w:tc>
        <w:tc>
          <w:tcPr>
            <w:tcW w:w="1624" w:type="dxa"/>
          </w:tcPr>
          <w:p w:rsidR="00D36137" w:rsidRPr="00EB7F86" w:rsidRDefault="00D36137" w:rsidP="00667AEB">
            <w:pPr>
              <w:spacing w:line="276" w:lineRule="auto"/>
              <w:rPr>
                <w:rFonts w:cs="Iskoola Pota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,y. 330&gt; jytj;Jnfhl tPjp&gt; khjpnty&gt; = [ath;j;jdGu Nfhl;Nl</w:t>
            </w:r>
          </w:p>
        </w:tc>
        <w:tc>
          <w:tcPr>
            <w:tcW w:w="1512" w:type="dxa"/>
          </w:tcPr>
          <w:p w:rsidR="00D36137" w:rsidRPr="00EB7F86" w:rsidRDefault="00D36137" w:rsidP="00667AEB">
            <w:pPr>
              <w:spacing w:line="276" w:lineRule="auto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>011 2778911 (12-14)</w:t>
            </w:r>
          </w:p>
          <w:p w:rsidR="00D36137" w:rsidRPr="00EB7F86" w:rsidRDefault="00D36137" w:rsidP="00667AEB">
            <w:pPr>
              <w:spacing w:line="276" w:lineRule="auto"/>
              <w:rPr>
                <w:rFonts w:cs="Iskoola Pota"/>
                <w:lang w:bidi="si-LK"/>
              </w:rPr>
            </w:pPr>
          </w:p>
        </w:tc>
        <w:tc>
          <w:tcPr>
            <w:tcW w:w="1710" w:type="dxa"/>
          </w:tcPr>
          <w:p w:rsidR="00D36137" w:rsidRPr="007319E2" w:rsidRDefault="00D36137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 w:rsidRPr="00EB7F86">
              <w:rPr>
                <w:rFonts w:cs="Iskoola Pota"/>
                <w:lang w:bidi="si-LK"/>
              </w:rPr>
              <w:t>www.childprotection.gov.lk</w:t>
            </w:r>
          </w:p>
        </w:tc>
        <w:tc>
          <w:tcPr>
            <w:tcW w:w="2070" w:type="dxa"/>
          </w:tcPr>
          <w:p w:rsidR="00D36137" w:rsidRPr="007319E2" w:rsidRDefault="00D36137" w:rsidP="0094740C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lang w:bidi="si-LK"/>
              </w:rPr>
              <w:t>ncpa@childprotection.gov.lk</w:t>
            </w:r>
          </w:p>
        </w:tc>
        <w:tc>
          <w:tcPr>
            <w:tcW w:w="1710" w:type="dxa"/>
          </w:tcPr>
          <w:p w:rsidR="00D36137" w:rsidRDefault="00D36137" w:rsidP="0094740C">
            <w:pPr>
              <w:spacing w:line="276" w:lineRule="auto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vk;.v];.gP. yf;~pfh nkdpf;Nght</w:t>
            </w:r>
          </w:p>
          <w:p w:rsidR="00D36137" w:rsidRPr="007319E2" w:rsidRDefault="00D36137" w:rsidP="0094740C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gzpg;ghsh;&gt; Clfk; kw;Wk; jfty; 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0112778911 (144)</w:t>
            </w:r>
          </w:p>
        </w:tc>
      </w:tr>
      <w:tr w:rsidR="00D36137" w:rsidRPr="007319E2" w:rsidTr="00221D26">
        <w:trPr>
          <w:trHeight w:val="479"/>
        </w:trPr>
        <w:tc>
          <w:tcPr>
            <w:tcW w:w="1832" w:type="dxa"/>
          </w:tcPr>
          <w:p w:rsidR="00D36137" w:rsidRDefault="00D36137" w:rsidP="00667AEB">
            <w:pPr>
              <w:spacing w:line="276" w:lineRule="auto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ed;dlj;ij kw;Wk; rpWth; guhkhpg;Gr; Nritfs; jpizf;fsk;</w:t>
            </w:r>
          </w:p>
          <w:p w:rsidR="00D36137" w:rsidRPr="007319E2" w:rsidRDefault="00D36137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EB7F86">
              <w:rPr>
                <w:rFonts w:ascii="Baamini" w:hAnsi="Baamini" w:cs="Iskoola Pota"/>
                <w:bCs/>
                <w:sz w:val="24"/>
                <w:szCs w:val="24"/>
              </w:rPr>
              <w:t>Njrpa rpWth; ghJfhg;G mjpfhurig</w:t>
            </w:r>
          </w:p>
        </w:tc>
        <w:tc>
          <w:tcPr>
            <w:tcW w:w="1624" w:type="dxa"/>
          </w:tcPr>
          <w:p w:rsidR="00D36137" w:rsidRPr="00EB7F86" w:rsidRDefault="00D36137" w:rsidP="00667AEB">
            <w:pPr>
              <w:spacing w:line="276" w:lineRule="auto"/>
              <w:rPr>
                <w:rFonts w:cs="Iskoola Pota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03 Mk; khb&gt; fl;lk; </w:t>
            </w:r>
            <w:r w:rsidRPr="00EB7F86">
              <w:rPr>
                <w:rFonts w:cs="Iskoola Pota"/>
                <w:lang w:bidi="si-LK"/>
              </w:rPr>
              <w:t>II</w:t>
            </w:r>
            <w:r>
              <w:rPr>
                <w:rFonts w:cs="Iskoola Pota"/>
                <w:lang w:bidi="si-LK"/>
              </w:rPr>
              <w:t xml:space="preserve">,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nrj;rpwpgha&gt; gj;juKy;y</w:t>
            </w:r>
          </w:p>
        </w:tc>
        <w:tc>
          <w:tcPr>
            <w:tcW w:w="1512" w:type="dxa"/>
          </w:tcPr>
          <w:p w:rsidR="00D36137" w:rsidRPr="00EB7F86" w:rsidRDefault="00D36137" w:rsidP="00D36137">
            <w:pPr>
              <w:spacing w:line="276" w:lineRule="auto"/>
              <w:rPr>
                <w:rFonts w:cs="Iskoola Pota"/>
                <w:lang w:bidi="si-LK"/>
              </w:rPr>
            </w:pPr>
            <w:r w:rsidRPr="00EB7F86">
              <w:rPr>
                <w:rFonts w:cs="Iskoola Pota"/>
                <w:cs/>
                <w:lang w:bidi="si-LK"/>
              </w:rPr>
              <w:t>011 2186062</w:t>
            </w:r>
            <w:r>
              <w:rPr>
                <w:rFonts w:cs="Iskoola Pota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1710" w:type="dxa"/>
          </w:tcPr>
          <w:p w:rsidR="00D36137" w:rsidRPr="007319E2" w:rsidRDefault="00D36137" w:rsidP="00667AEB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cs="Iskoola Pota"/>
                <w:sz w:val="24"/>
                <w:szCs w:val="24"/>
                <w:lang w:bidi="si-LK"/>
              </w:rPr>
              <w:t>pcc@sltnet.lk</w:t>
            </w:r>
          </w:p>
        </w:tc>
        <w:tc>
          <w:tcPr>
            <w:tcW w:w="2070" w:type="dxa"/>
          </w:tcPr>
          <w:p w:rsidR="00D36137" w:rsidRPr="007319E2" w:rsidRDefault="00D36137" w:rsidP="0094740C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  <w:lang w:bidi="si-LK"/>
              </w:rPr>
              <w:t>www.probation.gov.lk</w:t>
            </w:r>
          </w:p>
        </w:tc>
        <w:tc>
          <w:tcPr>
            <w:tcW w:w="1710" w:type="dxa"/>
          </w:tcPr>
          <w:p w:rsidR="00D36137" w:rsidRPr="00C840CA" w:rsidRDefault="00D36137" w:rsidP="0094740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jpUkjp gP.b.vd;. ngNuuh&gt; cjtp Mizahsh; (epUthfk;)</w:t>
            </w:r>
          </w:p>
          <w:p w:rsidR="00D36137" w:rsidRPr="007319E2" w:rsidRDefault="00D36137" w:rsidP="0094740C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 w:rsidRPr="00C840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0779256981</w:t>
            </w:r>
          </w:p>
        </w:tc>
      </w:tr>
    </w:tbl>
    <w:p w:rsidR="00CD1104" w:rsidRPr="007319E2" w:rsidRDefault="00CD1104" w:rsidP="00A32EDC">
      <w:pPr>
        <w:spacing w:after="0"/>
        <w:rPr>
          <w:rFonts w:cs="Iskoola Pota"/>
          <w:sz w:val="24"/>
          <w:szCs w:val="24"/>
        </w:rPr>
      </w:pPr>
    </w:p>
    <w:p w:rsidR="00667AEB" w:rsidRPr="00667AEB" w:rsidRDefault="00667AEB" w:rsidP="00667AEB">
      <w:pPr>
        <w:pStyle w:val="ListParagraph"/>
        <w:numPr>
          <w:ilvl w:val="0"/>
          <w:numId w:val="34"/>
        </w:numPr>
        <w:spacing w:after="5" w:line="249" w:lineRule="auto"/>
        <w:jc w:val="both"/>
        <w:rPr>
          <w:rFonts w:ascii="Baamini" w:hAnsi="Baamini"/>
          <w:b/>
          <w:bCs/>
          <w:sz w:val="24"/>
          <w:szCs w:val="24"/>
        </w:rPr>
      </w:pPr>
      <w:r w:rsidRPr="00667AEB">
        <w:rPr>
          <w:rFonts w:ascii="Baamini" w:hAnsi="Baamini"/>
          <w:b/>
          <w:bCs/>
          <w:sz w:val="24"/>
          <w:szCs w:val="24"/>
        </w:rPr>
        <w:t>mikr;R kw;Wk; xt;</w:t>
      </w:r>
      <w:r w:rsidRPr="00667AEB">
        <w:rPr>
          <w:rFonts w:ascii="Baamini" w:hAnsi="Baamini"/>
          <w:b/>
          <w:bCs/>
          <w:sz w:val="24"/>
        </w:rPr>
        <w:t>n</w:t>
      </w:r>
      <w:r w:rsidRPr="00667AEB">
        <w:rPr>
          <w:rFonts w:ascii="Baamini" w:hAnsi="Baamini"/>
          <w:b/>
          <w:bCs/>
          <w:sz w:val="24"/>
          <w:szCs w:val="24"/>
        </w:rPr>
        <w:t xml:space="preserve">thU gfpuq;f mjpfhuigapd; gpujk epu;thfpfsJ gzpfs; kw;Wk; flikfs;(mikr;rpw;F kw;Wk; xt.;nthU epWtdj;jpw;Fk; jdpj;jdpNa Fwpg;gplTk;) </w:t>
      </w:r>
    </w:p>
    <w:p w:rsidR="00667AEB" w:rsidRPr="005D7B64" w:rsidRDefault="00667AEB" w:rsidP="00667AEB">
      <w:pPr>
        <w:spacing w:after="68" w:line="259" w:lineRule="auto"/>
        <w:rPr>
          <w:rFonts w:ascii="Baamini" w:hAnsi="Baamini"/>
          <w:b/>
          <w:bCs/>
          <w:sz w:val="24"/>
          <w:szCs w:val="24"/>
        </w:rPr>
      </w:pPr>
    </w:p>
    <w:p w:rsidR="00667AEB" w:rsidRPr="005D7B64" w:rsidRDefault="00667AEB" w:rsidP="00667AEB">
      <w:pPr>
        <w:tabs>
          <w:tab w:val="center" w:pos="803"/>
          <w:tab w:val="center" w:pos="3790"/>
        </w:tabs>
        <w:spacing w:after="30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Calibri" w:hAnsi="Baamini" w:cs="Calibri"/>
          <w:b/>
          <w:bCs/>
          <w:sz w:val="24"/>
          <w:szCs w:val="24"/>
        </w:rPr>
        <w:tab/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>1.</w:t>
      </w:r>
      <w:r w:rsidRPr="005D7B64">
        <w:rPr>
          <w:rFonts w:ascii="Baamini" w:eastAsia="Arial" w:hAnsi="Baamini" w:cs="Arial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>mikr;rpd; ngau;</w:t>
      </w:r>
      <w:r w:rsidRPr="005D7B64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>gfpuq;f mjpfhurigapd; ngau;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:- </w:t>
      </w:r>
    </w:p>
    <w:p w:rsidR="00667AEB" w:rsidRPr="005D7B64" w:rsidRDefault="00667AEB" w:rsidP="00667AEB">
      <w:pPr>
        <w:tabs>
          <w:tab w:val="center" w:pos="858"/>
          <w:tab w:val="center" w:pos="4358"/>
        </w:tabs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Calibri" w:hAnsi="Baamini" w:cs="Calibri"/>
          <w:b/>
          <w:bCs/>
          <w:sz w:val="24"/>
          <w:szCs w:val="24"/>
        </w:rPr>
        <w:tab/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11. 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 xml:space="preserve">gjtpfSf;Nfw;g mjpfhuq;fs; nraw;ghLfs; kw;Wk; flikfs; </w:t>
      </w:r>
    </w:p>
    <w:p w:rsidR="00A32EDC" w:rsidRPr="007319E2" w:rsidRDefault="00A32EDC" w:rsidP="00A32EDC">
      <w:pPr>
        <w:pStyle w:val="ListParagraph"/>
        <w:spacing w:after="0"/>
        <w:rPr>
          <w:rFonts w:cs="Iskoola Pota"/>
          <w:sz w:val="24"/>
          <w:szCs w:val="24"/>
        </w:rPr>
      </w:pPr>
    </w:p>
    <w:tbl>
      <w:tblPr>
        <w:tblStyle w:val="TableGrid"/>
        <w:tblW w:w="10284" w:type="dxa"/>
        <w:tblLook w:val="04A0"/>
      </w:tblPr>
      <w:tblGrid>
        <w:gridCol w:w="2268"/>
        <w:gridCol w:w="8016"/>
      </w:tblGrid>
      <w:tr w:rsidR="00667AEB" w:rsidRPr="0098040C" w:rsidTr="00221D26">
        <w:trPr>
          <w:trHeight w:val="935"/>
        </w:trPr>
        <w:tc>
          <w:tcPr>
            <w:tcW w:w="2268" w:type="dxa"/>
            <w:vAlign w:val="center"/>
          </w:tcPr>
          <w:p w:rsidR="00667AEB" w:rsidRPr="0098040C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gjtpfs; </w:t>
            </w:r>
          </w:p>
        </w:tc>
        <w:tc>
          <w:tcPr>
            <w:tcW w:w="8016" w:type="dxa"/>
          </w:tcPr>
          <w:p w:rsidR="00667AEB" w:rsidRPr="0098040C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Gjtpf;F toq;fg;gl;Ls;s mjpfhuq;fs;</w:t>
            </w:r>
            <w:r w:rsidRPr="005D7B64">
              <w:rPr>
                <w:rFonts w:ascii="Baamini" w:eastAsia="Times New Roman" w:hAnsi="Baamini" w:cs="Times New Roman"/>
                <w:b/>
                <w:bCs/>
                <w:sz w:val="24"/>
                <w:szCs w:val="24"/>
              </w:rPr>
              <w:t>,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flikfs; kw;Wk; nraw;ghLfs; (RUf;fkhf) </w:t>
            </w:r>
          </w:p>
        </w:tc>
      </w:tr>
      <w:tr w:rsidR="00667AEB" w:rsidRPr="007319E2" w:rsidTr="002C75DE">
        <w:trPr>
          <w:trHeight w:val="462"/>
        </w:trPr>
        <w:tc>
          <w:tcPr>
            <w:tcW w:w="226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Nkyjpf nrayhsh;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(epUthfk;)</w:t>
            </w:r>
          </w:p>
        </w:tc>
        <w:tc>
          <w:tcPr>
            <w:tcW w:w="801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 xml:space="preserve">mikr;rpd; rfy gphpTfspdJk; Mszp Kfhikj;Jtk;&gt; fzf;F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 xml:space="preserve">eltbf;iffis Njrpa nfhs;iffs; kw;Wk; murpd; rl;lq;fs; xOq;FtpjpfSf;fika mKy;gLj;j topfhl;ly;&gt; mYtyh;fis Ml;Nrh;g;Gr; nra;jy;&gt; gjtp cah;T&gt; xOf;fhw;W eltbf;iffs; cs;spl;l rfy jhgd eltbf;iffs; njhlh;gpYk; mYtyh;fis topg;gLj;jy; kw;Wk; fz;fhzpg;Gr; nra;tij Nkw;nfhs;sy;. 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C75DE">
        <w:trPr>
          <w:trHeight w:val="462"/>
        </w:trPr>
        <w:tc>
          <w:tcPr>
            <w:tcW w:w="226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Nkyjpf nrayhsh; (mgptpUj;jp)</w:t>
            </w:r>
          </w:p>
        </w:tc>
        <w:tc>
          <w:tcPr>
            <w:tcW w:w="801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mikr;rpd; tUlhe;j mgptpUj;jpj; jpl;lj;ijj; jahh; nra;jy;&gt; mKy;gLj;jy; kw;Wk; gpd;dha;T nra;jy;&gt; ngz;fspd; mgptpUj;jp njhlh;ghd jpl;lq;fisj; jahh; nra;jy;&gt; mgptpUj;jp epfo;r;rpj;jpl;lq;fis mKy;gLj;jy;&gt; ngz;fspd; mgptpUj;jp rk;ge;jkhd mikr;ruit tpQ;Qhgdq;fisj; jahh; nra;jy;&gt; mtjhdpg;Gf;fis toq;Fjy; kw;Wk; mKy;gLj;jy; kw;Wk; mikr;rpy; kw;Wk; Vida gphpTfspdhy; mKy;gLj;jg;gLfpd;w mgptpUj;jp epfo;r;rpj;jpl;lq;fspd; Kd;Ndw;wj;ij kPsha;T nra;tJ cs;spl;l mgptpUj;jpg; gzpfis Nkw;nfhs;sy;. 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</w:tr>
      <w:tr w:rsidR="00667AEB" w:rsidRPr="007319E2" w:rsidTr="002C75DE">
        <w:trPr>
          <w:trHeight w:val="462"/>
        </w:trPr>
        <w:tc>
          <w:tcPr>
            <w:tcW w:w="226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i/>
                <w:iCs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gzpg;ghsh; (kfsph; gzpafk;) </w:t>
            </w:r>
          </w:p>
        </w:tc>
        <w:tc>
          <w:tcPr>
            <w:tcW w:w="801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,yq;if kfsph; gzpafj;jpd; Fwpf;Nfhs;fs; nrayhw;Wif kw;Wk; ngz;fspd; mgptpUj;jp rk;ge;jkhd Gjpa epfo;r;rpj;jpl;lq;fis mwpKfk; nra;jy;&gt; ngz; njhopy;Kaw;rpahsh;fs; njhlh;ghd epfo;r;rpj;jpl;lq;fis fz;fhzpg;Gr; nra;jy; kw;Wk; gpd;dha;T cs;spl;l ngz;fspd; Kd;Ndw;wk; rk;ge;jkhd mLj;j fl;lg; gzpfis Nkw;nfhs;sy; kw;Wk; epjprhh; kw;Wk; ngsjPf ,yf;Ffis mile;Jnfhz;L nraw;wpl;lj;ij mKy;gLj;jy;. 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2C75DE">
        <w:trPr>
          <w:trHeight w:val="462"/>
        </w:trPr>
        <w:tc>
          <w:tcPr>
            <w:tcW w:w="226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gzpg;ghsh; (Kd;gps;isg; gUt mgptpUj;jp gw;wpa Njrpa nrayfk;)</w:t>
            </w:r>
          </w:p>
        </w:tc>
        <w:tc>
          <w:tcPr>
            <w:tcW w:w="801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Kd;gps;isg; gUt mutizg;G kw;Wk; mgptpUj;jp gw;wpa Njrpaf; nfhs;ifia mKy;gLj;jp Kd;gps;isg; gUt mgptpUj;jp njhlh;ghd nfhs;iffs;&gt; topfhl;ly;fisj; jahh; nra;jy; kw;Wk; ghyh; ghlrhiy Mrphpah;fSf;fhd gapw;rpfis elhj;jy; kw;Wk; ghyh; ghlrhiyf; fl;likg;gpd; juepakq;fisg; NgzptUtJ cl;gl tUlhe;j nraw;wpl;lj;ij mKy;gLj;jy;.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2C75DE">
        <w:trPr>
          <w:trHeight w:val="462"/>
        </w:trPr>
        <w:tc>
          <w:tcPr>
            <w:tcW w:w="226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gzpg;ghsh; ehafk; (jpl;lkply; kw;Wk; jfty; njhopy;El;gg; gphpT)</w:t>
            </w:r>
          </w:p>
        </w:tc>
        <w:tc>
          <w:tcPr>
            <w:tcW w:w="8016" w:type="dxa"/>
          </w:tcPr>
          <w:p w:rsidR="00667AEB" w:rsidRDefault="00667AEB" w:rsidP="00667AEB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mikr;rpd; ,Wjp tUlhe;j nraw;wpl;lj;ijj; jahh; nra;Ak; eltbf;iffs; cl;gl epfo;r;rpj;jpl;lq;fis kjpg;gPL nra;jy; kw;Wk; topg;gLj;jy;</w:t>
            </w: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tpNrl epfo;r;rpj;jpl;lq;fis xUq;fpizg;Gr; nra;jy; kw;Wk; mikr;rpd; jfty; njhopy;El;gg; gphptpd; eltbf;iffis fz;fhzpg;Gr; nra;jy;.</w:t>
            </w:r>
          </w:p>
          <w:p w:rsidR="00667AEB" w:rsidRPr="007319E2" w:rsidRDefault="00667AEB" w:rsidP="00667AEB">
            <w:pPr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2C75DE">
        <w:trPr>
          <w:trHeight w:val="462"/>
        </w:trPr>
        <w:tc>
          <w:tcPr>
            <w:tcW w:w="226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gpujk epjp mYtyh;</w:t>
            </w:r>
          </w:p>
        </w:tc>
        <w:tc>
          <w:tcPr>
            <w:tcW w:w="801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gyk;tha;e;j epjp fzf;fPl;il cWjp nra;tjw;fhf epjpg; gpukhzk;&gt; Rw;wwpf;iffs; kw;Wk; jpiwNrhp mwpTiufSf;fika mikr;rpd; tUlhe;j epjpj; jpl;lq;fisj; jahh; nra;jy;&gt; tuT nryTj;jpl;lf; fl;Lg;ghL&gt; fzf;fPL&gt; epjpr; nrayhw;Wif&gt; ngWifr; nrad;Kiwia topg;gLj;jy;&gt; fzf;fha;T tpdhf;fSf;F gjpyspj;jy; cl;gl xl;Lnkhj;j mikr;rpd; epjp eltbf;iffisAk; Kfhikj;Jtk; nra;jy;. 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</w:tr>
    </w:tbl>
    <w:p w:rsidR="00CD1104" w:rsidRPr="007319E2" w:rsidRDefault="00CD1104" w:rsidP="00A32EDC">
      <w:pPr>
        <w:spacing w:after="0"/>
        <w:rPr>
          <w:rFonts w:cs="Iskoola Pota"/>
          <w:sz w:val="24"/>
          <w:szCs w:val="24"/>
        </w:rPr>
      </w:pPr>
    </w:p>
    <w:p w:rsidR="00D95717" w:rsidRPr="007319E2" w:rsidRDefault="00D95717" w:rsidP="00A32EDC">
      <w:pPr>
        <w:spacing w:after="0"/>
        <w:rPr>
          <w:rFonts w:cs="Iskoola Pota"/>
          <w:b/>
          <w:sz w:val="24"/>
          <w:szCs w:val="24"/>
          <w:lang w:bidi="si-LK"/>
        </w:rPr>
      </w:pPr>
    </w:p>
    <w:p w:rsidR="00667AEB" w:rsidRPr="005D7B64" w:rsidRDefault="00667AEB" w:rsidP="00667AEB">
      <w:pPr>
        <w:tabs>
          <w:tab w:val="center" w:pos="803"/>
          <w:tab w:val="center" w:pos="3790"/>
        </w:tabs>
        <w:spacing w:after="30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Calibri" w:hAnsi="Baamini" w:cs="Calibri"/>
          <w:b/>
          <w:bCs/>
          <w:sz w:val="24"/>
          <w:szCs w:val="24"/>
        </w:rPr>
        <w:tab/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>1.</w:t>
      </w:r>
      <w:r w:rsidRPr="005D7B64">
        <w:rPr>
          <w:rFonts w:ascii="Baamini" w:eastAsia="Arial" w:hAnsi="Baamini" w:cs="Arial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>mikr;rpd; ngau;</w:t>
      </w:r>
      <w:r w:rsidRPr="005D7B64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>gfpuq;f mjpfhurigapd; ngau;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:- </w:t>
      </w:r>
    </w:p>
    <w:p w:rsidR="00374D52" w:rsidRPr="0094740C" w:rsidRDefault="00667AEB" w:rsidP="0094740C">
      <w:pPr>
        <w:tabs>
          <w:tab w:val="center" w:pos="858"/>
          <w:tab w:val="center" w:pos="4358"/>
        </w:tabs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Calibri" w:hAnsi="Baamini" w:cs="Calibri"/>
          <w:b/>
          <w:bCs/>
          <w:sz w:val="24"/>
          <w:szCs w:val="24"/>
        </w:rPr>
        <w:tab/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11. 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 xml:space="preserve">gjtpfSf;Nfw;g mjpfhuq;fs; nraw;ghLfs; kw;Wk; flikfs; </w:t>
      </w:r>
    </w:p>
    <w:p w:rsidR="00374D52" w:rsidRPr="007319E2" w:rsidRDefault="00374D52" w:rsidP="00A32EDC">
      <w:pPr>
        <w:pStyle w:val="ListParagraph"/>
        <w:spacing w:after="0"/>
        <w:rPr>
          <w:rFonts w:cs="Iskoola Pota"/>
          <w:sz w:val="24"/>
          <w:szCs w:val="24"/>
          <w:lang w:bidi="si-LK"/>
        </w:rPr>
      </w:pPr>
    </w:p>
    <w:tbl>
      <w:tblPr>
        <w:tblStyle w:val="TableGrid"/>
        <w:tblW w:w="10284" w:type="dxa"/>
        <w:tblLook w:val="04A0"/>
      </w:tblPr>
      <w:tblGrid>
        <w:gridCol w:w="2538"/>
        <w:gridCol w:w="7746"/>
      </w:tblGrid>
      <w:tr w:rsidR="00667AEB" w:rsidRPr="007319E2" w:rsidTr="0094740C">
        <w:trPr>
          <w:trHeight w:val="593"/>
        </w:trPr>
        <w:tc>
          <w:tcPr>
            <w:tcW w:w="2538" w:type="dxa"/>
            <w:vAlign w:val="center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gjtpfs; </w:t>
            </w:r>
          </w:p>
        </w:tc>
        <w:tc>
          <w:tcPr>
            <w:tcW w:w="7746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Gjtpf;F toq;fg;gl;Ls;s mjpfhuq;fs;</w:t>
            </w:r>
            <w:r w:rsidRPr="005D7B64">
              <w:rPr>
                <w:rFonts w:ascii="Baamini" w:eastAsia="Times New Roman" w:hAnsi="Baamini" w:cs="Times New Roman"/>
                <w:b/>
                <w:bCs/>
                <w:sz w:val="24"/>
                <w:szCs w:val="24"/>
              </w:rPr>
              <w:t>,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flikfs; kw;Wk; nraw;ghLfs; (RUf;fkhf) </w:t>
            </w:r>
          </w:p>
        </w:tc>
      </w:tr>
      <w:tr w:rsidR="00667AEB" w:rsidRPr="007319E2" w:rsidTr="009B0DBB">
        <w:trPr>
          <w:trHeight w:val="462"/>
        </w:trPr>
        <w:tc>
          <w:tcPr>
            <w:tcW w:w="25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jtprhsh;</w:t>
            </w:r>
          </w:p>
        </w:tc>
        <w:tc>
          <w:tcPr>
            <w:tcW w:w="7746" w:type="dxa"/>
          </w:tcPr>
          <w:p w:rsidR="00667AEB" w:rsidRPr="007319E2" w:rsidRDefault="00667AEB" w:rsidP="00667AEB">
            <w:pPr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1998 ,d; 50 Mk; ,yf;f rl;lj;jpd; gzpfs; kw;Wk; nraw;gzpfis epiwNtw;wy; kw;Wk; jj;Jtq;fis mKy;gLj;jy;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9B0DBB">
        <w:trPr>
          <w:trHeight w:val="462"/>
        </w:trPr>
        <w:tc>
          <w:tcPr>
            <w:tcW w:w="25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gpujpj; jtprhsh;</w:t>
            </w:r>
          </w:p>
        </w:tc>
        <w:tc>
          <w:tcPr>
            <w:tcW w:w="7746" w:type="dxa"/>
          </w:tcPr>
          <w:p w:rsidR="00667AEB" w:rsidRPr="007319E2" w:rsidRDefault="00667AEB" w:rsidP="00667AEB">
            <w:pPr>
              <w:jc w:val="both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1998 ,d; 50 Mk; ,yf;f rl;lj;jpd; gzpfs; kw;Wk; nraw;gzpfis epiwNtw;wy; kw;Wk; jj;Jtq;fis mKy;gLj;jy;</w:t>
            </w:r>
          </w:p>
          <w:p w:rsidR="00667AEB" w:rsidRPr="007319E2" w:rsidRDefault="00667AEB" w:rsidP="00667AEB">
            <w:pPr>
              <w:spacing w:line="276" w:lineRule="auto"/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</w:tr>
      <w:tr w:rsidR="00667AEB" w:rsidRPr="007319E2" w:rsidTr="009B0DBB">
        <w:trPr>
          <w:trHeight w:val="462"/>
        </w:trPr>
        <w:tc>
          <w:tcPr>
            <w:tcW w:w="25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gzpg;ghsh; ehafk;</w:t>
            </w:r>
          </w:p>
        </w:tc>
        <w:tc>
          <w:tcPr>
            <w:tcW w:w="774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mjpfhurigapd; Nehf;F kw;Wk; nraw;gzpia epiwNtw;wpf; nfhs;tJ njhlh;gpy; gzpg;ghsh; rigf;F nghWg;Gf;$wy;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epWtdk;rhh; jpl;lk;&gt; tUlhe;j mwpf;iffs; kw;Wk; epjp mwpf;iffisj; jahh; nra;jy; kw;Wk; mKy;gLj;jy; kw;Wk; fz;fhzpg;Gr; nra;jy;.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mjpfhurigapd; rfy gphpTfspdJk; epUthf kw;Wk; epjp Kfhikj;Jtk; kw;Wk; nraw;ghLfSf;fhd nghWg;igf; nfhz;bUj;jy;.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Ml;Nrh;g;G eltbf;ifKiwfisj; jahh; nra;jy;&gt; jpUj;jk; nra;jy;&gt; gjtazpapdhpd; xOf;fj;ijg; NgzptUjy;&gt; mjpfhurigapd; xl;Lnkhj;j epUthf kw;Wk; epjpf; fl;Lg;ghl;ilg; Ngzy;.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Copah;fspd; nrayhw;Wifia kjpg;gPL nra;jy; kw;Wk; kdpj ts mgptpUj;jp epfo;r;rpj;jpl;lq;fisj; jpl;lkply; kw;Wk; mKy;gLj;jy;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cs;ehl;L kw;Wk; rh;tNjr fUj;juq;Ffs;&gt; nraykh;Tfs; kw;Wk; Vida rk;ge;jg;gl;l $l;lq;fspy; Njrpa rpWth; ghJfhg;G mjpfhurigiag; gpujpepjpj;Jtk; nra;jy; kw;Wk; mjpfhurigapd; eltbf;iffisg; NgzptUtjw;Fj; Njitahd mwpTiufs; kw;Wk; rpghhpRfis ntspapLjy; cs;spl;l flikfis epiwNtw;wy;. </w:t>
            </w:r>
          </w:p>
          <w:p w:rsidR="0094740C" w:rsidRPr="00CB0980" w:rsidRDefault="0094740C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  <w:rtl/>
                <w:cs/>
              </w:rPr>
            </w:pPr>
          </w:p>
        </w:tc>
      </w:tr>
      <w:tr w:rsidR="00667AEB" w:rsidRPr="007319E2" w:rsidTr="009B0DBB">
        <w:trPr>
          <w:trHeight w:val="462"/>
        </w:trPr>
        <w:tc>
          <w:tcPr>
            <w:tcW w:w="253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gpujpg; gzpg;ghsh; ehafk;</w:t>
            </w:r>
          </w:p>
        </w:tc>
        <w:tc>
          <w:tcPr>
            <w:tcW w:w="7746" w:type="dxa"/>
          </w:tcPr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mjpfhurigapd; Nehf;F kw;Wk; nraw;gzpia epiwNtw;wpf; nfhs;tjw;fhf gzpg;ghsh; ehafj;jpw;F cjTjy;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epWtdk;rhh; jpl;lk;&gt; tUlhe;j mwpf;iffs; kw;Wk; epjp mwpf;iffisj; jahh; nra;jy; kw;Wk; mKy;gLj;jy; kw;Wk; xUq;fpizg;Gr; nra;jy;.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mjpfhurigapd; rfy gphpTfspdJk; epUthf kw;Wk; epjp Kfhikj;Jtk; kw;Wk; nraw;ghLfs; njhlh;ghf gzpg;ghsh; ehafj;jpw;F cjTjy;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Ml;Nrh;g;G eltbf;ifKiwfisj; jahh; nra;jy;&gt; kPsha;T nra;jy;&gt; xUq;fpizg;G&gt; gjtazpapdhpd; xOf;fj;ijg; NgzptUjy;&gt; mjpfhurigapd; xl;Lnkhj;j epUthf kw;Wk; epjpf; fl;Lg;ghLf;F cjTjy;.</w:t>
            </w:r>
          </w:p>
          <w:p w:rsidR="00667AEB" w:rsidRDefault="00667AEB" w:rsidP="00667AEB">
            <w:pPr>
              <w:spacing w:line="276" w:lineRule="auto"/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Copah;fspd; nrayhw;Wifia kjpg;gPL nra;a cjTjy; kw;Wk; kdpj ts mgptpUj;jp epfo;r;rpj;jpl;lq;fisj; jpl;lkply; kw;Wk; mKy;gLj;jy;</w:t>
            </w:r>
          </w:p>
          <w:p w:rsidR="00667AEB" w:rsidRDefault="00667AEB" w:rsidP="00667AEB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mjpfhurigapd; eltbf;iffis Kd;ndLj;Jr; nry;yj; Njitahd mwpTiufs; kw;Wk; rpghhpRfis ntspapLtJ cs;spl;l flikfis epiwNtw;wy;.</w:t>
            </w:r>
          </w:p>
          <w:p w:rsidR="00667AEB" w:rsidRPr="007319E2" w:rsidRDefault="00667AEB" w:rsidP="00667AEB">
            <w:pPr>
              <w:jc w:val="both"/>
              <w:rPr>
                <w:rFonts w:cs="Iskoola Pota"/>
                <w:sz w:val="24"/>
                <w:szCs w:val="24"/>
                <w:cs/>
                <w:lang w:bidi="si-LK"/>
              </w:rPr>
            </w:pPr>
          </w:p>
        </w:tc>
      </w:tr>
    </w:tbl>
    <w:p w:rsidR="00D95717" w:rsidRPr="007319E2" w:rsidRDefault="00D95717" w:rsidP="00A32EDC">
      <w:pPr>
        <w:spacing w:after="0"/>
        <w:rPr>
          <w:rFonts w:cs="Iskoola Pota"/>
          <w:b/>
          <w:sz w:val="24"/>
          <w:szCs w:val="24"/>
          <w:lang w:bidi="si-LK"/>
        </w:rPr>
      </w:pPr>
    </w:p>
    <w:p w:rsidR="00667AEB" w:rsidRPr="005D7B64" w:rsidRDefault="00667AEB" w:rsidP="00667AEB">
      <w:pPr>
        <w:tabs>
          <w:tab w:val="center" w:pos="803"/>
          <w:tab w:val="center" w:pos="3790"/>
        </w:tabs>
        <w:spacing w:after="30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Calibri" w:hAnsi="Baamini" w:cs="Calibri"/>
          <w:b/>
          <w:bCs/>
          <w:sz w:val="24"/>
          <w:szCs w:val="24"/>
        </w:rPr>
        <w:tab/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>1.</w:t>
      </w:r>
      <w:r w:rsidRPr="005D7B64">
        <w:rPr>
          <w:rFonts w:ascii="Baamini" w:eastAsia="Arial" w:hAnsi="Baamini" w:cs="Arial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>mikr;rpd; ngau;</w:t>
      </w:r>
      <w:r w:rsidRPr="005D7B64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>gfpuq;f mjpfhurigapd; ngau;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:- </w:t>
      </w:r>
    </w:p>
    <w:p w:rsidR="00667AEB" w:rsidRPr="005D7B64" w:rsidRDefault="00667AEB" w:rsidP="00667AEB">
      <w:pPr>
        <w:tabs>
          <w:tab w:val="center" w:pos="858"/>
          <w:tab w:val="center" w:pos="4358"/>
        </w:tabs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Calibri" w:hAnsi="Baamini" w:cs="Calibri"/>
          <w:b/>
          <w:bCs/>
          <w:sz w:val="24"/>
          <w:szCs w:val="24"/>
        </w:rPr>
        <w:tab/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11. 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 xml:space="preserve">gjtpfSf;Nfw;g mjpfhuq;fs; nraw;ghLfs; kw;Wk; flikfs; </w:t>
      </w:r>
    </w:p>
    <w:p w:rsidR="001568EA" w:rsidRPr="007319E2" w:rsidRDefault="001568EA" w:rsidP="00A32EDC">
      <w:pPr>
        <w:pStyle w:val="ListParagraph"/>
        <w:spacing w:after="0"/>
        <w:rPr>
          <w:rFonts w:cs="Iskoola Pota"/>
          <w:sz w:val="24"/>
          <w:szCs w:val="24"/>
        </w:rPr>
      </w:pPr>
    </w:p>
    <w:tbl>
      <w:tblPr>
        <w:tblStyle w:val="TableGrid"/>
        <w:tblW w:w="10284" w:type="dxa"/>
        <w:tblLook w:val="04A0"/>
      </w:tblPr>
      <w:tblGrid>
        <w:gridCol w:w="1818"/>
        <w:gridCol w:w="8466"/>
      </w:tblGrid>
      <w:tr w:rsidR="00667AEB" w:rsidRPr="007319E2" w:rsidTr="0094740C">
        <w:trPr>
          <w:trHeight w:val="683"/>
        </w:trPr>
        <w:tc>
          <w:tcPr>
            <w:tcW w:w="1818" w:type="dxa"/>
            <w:vAlign w:val="center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gjtpfs; </w:t>
            </w:r>
          </w:p>
        </w:tc>
        <w:tc>
          <w:tcPr>
            <w:tcW w:w="8466" w:type="dxa"/>
          </w:tcPr>
          <w:p w:rsidR="00667AEB" w:rsidRPr="007319E2" w:rsidRDefault="00667AEB" w:rsidP="00667AEB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Gjtpf;F toq;fg;gl;Ls;s mjpfhuq;fs;</w:t>
            </w:r>
            <w:r w:rsidRPr="005D7B64">
              <w:rPr>
                <w:rFonts w:ascii="Baamini" w:eastAsia="Times New Roman" w:hAnsi="Baamini" w:cs="Times New Roman"/>
                <w:b/>
                <w:bCs/>
                <w:sz w:val="24"/>
                <w:szCs w:val="24"/>
              </w:rPr>
              <w:t>,</w:t>
            </w: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flikfs; kw;Wk; nraw;ghLfs; (RUf;fkhf) </w:t>
            </w:r>
          </w:p>
        </w:tc>
      </w:tr>
      <w:tr w:rsidR="00667AEB" w:rsidRPr="007319E2" w:rsidTr="001568EA">
        <w:trPr>
          <w:trHeight w:val="462"/>
        </w:trPr>
        <w:tc>
          <w:tcPr>
            <w:tcW w:w="1818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Mizahsh;</w:t>
            </w:r>
          </w:p>
        </w:tc>
        <w:tc>
          <w:tcPr>
            <w:tcW w:w="8466" w:type="dxa"/>
          </w:tcPr>
          <w:p w:rsidR="00667AEB" w:rsidRPr="0044006B" w:rsidRDefault="00667AEB" w:rsidP="00667AEB">
            <w:pPr>
              <w:numPr>
                <w:ilvl w:val="0"/>
                <w:numId w:val="21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ed;dlj;ij kw;Wk; rpWth; guhkhpg;Gr; Nritfs; jpizf;fsj;jpd; Nehf;F&gt; nraw;gzpia mile;Jnfhs;tjw;F jpizf;fsj;jpd; eltbf;iffis topg;gLj;jy;</w:t>
            </w:r>
          </w:p>
          <w:p w:rsidR="00667AEB" w:rsidRPr="0044006B" w:rsidRDefault="00667AEB" w:rsidP="00667AEB">
            <w:pPr>
              <w:numPr>
                <w:ilvl w:val="0"/>
                <w:numId w:val="21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ghJfhg;gw;w epiyapYs;s rpWth;fspd; chpikfisg; ghJfhg;gjw;fhf rh;tNjr juepakq;fSf;Fg; nghUj;jkhdthW Nrit epfo;r;rpj;jpl;lq;fs; kw;Wk; fUj;jpl;lq;fisj; jahh; nra;tJk;&gt; mKy;gLj;JtJk;.</w:t>
            </w:r>
          </w:p>
          <w:p w:rsidR="00667AEB" w:rsidRPr="0044006B" w:rsidRDefault="00667AEB" w:rsidP="00667AEB">
            <w:pPr>
              <w:numPr>
                <w:ilvl w:val="0"/>
                <w:numId w:val="21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jpizf;fsk; rk;ge;jkhd rfy rl;lq;fisAk; mKy;gLj;jy;</w:t>
            </w:r>
          </w:p>
          <w:p w:rsidR="00667AEB" w:rsidRPr="0044006B" w:rsidRDefault="00667AEB" w:rsidP="00667AEB">
            <w:pPr>
              <w:numPr>
                <w:ilvl w:val="0"/>
                <w:numId w:val="21"/>
              </w:num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jpizf;fsj;jpd; nraw;gzpia mile;Jnfhs;tjw;fhf gjtpazpia topelhj;jy;.</w:t>
            </w:r>
          </w:p>
          <w:p w:rsidR="00667AEB" w:rsidRPr="001568EA" w:rsidRDefault="00667AEB" w:rsidP="00667AEB">
            <w:pPr>
              <w:spacing w:line="276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rtl/>
                <w:cs/>
              </w:rPr>
            </w:pPr>
          </w:p>
        </w:tc>
      </w:tr>
      <w:tr w:rsidR="00667AEB" w:rsidRPr="007319E2" w:rsidTr="001568EA">
        <w:trPr>
          <w:trHeight w:val="462"/>
        </w:trPr>
        <w:tc>
          <w:tcPr>
            <w:tcW w:w="1818" w:type="dxa"/>
          </w:tcPr>
          <w:p w:rsidR="00667AEB" w:rsidRPr="00C840CA" w:rsidRDefault="00667AEB" w:rsidP="00667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gpujp Mizahsh; (mgptpUj;jp)</w:t>
            </w:r>
          </w:p>
        </w:tc>
        <w:tc>
          <w:tcPr>
            <w:tcW w:w="8466" w:type="dxa"/>
          </w:tcPr>
          <w:p w:rsidR="00667AEB" w:rsidRPr="00552E88" w:rsidRDefault="00667AEB" w:rsidP="00667AEB">
            <w:pPr>
              <w:numPr>
                <w:ilvl w:val="0"/>
                <w:numId w:val="22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 xml:space="preserve">mgptpUj;jpg; gphptpd; mYtyh;fspd; flikfis topg;gLj;jy;&gt; fz;fhzpg;Gr; nra;jy;&gt; mwpf;iffis chpa fhyj;jpw;Fs; ngw;Wf; nfhLj;jy;&gt; jpizf;fs cj;jpNahfG+h;t ,izaj;jsk; kw;Wk; Ng];Gf; fzf;if ,w;iwg;gLj;Jtjw;fhd chpa jfty;fis toq;Fjy;&gt; gphpT njhlh;ghf tpdtg;gLfpd;w rfy tpdhf;fSf;Fk; gjpyspj;jy; kw;Wk; Mizahshpdhy; (fzf;fha;T </w:t>
            </w:r>
            <w:r>
              <w:rPr>
                <w:rFonts w:ascii="Times New Roman" w:hAnsi="Times New Roman" w:cs="Times New Roman"/>
                <w:sz w:val="20"/>
                <w:szCs w:val="20"/>
                <w:lang w:bidi="si-LK"/>
              </w:rPr>
              <w:t xml:space="preserve">/ </w:t>
            </w: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 xml:space="preserve">jfty; mwpAk; chpikr; rl;lk; </w:t>
            </w:r>
            <w:r>
              <w:rPr>
                <w:rFonts w:ascii="Times New Roman" w:hAnsi="Times New Roman" w:cs="Times New Roman"/>
                <w:sz w:val="20"/>
                <w:szCs w:val="20"/>
                <w:lang w:bidi="si-LK"/>
              </w:rPr>
              <w:t xml:space="preserve">/ </w:t>
            </w: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ghuhSkd;wk;) tpjpj;Jiuf;fg;gLfpd;w Vida gzpfs;.</w:t>
            </w:r>
          </w:p>
          <w:p w:rsidR="00667AEB" w:rsidRPr="00CE33C4" w:rsidRDefault="00667AEB" w:rsidP="00667AEB">
            <w:pPr>
              <w:numPr>
                <w:ilvl w:val="0"/>
                <w:numId w:val="22"/>
              </w:numPr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 w:rsidRPr="00552E88">
              <w:rPr>
                <w:rFonts w:ascii="Baamini" w:hAnsi="Baamini" w:cs="Iskoola Pota"/>
                <w:sz w:val="24"/>
                <w:szCs w:val="24"/>
                <w:lang w:bidi="si-LK"/>
              </w:rPr>
              <w:t>rpWth; chpikfs; rtkhak; njhlh;ghd jfty;fis mwpf;ifaply; kw;Wk; fhy mbg;gilapyhd mwpf;iffisj; jahh; nra;jy;&gt;</w:t>
            </w: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 xml:space="preserve"> rpWth;fs; njhlh;ghd Kiwg;ghLfs; rk;ge;jkhd flikfs;&gt; rpWth; fofq;fs; njhlh;ghd rfy eltbf;iffs;&gt; rpWth; chpikfs; gw;wpa topg;gLj;jy; FOf;fs; njhlh;ghd rfy flikfs;&gt; rpWth; chpikfs; kw;Wk; rpWth;fs; gw;wp tpopg;Gzh;;T+l;Lk; flikfs;</w:t>
            </w:r>
          </w:p>
          <w:p w:rsidR="00667AEB" w:rsidRPr="00CE33C4" w:rsidRDefault="00667AEB" w:rsidP="00667AEB">
            <w:pPr>
              <w:numPr>
                <w:ilvl w:val="0"/>
                <w:numId w:val="22"/>
              </w:numPr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cyf rpWth; jpd Njrpa itgtj;ij xOq;F nra;jy;&gt; rh;tNjr kw;Wk; Njrpa nraykh;Tfis xOq;F nra;tJk;&gt; xUq;fpizg;Gr; nra;tJk;</w:t>
            </w:r>
          </w:p>
          <w:p w:rsidR="00667AEB" w:rsidRPr="00CE33C4" w:rsidRDefault="00667AEB" w:rsidP="00667AEB">
            <w:pPr>
              <w:numPr>
                <w:ilvl w:val="0"/>
                <w:numId w:val="22"/>
              </w:numPr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cjtp epfo;r;rpj;jpl;lq;fs; njhlh;ghd rfy flikfs; kw;Wk; ntspehl;L cjtp epfo;r;rpj;jpl;lq;fspd; fPo; rfy flik eltbf;iffisAk; fz;fhzpg;Gr; nra;tjk;&gt; xUq;fpizg;Gr; nra;tJk;.</w:t>
            </w:r>
          </w:p>
          <w:p w:rsidR="00667AEB" w:rsidRPr="00C840CA" w:rsidRDefault="00667AEB" w:rsidP="00667AEB">
            <w:pPr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7AEB" w:rsidRPr="007319E2" w:rsidTr="001568EA">
        <w:trPr>
          <w:trHeight w:val="462"/>
        </w:trPr>
        <w:tc>
          <w:tcPr>
            <w:tcW w:w="1818" w:type="dxa"/>
          </w:tcPr>
          <w:p w:rsidR="00667AEB" w:rsidRPr="00C840CA" w:rsidRDefault="00667AEB" w:rsidP="00667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cjtp Mizahsh; (epUthfk;)</w:t>
            </w:r>
          </w:p>
        </w:tc>
        <w:tc>
          <w:tcPr>
            <w:tcW w:w="8466" w:type="dxa"/>
          </w:tcPr>
          <w:p w:rsidR="00667AEB" w:rsidRPr="0054257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</w:pPr>
            <w:r w:rsidRPr="00542575">
              <w:rPr>
                <w:rFonts w:ascii="Baamini" w:hAnsi="Baamini" w:cs="Iskoola Pota"/>
                <w:bCs/>
                <w:sz w:val="24"/>
                <w:szCs w:val="24"/>
              </w:rPr>
              <w:t>epUthf eltbf;iffis topg;gLj;jy; kw;Wk; fz;fhzpg;Gr; nra;jy;</w:t>
            </w:r>
          </w:p>
          <w:p w:rsidR="00667AEB" w:rsidRPr="0054257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</w:pPr>
            <w:r w:rsidRPr="00542575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jpizf;fsj;jpd; gjtpazpapdiu Ml;Nrh;g;Gr; nra;tJ njhlh;ghd eltbf;iffisf; fz;fhzpg;Gr; nra;jy;.</w:t>
            </w:r>
          </w:p>
          <w:p w:rsidR="00667AEB" w:rsidRPr="0054257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</w:pPr>
            <w:r w:rsidRPr="00542575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jpizf;fsj;jpd; gjtpazpapdhpd; xOf;fhw;W eltbf;iffs;&gt; ,lkhw;wq;fSf;fhd rpghhpRfis toq;Fjy;.</w:t>
            </w:r>
          </w:p>
          <w:p w:rsidR="00667AEB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</w:pPr>
            <w:r w:rsidRPr="00542575"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  <w:t>mYty</w:t>
            </w:r>
            <w:r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  <w:t>fj;jpd; Kfhikj;Jt jfty; Kiwik kw;Wk; Vida nkd;nghUl;fis Kiwahf mKy;gLj;JtJ njhlh;ghd fz;fhzpg;G</w:t>
            </w:r>
          </w:p>
          <w:p w:rsidR="00667AEB" w:rsidRPr="00DA38C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  <w:t>jpizf;fsj;jpd; Nritfis kf;fSf;F tpidj;jpwd;kpf;fthW ngw;Wf; nfhLg;gjw;fhf etPd jfty; njhopy;El;gj;ijg; gad;gLj;jp Nkw;gb nrad;Kiwia ,yFgLj;Jtjw;F rpghhpRfis toq;Fjy;.</w:t>
            </w:r>
          </w:p>
          <w:p w:rsidR="00667AEB" w:rsidRPr="00DA38C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color w:val="000000"/>
                <w:sz w:val="24"/>
                <w:szCs w:val="24"/>
              </w:rPr>
              <w:t>jpizf;fs mYtyh;fspd; Ratpguf; Nfhg;G eltbf;iffis fz;fhzpg;Gr; nra;jy;.</w:t>
            </w:r>
          </w:p>
          <w:p w:rsidR="00667AEB" w:rsidRPr="00DA38C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 w:rsidRPr="00DA38C5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CRC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juT Kiwik njhlh;ghd fz;fhzpg;G eltbf;iffs;</w:t>
            </w:r>
          </w:p>
          <w:p w:rsidR="00667AEB" w:rsidRPr="00DA38C5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ghuhSkd;w mYty;fs; rk;ge;jkhd rfy eltbf;iffSk;</w:t>
            </w:r>
          </w:p>
          <w:p w:rsidR="00667AEB" w:rsidRPr="00C840CA" w:rsidRDefault="00667AEB" w:rsidP="00667AEB">
            <w:pPr>
              <w:numPr>
                <w:ilvl w:val="0"/>
                <w:numId w:val="23"/>
              </w:num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lastRenderedPageBreak/>
              <w:t xml:space="preserve">mikr;ruit tpQ;Qhgdq;fs; rk;ge;jkhd eltbf;iffs; </w:t>
            </w:r>
          </w:p>
        </w:tc>
      </w:tr>
      <w:tr w:rsidR="00667AEB" w:rsidRPr="007319E2" w:rsidTr="001568EA">
        <w:trPr>
          <w:trHeight w:val="462"/>
        </w:trPr>
        <w:tc>
          <w:tcPr>
            <w:tcW w:w="1818" w:type="dxa"/>
          </w:tcPr>
          <w:p w:rsidR="00667AEB" w:rsidRPr="00C840CA" w:rsidRDefault="00667AEB" w:rsidP="00667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lastRenderedPageBreak/>
              <w:t>cjtp Mizahsh; (njhopy;El;gk;;)</w:t>
            </w:r>
          </w:p>
        </w:tc>
        <w:tc>
          <w:tcPr>
            <w:tcW w:w="8466" w:type="dxa"/>
          </w:tcPr>
          <w:p w:rsidR="00667AEB" w:rsidRPr="00DA38C5" w:rsidRDefault="00667AEB" w:rsidP="00667AEB">
            <w:pPr>
              <w:numPr>
                <w:ilvl w:val="0"/>
                <w:numId w:val="24"/>
              </w:num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38C5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ed;dlj;ijg; gphptpd; mYtyh;fspd; flikfis topg;gLj;jy;&gt; fz;fhzpg;Gr; nra;jy;&gt; tplag;gug;G njhlh;ghf fpilf;fpd;w rfy Nfhhpf;iffs;&gt; Kiwg;ghLfs; njhlh;ghd eltbf;iffs;&gt; ed;dlj;ij mYtyh;fSf;Fj; Njitahd Mtz topfhl;ly;fs; kw;Wk; ifNaLfisj; jahh; nra;jy;&gt; tplag;gug;G njhlh;ghd Gs;sptpguj; juTfisg; NgzptUjy;&gt; khfhz Mizahsh;fSf;F ,ilapyhd xUq;fpizg;igg; NgzptUjy;&gt; gphpT njhlh;ghff; fpilf;Fk; rfy ghuhSkd;w tpdhf;fSf;Fk; tpilaspj;jy;. (fzf;fha;T jfty; mwpAk; chpikr; rl;lk;)</w:t>
            </w:r>
          </w:p>
          <w:p w:rsidR="00667AEB" w:rsidRPr="00C840CA" w:rsidRDefault="00667AEB" w:rsidP="00667AEB">
            <w:pPr>
              <w:spacing w:line="276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7AEB" w:rsidRPr="007319E2" w:rsidTr="001568EA">
        <w:trPr>
          <w:trHeight w:val="462"/>
        </w:trPr>
        <w:tc>
          <w:tcPr>
            <w:tcW w:w="1818" w:type="dxa"/>
          </w:tcPr>
          <w:p w:rsidR="00667AEB" w:rsidRPr="00C840CA" w:rsidRDefault="00667AEB" w:rsidP="00667AE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cjtp Mizahsh; (jpl;lkply;)</w:t>
            </w:r>
          </w:p>
        </w:tc>
        <w:tc>
          <w:tcPr>
            <w:tcW w:w="8466" w:type="dxa"/>
          </w:tcPr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jpl;lq;fis tFf;Fk; eltbf;iffs; rk;ge;jkhd flikfs;</w:t>
            </w:r>
          </w:p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fUj;jpl;l Kfhikj;Jtk; kw;Wk; fzf;fhzpg;G rk;ge;jkhd flikfs;</w:t>
            </w:r>
          </w:p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khjhe;j&gt; fhyhz;L&gt; tUlhe;j Kd;Ndw;w kPsha;Tf; $l;lq;fis Njrpa kl;lj;jpy; elhj;JtJ rk;ge;jkhd xUq;fpizg;ig Nkw;nfhs;sy; kw;Wk; fz;fhzpg;Gr; nra;jy; gpd;dha;T nra;jy; kw;Wk; Kd;Ndw;w kPsha;Tf; $l;lq;fis mwpf;ifaply; gw;wpa eltbf;iffis Nkw;nfhs;sy;.</w:t>
            </w:r>
          </w:p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juT kw;Wk; jfty;fisr; Nrfhpg;gJ gw;wpa flikfs;</w:t>
            </w:r>
          </w:p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rpWth; Jiw njhlh;ghd juT Kiwik kw;Wk; tsq;fspd; Njhw;wg;ghl;il tbtikg;Gr; nra;J NgzptUjy;.</w:t>
            </w:r>
          </w:p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murrhh;gw;w mikg;Gf;fs; cl;gl Vida epWtdq;fSf;F fUj;jpl;l mwpf;iffisj; jah; nra;J&gt; rkh;g;gpj;jy; kw;Wk; mDruiz ngw;Wf; nfhs;tJ rk;ge;jkhd eltbf;iffis Nkw;nfhs;sy;.</w:t>
            </w:r>
          </w:p>
          <w:p w:rsidR="00667AEB" w:rsidRPr="00EC2B4C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 w:rsidRPr="00EC2B4C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Mrpa mgptpUj;jp tq;fpf; fUj;jpl;lk; njhlh;ghd jpl;lq;fisj; jahh; nra;jy; kw;Wk; Kd;Ndw;wj;ijg; ngw;Wf; nfhs;sy;. </w:t>
            </w:r>
          </w:p>
          <w:p w:rsidR="00667AEB" w:rsidRPr="003E1B51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 w:rsidRPr="003E1B5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UNICEF </w:t>
            </w:r>
            <w:r w:rsidRPr="003E1B51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fUj;jpl;lk; njhlh;ghd jpl;lq;fisj; jahh; nra;jy;&gt; Kd;Ndw;wj;ijg; ngw;Wf; nfhs;sy;&gt; xUq;fpizg;G</w:t>
            </w:r>
          </w:p>
          <w:p w:rsidR="00667AEB" w:rsidRPr="003E1B51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khtl;l hPjpahfg; ngw;Wf; nfhs;Sk; Kd;Ndw;wk; gw;wpa juT Kiwikiag; NgzptUjy;.</w:t>
            </w:r>
          </w:p>
          <w:p w:rsidR="00667AEB" w:rsidRPr="003E1B51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epiyNgwhd mgptpUj;jp ,yf;Ffis mile;Jnfhs;tjw;fhf jpizf;fsj;jpdhy; jahh; nra;ag;gl;Ls;s nraw;wpl;lk; njhlh;ghd Kd;Ndw;wj;ijj; jahh; nra;jy; kw;Wk; Mizahshpd; ftdj;jpw;Ff; nfhz;LtUjy;.</w:t>
            </w:r>
          </w:p>
          <w:p w:rsidR="00667AEB" w:rsidRPr="003E1B51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jpl;lkply; gphptpd; eltbf;iffis fz;fhzpg;Gr; nra;jy;</w:t>
            </w:r>
          </w:p>
          <w:p w:rsidR="00667AEB" w:rsidRPr="003E1B51" w:rsidRDefault="00667AEB" w:rsidP="00667AEB">
            <w:pPr>
              <w:numPr>
                <w:ilvl w:val="0"/>
                <w:numId w:val="25"/>
              </w:num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tpNrl epfo;r;rpj;jpl;lq;fs; rk;ge;jkhd flikfs; </w:t>
            </w:r>
          </w:p>
          <w:p w:rsidR="00667AEB" w:rsidRPr="00C840CA" w:rsidRDefault="00667AEB" w:rsidP="00667AEB">
            <w:pPr>
              <w:spacing w:line="276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7AEB" w:rsidRPr="007319E2" w:rsidTr="001568EA">
        <w:trPr>
          <w:trHeight w:val="462"/>
        </w:trPr>
        <w:tc>
          <w:tcPr>
            <w:tcW w:w="1818" w:type="dxa"/>
          </w:tcPr>
          <w:p w:rsidR="00667AEB" w:rsidRPr="00C840CA" w:rsidRDefault="00667AEB" w:rsidP="00667AEB">
            <w:pPr>
              <w:spacing w:line="276" w:lineRule="auto"/>
              <w:jc w:val="both"/>
              <w:rPr>
                <w:rFonts w:ascii="Calibri" w:eastAsia="Times New Roman" w:hAnsi="Calibri" w:cs="Iskoola Pota"/>
                <w:color w:val="000000"/>
                <w:sz w:val="24"/>
                <w:szCs w:val="24"/>
                <w:rtl/>
                <w:cs/>
              </w:rPr>
            </w:pPr>
            <w:r>
              <w:rPr>
                <w:rFonts w:ascii="Baamini" w:hAnsi="Baamini" w:cs="Iskoola Pota"/>
                <w:sz w:val="24"/>
                <w:szCs w:val="24"/>
                <w:lang w:bidi="si-LK"/>
              </w:rPr>
              <w:t>fzf;fhsh;</w:t>
            </w:r>
          </w:p>
        </w:tc>
        <w:tc>
          <w:tcPr>
            <w:tcW w:w="8466" w:type="dxa"/>
          </w:tcPr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cs;sf epjpf; fl;Lg;ghl;L Kiwiaj; jpl;lkply;&gt; NgzptUjy; kw;Wk; fz;fhzpg;G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fhy mbg;gilapy; epjp kPjp rhpahdjh vd;gij ghpNrhjpj;jy;.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ngWif kw;Wk; nfhLg;gdTfs; rk;ge;jkhd ehshe;j Mtzq;fis fhy mbg;gilapy; ghpNrhjpj;jy;.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eastAsia="Times New Roman" w:cs="Iskoola Pota"/>
                <w:color w:val="000000"/>
                <w:sz w:val="24"/>
                <w:szCs w:val="24"/>
                <w:lang w:bidi="si-LK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fzf;F ,zf;fk; nr;aAk; gzpfis fz;fhzpg;Gr; nra;jy;.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eastAsia="Times New Roman" w:cs="Iskoola Pota"/>
                <w:color w:val="000000"/>
                <w:sz w:val="24"/>
                <w:szCs w:val="24"/>
                <w:lang w:bidi="si-LK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fhRg; gad;ghL kw;Wk; nfhz;L nry;yy; gw;wpa fz;fhzpg;G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eastAsia="Times New Roman" w:cs="Iskoola Pota"/>
                <w:color w:val="000000"/>
                <w:sz w:val="24"/>
                <w:szCs w:val="24"/>
                <w:lang w:bidi="si-LK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nghUl; fzpg;gPL gw;wpa eltbf;iffisf; fz;fhzpg;Gr; nra;jy;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lastRenderedPageBreak/>
              <w:t>el;lk; kw;Wk; mfw;wy; njhlh;ghd eltbf;iffs;&gt; tUlhe;j tUkhdk; kw;Wk; nrytpdk;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fzf;Ffs; gw;wpa FOtpd; eltbf;iffs;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fzf;fha;T tpdhf;fSf;F gjpyspf;Fk; eltbf;iffs;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itg;Gf; fzf;Ffspd; eltbf;iffs;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ngWiff; FO&gt; Kfhikj;Jt kw;Wk; fzf;fha;Tf; FO</w:t>
            </w:r>
          </w:p>
          <w:p w:rsidR="00667AEB" w:rsidRPr="003E1B51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rfy nfhLg;gdT cWjpr;rPl;Lf;fisAk; rhd;Wg;gLj;jy;&gt; Kw;gzf; fzf;F njhlh;ghd nfhLg;gdT eltbf;iffs; kw;Wk; chpa MTzq;fisg; NgzptUjy; mwpf;iffis mDg;gpitj;jy;&gt; Nkw;gb fzf;Ffis ,zf;fk; nra;Ak; gzpfis fz;fhzpg;Gr; nra;jy;.</w:t>
            </w:r>
          </w:p>
          <w:p w:rsidR="00667AEB" w:rsidRPr="00FC5CCD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cj;jpNahfG+h;t tq;fpf; fzf;Ffspd; fPo; fhNrhiyfspy; ifnahg;gkpLjy;.</w:t>
            </w:r>
          </w:p>
          <w:p w:rsidR="00667AEB" w:rsidRPr="00FC5CCD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ngWiff; FO cWg;gpduhf nraw;gLjy;.</w:t>
            </w:r>
          </w:p>
          <w:p w:rsidR="00667AEB" w:rsidRPr="00FC5CCD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jpiwNrhpapd; gy;NtW jpizf;fsq;fs; kw;Wk; NtW epWtdq;fSf;F fzf;F kw;Wk; fz;fhzpg;G</w:t>
            </w:r>
          </w:p>
          <w:p w:rsidR="00667AEB" w:rsidRPr="00FC5CCD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 w:rsidRPr="00FC5CCD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mikr;Rf;F ,zq;fpAs;sthW </w:t>
            </w:r>
            <w:r w:rsidRPr="00FC5CCD">
              <w:rPr>
                <w:rFonts w:eastAsia="Times New Roman" w:cs="Iskoola Pota"/>
                <w:color w:val="000000"/>
                <w:sz w:val="21"/>
                <w:szCs w:val="21"/>
              </w:rPr>
              <w:t>K.P.I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 ,w;fika epjpf; fl;Lg;ghl;il Nkw;nfhs;sy;.</w:t>
            </w:r>
          </w:p>
          <w:p w:rsidR="00667AEB" w:rsidRPr="00FC5CCD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ngWifj; jpl;lj;ijj; jahh; nra;jy; kw;Wk; mjw;fika eltbf;if Nkw;nfhs;sy; tUlhe;j fzf;F mwpf;iffisj; jahh; nra;jy; kw;Wk; eltbf;if Nkw;nfhs;sy;.</w:t>
            </w:r>
          </w:p>
          <w:p w:rsidR="00667AEB" w:rsidRPr="00FC5CCD" w:rsidRDefault="00667AEB" w:rsidP="00667AEB">
            <w:pPr>
              <w:numPr>
                <w:ilvl w:val="0"/>
                <w:numId w:val="26"/>
              </w:numPr>
              <w:spacing w:line="276" w:lineRule="auto"/>
              <w:textAlignment w:val="baseline"/>
              <w:rPr>
                <w:rFonts w:ascii="Arial" w:eastAsia="Times New Roman" w:hAnsi="Arial" w:cs="Times New Roman"/>
                <w:color w:val="000000"/>
                <w:sz w:val="24"/>
                <w:szCs w:val="24"/>
              </w:rPr>
            </w:pPr>
            <w:r w:rsidRPr="00FC5CCD"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fzf;Ffs; FOtpdhy; tpdtg;gLk; jfty;fis Kiwahfg; ngw;Wf; nfhLj;jy;. </w:t>
            </w:r>
          </w:p>
          <w:p w:rsidR="00667AEB" w:rsidRPr="00C840CA" w:rsidRDefault="00667AEB" w:rsidP="00667AEB">
            <w:pPr>
              <w:spacing w:line="276" w:lineRule="auto"/>
              <w:jc w:val="both"/>
              <w:textAlignment w:val="baseline"/>
              <w:rPr>
                <w:rFonts w:ascii="Calibri" w:eastAsia="Times New Roman" w:hAnsi="Calibri" w:cs="Iskoola Pota"/>
                <w:color w:val="000000"/>
                <w:sz w:val="24"/>
                <w:szCs w:val="24"/>
                <w:rtl/>
                <w:cs/>
              </w:rPr>
            </w:pPr>
          </w:p>
        </w:tc>
      </w:tr>
    </w:tbl>
    <w:p w:rsidR="00490E05" w:rsidRDefault="00490E05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94740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Pr="007319E2" w:rsidRDefault="0094740C" w:rsidP="0094740C">
      <w:pPr>
        <w:spacing w:after="0"/>
        <w:rPr>
          <w:rFonts w:cs="Iskoola Pota"/>
          <w:sz w:val="24"/>
          <w:szCs w:val="24"/>
          <w:cs/>
          <w:lang w:bidi="si-LK"/>
        </w:rPr>
      </w:pPr>
    </w:p>
    <w:p w:rsidR="00667AEB" w:rsidRDefault="00667AEB" w:rsidP="00667AEB">
      <w:pPr>
        <w:pStyle w:val="ListParagraph"/>
        <w:numPr>
          <w:ilvl w:val="0"/>
          <w:numId w:val="34"/>
        </w:numPr>
        <w:spacing w:after="5" w:line="249" w:lineRule="auto"/>
        <w:jc w:val="both"/>
        <w:rPr>
          <w:rFonts w:ascii="Baamini" w:hAnsi="Baamini"/>
          <w:b/>
          <w:bCs/>
          <w:sz w:val="24"/>
          <w:szCs w:val="24"/>
        </w:rPr>
      </w:pPr>
      <w:r w:rsidRPr="00667AEB">
        <w:rPr>
          <w:rFonts w:ascii="Baamini" w:hAnsi="Baamini"/>
          <w:b/>
          <w:bCs/>
          <w:sz w:val="24"/>
          <w:szCs w:val="24"/>
        </w:rPr>
        <w:lastRenderedPageBreak/>
        <w:t xml:space="preserve">mikr;irr; jtpu&gt; mikr;rpd; fPo; cs;s xtn; thU gfpuq;f mjpfhu rigapd; nraw;ghLfSf;Fk; nghUe;jf;$ba rl;lq;fs; kw;Wk; xOq;Fpjpfs; (xtn; thU gfpuq;f mjpfhu rigf;Fk; jdpj;jdpNa Fwpg;gplTk;) </w:t>
      </w:r>
    </w:p>
    <w:p w:rsidR="0094740C" w:rsidRPr="00667AEB" w:rsidRDefault="0094740C" w:rsidP="0094740C">
      <w:pPr>
        <w:pStyle w:val="ListParagraph"/>
        <w:spacing w:after="5" w:line="249" w:lineRule="auto"/>
        <w:jc w:val="both"/>
        <w:rPr>
          <w:rFonts w:ascii="Baamini" w:hAnsi="Baamini"/>
          <w:b/>
          <w:bCs/>
          <w:sz w:val="24"/>
          <w:szCs w:val="24"/>
        </w:rPr>
      </w:pPr>
    </w:p>
    <w:p w:rsidR="00667AEB" w:rsidRPr="005D7B64" w:rsidRDefault="00667AEB" w:rsidP="00667AEB">
      <w:pPr>
        <w:tabs>
          <w:tab w:val="center" w:pos="803"/>
          <w:tab w:val="center" w:pos="2896"/>
          <w:tab w:val="center" w:pos="5108"/>
        </w:tabs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  <w:t xml:space="preserve">1. 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</w:r>
      <w:r w:rsidRPr="005D7B64">
        <w:rPr>
          <w:rFonts w:ascii="Baamini" w:hAnsi="Baamini"/>
          <w:b/>
          <w:bCs/>
          <w:sz w:val="24"/>
          <w:szCs w:val="24"/>
        </w:rPr>
        <w:t>gfpuq;f mjpfhurigapd; ngau;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  <w:t xml:space="preserve">:- </w:t>
      </w:r>
    </w:p>
    <w:p w:rsidR="00A32EDC" w:rsidRPr="007319E2" w:rsidRDefault="00A32EDC" w:rsidP="00A32EDC">
      <w:pPr>
        <w:spacing w:after="0"/>
        <w:rPr>
          <w:rFonts w:cs="Iskoola Pota"/>
          <w:sz w:val="24"/>
          <w:szCs w:val="24"/>
          <w:lang w:bidi="si-LK"/>
        </w:rPr>
      </w:pPr>
    </w:p>
    <w:tbl>
      <w:tblPr>
        <w:tblStyle w:val="TableGrid"/>
        <w:tblW w:w="10098" w:type="dxa"/>
        <w:tblLook w:val="04A0"/>
      </w:tblPr>
      <w:tblGrid>
        <w:gridCol w:w="4633"/>
        <w:gridCol w:w="2549"/>
        <w:gridCol w:w="2916"/>
      </w:tblGrid>
      <w:tr w:rsidR="00667AEB" w:rsidRPr="007319E2" w:rsidTr="003662F9">
        <w:trPr>
          <w:trHeight w:val="2510"/>
        </w:trPr>
        <w:tc>
          <w:tcPr>
            <w:tcW w:w="4633" w:type="dxa"/>
          </w:tcPr>
          <w:p w:rsidR="00667AEB" w:rsidRPr="00096763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gzp </w:t>
            </w:r>
            <w:r w:rsidRPr="00096763">
              <w:rPr>
                <w:rFonts w:cs="Iskoola Pota"/>
                <w:b/>
                <w:sz w:val="21"/>
                <w:szCs w:val="21"/>
              </w:rPr>
              <w:t xml:space="preserve">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nraw;gzp</w:t>
            </w:r>
          </w:p>
        </w:tc>
        <w:tc>
          <w:tcPr>
            <w:tcW w:w="2549" w:type="dxa"/>
          </w:tcPr>
          <w:p w:rsidR="00667AEB" w:rsidRPr="00096763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gzp </w:t>
            </w:r>
            <w:r w:rsidRPr="00096763">
              <w:rPr>
                <w:rFonts w:cs="Iskoola Pota"/>
                <w:b/>
                <w:sz w:val="21"/>
                <w:szCs w:val="21"/>
              </w:rPr>
              <w:t xml:space="preserve">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nraw;gzp kw;Wk; epakq;fis cs;slf;fpa vOj;J%ykhd rl;lq;fs;&gt; xOq;Ftpjpfs; Fwpg;gplg;gl;Ls;s rl;lq;fs;</w:t>
            </w:r>
            <w:r w:rsidRPr="00096763">
              <w:rPr>
                <w:rFonts w:cs="Iskoola Pota"/>
                <w:b/>
              </w:rPr>
              <w:t xml:space="preserve"> 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tpjpfs;</w:t>
            </w:r>
            <w:r w:rsidRPr="00096763">
              <w:rPr>
                <w:rFonts w:cs="Iskoola Pota"/>
                <w:b/>
              </w:rPr>
              <w:t xml:space="preserve"> /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fl;lisfs;</w:t>
            </w:r>
            <w:r w:rsidRPr="00096763">
              <w:rPr>
                <w:rFonts w:cs="Iskoola Pota"/>
                <w:b/>
              </w:rPr>
              <w:t xml:space="preserve"> 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xOq;Ftpjpfs;</w:t>
            </w:r>
            <w:r w:rsidRPr="00096763">
              <w:rPr>
                <w:rFonts w:cs="Iskoola Pota"/>
                <w:b/>
              </w:rPr>
              <w:t xml:space="preserve"> /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topfhl;ly;fs;</w:t>
            </w:r>
            <w:r w:rsidRPr="00096763">
              <w:rPr>
                <w:rFonts w:cs="Iskoola Pota"/>
                <w:b/>
              </w:rPr>
              <w:t xml:space="preserve"> 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Rw;wwpf;iffs;</w:t>
            </w:r>
            <w:r w:rsidRPr="00096763">
              <w:rPr>
                <w:rFonts w:cs="Iskoola Pota"/>
                <w:b/>
              </w:rPr>
              <w:t xml:space="preserve"> /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ifNaLfs; kw;Wk; NtW mwpf;iffspd; gl;bay; </w:t>
            </w:r>
          </w:p>
        </w:tc>
        <w:tc>
          <w:tcPr>
            <w:tcW w:w="2916" w:type="dxa"/>
          </w:tcPr>
          <w:p w:rsidR="00667AEB" w:rsidRPr="00096763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mwpf;iffspd; jfty;fisg; ngw;Wf; nfhs;sf;$ba ,izaj;jsk; </w:t>
            </w:r>
          </w:p>
        </w:tc>
      </w:tr>
      <w:tr w:rsidR="00E34AD7" w:rsidRPr="007319E2" w:rsidTr="00E34AD7">
        <w:trPr>
          <w:trHeight w:val="1160"/>
        </w:trPr>
        <w:tc>
          <w:tcPr>
            <w:tcW w:w="4633" w:type="dxa"/>
          </w:tcPr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(m) rpWth; Jh;elj;ijia jLj;jy; kw;Wk; mt;thwhd Jh;elj;ijfSf;F MshfpAs;s rpWth;fisg; ghJfhj;jy; kw;Wk; mth;fSf;F rpfpr;iraspg;gJ njhlh;ghd Njrpa nfhs;ifiaj; jahh; nra;tJ njhlh;ghf muRf;F MNyhrid toq;Fjy;.</w:t>
            </w:r>
          </w:p>
          <w:p w:rsidR="00E34AD7" w:rsidRDefault="00E34AD7" w:rsidP="00E34AD7">
            <w:pPr>
              <w:rPr>
                <w:rFonts w:ascii="Baamini" w:hAnsi="Baamini" w:cs="Iskoola Pota"/>
                <w:b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(M) rpWth; Jh;elj;ijiaj; jLg;gjw;fhd Nkw;nfhs;s Ntz;ba eltbf;iffs; gw;wpa muRf;F MNyhrid toq;Fjy;.</w:t>
            </w: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(,) mt;thwhd Fw;wr; nray;fSf;F Mshdth;fisg; ghJfhg;gjw;fhf Nkw;nfhs;s Ntz;ba eltbf;iffs; gw;wpa muRf;F MNyhrid toq;Fjy;.</w:t>
            </w: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(&lt;) Fw;wr; nray;fspypUe;J ghJfhj;Jf; nfhs;tjw;fhf rpWth;fSf;F cs;s chpikfs; gw;wp kw;Wk; rpWth; J~;gpuNahfq;fisj; jLj;Jf; nfhs;Sk; Kiwfs; gw;wp tpopg;Gzh;T+l;ly;</w:t>
            </w: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813FA6" w:rsidRDefault="00E34AD7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(c) rpWth; Jh;elj;ijiaj; jLf;Fk; gzpf;fhf kw;Wk; mt;thwhd Fw;wr; nray;fSf;F Mshdth;fisg; ghJfhg;gjw;</w:t>
            </w:r>
            <w:r w:rsidR="00813FA6">
              <w:rPr>
                <w:rFonts w:ascii="Baamini" w:hAnsi="Baamini" w:cs="Iskoola Pota"/>
                <w:bCs/>
                <w:sz w:val="24"/>
                <w:szCs w:val="24"/>
              </w:rPr>
              <w:t xml:space="preserve">Fj; Njitahd rfy eltbf;iffisAk; Nkw;nfhs;sy;&gt;nghUj;jkhd re;jh;g;gq;fspy; </w:t>
            </w:r>
            <w:r w:rsidR="00813FA6"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 xml:space="preserve">Nkw;gb gzpf;F rk;ge;jg;gl;l mikr;Rf;fs;&gt; khfhz rigfs; kw;Wk; cs;@uhl;rp kd;wq;fs;&gt; khtl;l kw;Wk; gpuNjr nrayhsh;fs; kw;Wk; mur kw;Wk; jdpahh;j; Jiw epWtdq;fspd; mwpTiufisg; ngw;Wf; nfhs;sy;. </w:t>
            </w:r>
          </w:p>
          <w:p w:rsidR="00813FA6" w:rsidRDefault="00813FA6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813FA6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(C)</w:t>
            </w:r>
            <w:r w:rsidR="00312A38">
              <w:rPr>
                <w:rFonts w:ascii="Baamini" w:hAnsi="Baamini" w:cs="Iskoola Pota"/>
                <w:bCs/>
                <w:sz w:val="24"/>
                <w:szCs w:val="24"/>
              </w:rPr>
              <w:t xml:space="preserve"> rpWth; Jh;elj;ijfisj; jLg;gjw;fhd Njrpaf; nfhs;ifia tpisjpwd;kpf;fthW mKy;gLj;jj; Njitahd rl;l&gt; epUthf my;yJ NtW jpUj;jq;fisr; rpghhpR nra;jy;.</w:t>
            </w:r>
          </w:p>
          <w:p w:rsidR="00312A38" w:rsidRDefault="00312A3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312A38" w:rsidRDefault="00312A3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(v) rfy tifapYkhd rpWth; J~;gpuNahfq;ifs; njhlh;gpYk; rl;lq;fis mKy;gLj;Jtij xOq;FWj;jy;</w:t>
            </w:r>
          </w:p>
          <w:p w:rsidR="00312A38" w:rsidRDefault="00312A3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312A38" w:rsidRDefault="00312A3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(V) rpWth; Jh;elj;ij rk;ge;jkhd rfy tprhuizfs; kw;Wk; Fw;wtpay; tof;F eltbf;iffspd; Kd;Ndw;wj;ij xOq;FWj;jy;</w:t>
            </w:r>
          </w:p>
          <w:p w:rsidR="00312A38" w:rsidRDefault="00312A3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312A38" w:rsidRDefault="00312A3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(I) Majg; Nghuhl;lq;fspdhy; ghjpf;fg;gl;Ls;s rpWth;fs; njhlh;ghf kdpjhgpkhd mbg;gilapy; ftdj;jpy; nfhs;s Ntz;ba </w:t>
            </w:r>
            <w:r w:rsidR="0030594A">
              <w:rPr>
                <w:rFonts w:ascii="Baamini" w:hAnsi="Baamini" w:cs="Iskoola Pota"/>
                <w:bCs/>
                <w:sz w:val="24"/>
                <w:szCs w:val="24"/>
              </w:rPr>
              <w:t>tplaq;fs; njhlh;ghf nraw;gLj; Njitahd eltbf;iffis rpghhpR nra;jy; kw;Wk; mth;fspd; cstpay; kw;Wk; cly;rhh; eyd;Ghpf;fhd eltbf;iffs; cl;gl mt;thwhd rpWth;fspd; ghJfhg;G kw;Wk; mth;fis kPz;Lk; r%fj;jpy; ,izj;Jf; nfhs;sy;.</w:t>
            </w:r>
          </w:p>
          <w:p w:rsidR="0030594A" w:rsidRDefault="0030594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30594A" w:rsidRDefault="0030594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(x) Fw;wr;nray;fs; njhlh;ghd tprhuizfSf;F kw;Wk; Fw;wtpay; tof;F eltbf;iffs; njhlh;ghf rpWth;fspd; ghJfhg;G kw;Wk; mutizg;Gf;Fj; Njitahd re;jh;g;gq;fspy; cfe;j eltbf;iffis Nkw;nfhs;sy;.</w:t>
            </w:r>
          </w:p>
          <w:p w:rsidR="0030594A" w:rsidRDefault="0030594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30594A" w:rsidRDefault="0030594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(X) </w:t>
            </w:r>
            <w:r w:rsidR="002C0888">
              <w:rPr>
                <w:rFonts w:ascii="Baamini" w:hAnsi="Baamini" w:cs="Iskoola Pota"/>
                <w:bCs/>
                <w:sz w:val="24"/>
                <w:szCs w:val="24"/>
              </w:rPr>
              <w:t>rpWth; Jh;elj;ij njhlh;ghd nghJ kf;fspd; Kiwg;ghLfis Vw;Wf; nfhs;sy; kw;Wk; Njitahd re;jh;g;gq;fspy; mt;thwhd Kiwg;ghLfis chpa mjpfhhpfsplk; Mw;Wg;gLj;jy;.</w:t>
            </w:r>
          </w:p>
          <w:p w:rsidR="002C0888" w:rsidRDefault="002C088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2C0888" w:rsidRDefault="002C0888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(xs) rpWth; Jh;elj;ijf;F vjpuhf</w:t>
            </w:r>
            <w:r w:rsidR="00B05D4B">
              <w:rPr>
                <w:rFonts w:ascii="Baamini" w:hAnsi="Baamini" w:cs="Iskoola Pota"/>
                <w:bCs/>
                <w:sz w:val="24"/>
                <w:szCs w:val="24"/>
              </w:rPr>
              <w:t xml:space="preserve"> eltbf;if Nkw;nfhs;Sk;</w:t>
            </w:r>
            <w:r w:rsidR="00860753">
              <w:rPr>
                <w:rFonts w:ascii="Baamini" w:hAnsi="Baamini" w:cs="Iskoola Pota"/>
                <w:bCs/>
                <w:sz w:val="24"/>
                <w:szCs w:val="24"/>
              </w:rPr>
              <w:t xml:space="preserve">  mikg;Gf;fis xUq;fpizg;Gr; nra;tJ njhlh;ghf khfhz rigfs;&gt; cs;@uhl;rp </w:t>
            </w:r>
            <w:r w:rsidR="00860753"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kd;wq;fs; kw;Wk; murrhh;gw;w epWtdq;fSf;F mwpTiu toq;Fjy; kw;Wk; cjTjy;</w:t>
            </w:r>
          </w:p>
          <w:p w:rsidR="00860753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860753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(f) rpWth; Jh;elj;ij njhlh;ghd Njrpa juT Kiwikiaj; jahh; nra;jy; kw;Wk; mjidg; NgzptUjy;.</w:t>
            </w:r>
          </w:p>
          <w:p w:rsidR="00860753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860753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</w:t>
            </w:r>
            <w:r w:rsidR="00B25F6A">
              <w:rPr>
                <w:rFonts w:ascii="Baamini" w:hAnsi="Baamini" w:cs="Iskoola Pota"/>
                <w:bCs/>
                <w:sz w:val="24"/>
                <w:szCs w:val="24"/>
              </w:rPr>
              <w:t>q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) chpa mikr;Rf;fs; kw;Wk; NtW epWtdq;fspd; MNyhridfis tpdtp rpWth;fSf;F rpWth; mutizg;Gr; Nritfis toq;Fk; rfy rka kw;Wk; mwf;fl;lis epWtdq;fisAk; fz;fhzpg;Gr; nra;jy; kw;Wk; mJ gw;wpa xOq;FWj;jy;fs; </w:t>
            </w:r>
          </w:p>
          <w:p w:rsidR="00860753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(r) rpWth; Jh;elj;ij kw;Wk; rpWth;fisg; ghJfhg;gJ rk;ge;jkhd Muha;r;rpfis elhj;jy;&gt; Nkk;gLj;jy; kw;Wk; xUq;fpizg;Gr; nra;jy;.</w:t>
            </w: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B25F6A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(Q)</w:t>
            </w:r>
            <w:r w:rsidR="00B25F6A">
              <w:rPr>
                <w:rFonts w:ascii="Baamini" w:hAnsi="Baamini" w:cs="Iskoola Pota"/>
                <w:bCs/>
                <w:sz w:val="24"/>
                <w:szCs w:val="24"/>
              </w:rPr>
              <w:t xml:space="preserve"> rpWth;fspd; ghJfhg;G kw;Wk; rpWth;fspd; chpikfisg; ghJfhg;gJ njhlh;ghf nghJ kf;fSf;F jfty;fis toq;Fjy; kw;Wk; fy;tpawpT+l;ly;</w:t>
            </w: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(l) rpWth; Jh;elj;ijf;Fs;s tha;g;Gf;fisf; Fiwg;gjw;fhf&gt; Rw;Wyh eltbf;iffSld; rk;ge;jg;gl;l rfy gphpTfSlDk; fye;Jiuahly;fis elhj;jy;. </w:t>
            </w: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860753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(z)rpWth; Jh;elj;ij gw;wpa nraykh;Tfs;&gt; fUj;juq;fSfs;&gt; fye;Jiuahly;fis xOq;F nra;jy; kw;Wk; mjw;fhd trjpfisr; nra;JnfhLj;jy;.</w:t>
            </w: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B25F6A" w:rsidRDefault="00B25F6A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(</w:t>
            </w:r>
            <w:r w:rsidR="00493F59">
              <w:rPr>
                <w:rFonts w:ascii="Baamini" w:hAnsi="Baamini" w:cs="Iskoola Pota"/>
                <w:bCs/>
                <w:sz w:val="24"/>
                <w:szCs w:val="24"/>
              </w:rPr>
              <w:t xml:space="preserve">j) rfy tifapYkhd rpWth; Jh;elj;ijfisAk; ntspg;gLj;jpf; nfhs;sy; kw;Wk; jLg;gJ rk;gjkhf ntspehl;L ntspehl;L muRfs; kw;Wk; rh;tNjr mikg;Gf;fSld; xUq;fpizg;igg; Ngzp eltbf;if Nkw;nfhs;sy; kw;Wk; jfty;fisg; ghpkhw;wpf; nfhs;sy;. </w:t>
            </w:r>
          </w:p>
          <w:p w:rsidR="00860753" w:rsidRPr="00E34AD7" w:rsidRDefault="00860753" w:rsidP="00813FA6">
            <w:pPr>
              <w:jc w:val="both"/>
              <w:rPr>
                <w:rFonts w:ascii="Baamini" w:hAnsi="Baamini" w:cs="Iskoola Pota"/>
                <w:bCs/>
                <w:sz w:val="24"/>
                <w:szCs w:val="24"/>
              </w:rPr>
            </w:pPr>
          </w:p>
        </w:tc>
        <w:tc>
          <w:tcPr>
            <w:tcW w:w="2549" w:type="dxa"/>
          </w:tcPr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lastRenderedPageBreak/>
              <w:t>1998 ,d; 50 Mk; ,yf;f Njrpa rpWth; ghJfhg;G mjpfhurig rl;lk;</w:t>
            </w: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ngz;fs;&gt; ,sk; Ml;fs; kw;Wk; rpWth;fis Nritf;F mkh;j;JtJ njhlh;ghd rl;lk;</w:t>
            </w: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rpWth;fs; kw;Wk; ,isQh;fs; gw;wpa fl;lisr; rl;lk; </w:t>
            </w:r>
          </w:p>
          <w:p w:rsid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</w:p>
          <w:p w:rsidR="00E34AD7" w:rsidRPr="00E34AD7" w:rsidRDefault="00E34AD7" w:rsidP="00E34AD7">
            <w:pPr>
              <w:rPr>
                <w:rFonts w:ascii="Baamini" w:hAnsi="Baamini" w:cs="Iskoola Pota"/>
                <w:bCs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fl;lhaf; fy;tp rk;ge;jkhd xOq;Ftpjpfs; </w:t>
            </w:r>
          </w:p>
        </w:tc>
        <w:tc>
          <w:tcPr>
            <w:tcW w:w="2916" w:type="dxa"/>
          </w:tcPr>
          <w:p w:rsidR="00E34AD7" w:rsidRDefault="00E34AD7" w:rsidP="00E34AD7">
            <w:pPr>
              <w:jc w:val="center"/>
              <w:rPr>
                <w:rFonts w:ascii="Baamini" w:hAnsi="Baamini" w:cs="Iskoola Pota"/>
                <w:bCs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www.childprotection.gov.lk</w:t>
            </w:r>
          </w:p>
        </w:tc>
      </w:tr>
    </w:tbl>
    <w:p w:rsidR="00E6098E" w:rsidRDefault="00E6098E" w:rsidP="00A32EDC">
      <w:pPr>
        <w:spacing w:after="0"/>
        <w:rPr>
          <w:rFonts w:cs="Iskoola Pota"/>
          <w:sz w:val="24"/>
          <w:szCs w:val="24"/>
          <w:lang w:bidi="si-LK"/>
        </w:rPr>
      </w:pPr>
    </w:p>
    <w:p w:rsidR="00493F59" w:rsidRDefault="00493F59" w:rsidP="00A32EDC">
      <w:pPr>
        <w:spacing w:after="0"/>
        <w:rPr>
          <w:rFonts w:cs="Iskoola Pota"/>
          <w:sz w:val="24"/>
          <w:szCs w:val="24"/>
          <w:lang w:bidi="si-LK"/>
        </w:rPr>
      </w:pPr>
    </w:p>
    <w:p w:rsidR="00493F59" w:rsidRDefault="00493F59" w:rsidP="00A32EDC">
      <w:pPr>
        <w:spacing w:after="0"/>
        <w:rPr>
          <w:rFonts w:cs="Iskoola Pota"/>
          <w:sz w:val="24"/>
          <w:szCs w:val="24"/>
          <w:lang w:bidi="si-LK"/>
        </w:rPr>
      </w:pPr>
    </w:p>
    <w:p w:rsidR="00B46E0B" w:rsidRDefault="00B46E0B" w:rsidP="00A32EDC">
      <w:pPr>
        <w:spacing w:after="0"/>
        <w:rPr>
          <w:rFonts w:cs="Iskoola Pota"/>
          <w:sz w:val="24"/>
          <w:szCs w:val="24"/>
          <w:lang w:bidi="si-LK"/>
        </w:rPr>
      </w:pPr>
    </w:p>
    <w:p w:rsidR="00493F59" w:rsidRPr="007319E2" w:rsidRDefault="00493F59" w:rsidP="00A32EDC">
      <w:pPr>
        <w:spacing w:after="0"/>
        <w:rPr>
          <w:rFonts w:cs="Iskoola Pota"/>
          <w:sz w:val="24"/>
          <w:szCs w:val="24"/>
          <w:lang w:bidi="si-LK"/>
        </w:rPr>
      </w:pPr>
    </w:p>
    <w:p w:rsidR="00ED14DD" w:rsidRPr="0054504C" w:rsidRDefault="00534A1F" w:rsidP="0054504C">
      <w:pPr>
        <w:spacing w:after="0"/>
        <w:rPr>
          <w:rFonts w:cs="Iskoola Pota"/>
          <w:sz w:val="24"/>
          <w:szCs w:val="24"/>
          <w:lang w:bidi="si-LK"/>
        </w:rPr>
      </w:pPr>
      <w:r w:rsidRPr="007319E2">
        <w:rPr>
          <w:rFonts w:cs="Iskoola Pota"/>
          <w:sz w:val="24"/>
          <w:szCs w:val="24"/>
        </w:rPr>
        <w:lastRenderedPageBreak/>
        <w:t xml:space="preserve">1. </w:t>
      </w:r>
      <w:r w:rsidR="00ED14DD">
        <w:rPr>
          <w:rFonts w:ascii="Baamini" w:hAnsi="Baamini" w:cs="Iskoola Pota"/>
          <w:bCs/>
          <w:sz w:val="24"/>
          <w:szCs w:val="24"/>
        </w:rPr>
        <w:t xml:space="preserve">gfpuq;f mjpfhurigapd; ngah; :- </w:t>
      </w:r>
      <w:r w:rsidR="00ED14DD" w:rsidRPr="00EF4E1D">
        <w:rPr>
          <w:rFonts w:ascii="Baamini" w:hAnsi="Baamini" w:cs="Iskoola Pota"/>
          <w:bCs/>
          <w:sz w:val="24"/>
          <w:szCs w:val="24"/>
        </w:rPr>
        <w:t>Njrpa rpWth; ghJfhg;G mjpfhurig</w:t>
      </w:r>
    </w:p>
    <w:p w:rsidR="00762F3C" w:rsidRPr="007319E2" w:rsidRDefault="00762F3C" w:rsidP="00A32EDC">
      <w:pPr>
        <w:spacing w:after="0"/>
        <w:rPr>
          <w:rFonts w:cs="Iskoola Pota"/>
          <w:sz w:val="24"/>
          <w:szCs w:val="24"/>
          <w:lang w:bidi="si-LK"/>
        </w:rPr>
      </w:pPr>
    </w:p>
    <w:tbl>
      <w:tblPr>
        <w:tblStyle w:val="TableGrid"/>
        <w:tblW w:w="10098" w:type="dxa"/>
        <w:tblLook w:val="04A0"/>
      </w:tblPr>
      <w:tblGrid>
        <w:gridCol w:w="2628"/>
        <w:gridCol w:w="4500"/>
        <w:gridCol w:w="2970"/>
      </w:tblGrid>
      <w:tr w:rsidR="00667AEB" w:rsidRPr="007319E2" w:rsidTr="003662F9">
        <w:tc>
          <w:tcPr>
            <w:tcW w:w="2628" w:type="dxa"/>
          </w:tcPr>
          <w:p w:rsidR="00667AEB" w:rsidRPr="00096763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gzp </w:t>
            </w:r>
            <w:r w:rsidRPr="00096763">
              <w:rPr>
                <w:rFonts w:cs="Iskoola Pota"/>
                <w:b/>
                <w:sz w:val="21"/>
                <w:szCs w:val="21"/>
              </w:rPr>
              <w:t xml:space="preserve">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nraw;gzp</w:t>
            </w:r>
          </w:p>
        </w:tc>
        <w:tc>
          <w:tcPr>
            <w:tcW w:w="4500" w:type="dxa"/>
          </w:tcPr>
          <w:p w:rsidR="00667AEB" w:rsidRPr="00096763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gzp </w:t>
            </w:r>
            <w:r w:rsidRPr="00096763">
              <w:rPr>
                <w:rFonts w:cs="Iskoola Pota"/>
                <w:b/>
                <w:sz w:val="21"/>
                <w:szCs w:val="21"/>
              </w:rPr>
              <w:t xml:space="preserve">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nraw;gzp kw;Wk; epakq;fis cs;slf;fpa vOj;J%ykhd rl;lq;fs;&gt; xOq;Ftpjpfs; Fwpg;gplg;gl;Ls;s rl;lq;fs;</w:t>
            </w:r>
            <w:r w:rsidRPr="00096763">
              <w:rPr>
                <w:rFonts w:cs="Iskoola Pota"/>
                <w:b/>
              </w:rPr>
              <w:t xml:space="preserve"> 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tpjpfs;</w:t>
            </w:r>
            <w:r w:rsidRPr="00096763">
              <w:rPr>
                <w:rFonts w:cs="Iskoola Pota"/>
                <w:b/>
              </w:rPr>
              <w:t xml:space="preserve"> /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fl;lisfs;</w:t>
            </w:r>
            <w:r w:rsidRPr="00096763">
              <w:rPr>
                <w:rFonts w:cs="Iskoola Pota"/>
                <w:b/>
              </w:rPr>
              <w:t xml:space="preserve"> 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xOq;Ftpjpfs;</w:t>
            </w:r>
            <w:r w:rsidRPr="00096763">
              <w:rPr>
                <w:rFonts w:cs="Iskoola Pota"/>
                <w:b/>
              </w:rPr>
              <w:t xml:space="preserve"> /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topfhl;ly;fs;</w:t>
            </w:r>
            <w:r w:rsidRPr="00096763">
              <w:rPr>
                <w:rFonts w:cs="Iskoola Pota"/>
                <w:b/>
              </w:rPr>
              <w:t xml:space="preserve"> / 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>Rw;wwpf;iffs;</w:t>
            </w:r>
            <w:r w:rsidRPr="00096763">
              <w:rPr>
                <w:rFonts w:cs="Iskoola Pota"/>
                <w:b/>
              </w:rPr>
              <w:t xml:space="preserve"> /</w:t>
            </w: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ifNaLfs; kw;Wk; NtW mwpf;iffspd; gl;bay; </w:t>
            </w:r>
          </w:p>
        </w:tc>
        <w:tc>
          <w:tcPr>
            <w:tcW w:w="2970" w:type="dxa"/>
          </w:tcPr>
          <w:p w:rsidR="00667AEB" w:rsidRPr="00096763" w:rsidRDefault="00667AEB" w:rsidP="00667AEB">
            <w:pPr>
              <w:spacing w:line="276" w:lineRule="auto"/>
              <w:jc w:val="center"/>
              <w:rPr>
                <w:rFonts w:cs="Iskoola Pota"/>
                <w:b/>
                <w:sz w:val="24"/>
                <w:szCs w:val="24"/>
              </w:rPr>
            </w:pPr>
            <w:r w:rsidRPr="00096763">
              <w:rPr>
                <w:rFonts w:ascii="Baamini" w:hAnsi="Baamini" w:cs="Iskoola Pota"/>
                <w:b/>
                <w:sz w:val="24"/>
                <w:szCs w:val="24"/>
              </w:rPr>
              <w:t xml:space="preserve">mwpf;iffspd; jfty;fisg; ngw;Wf; nfhs;sf;$ba ,izaj;jsk; </w:t>
            </w:r>
          </w:p>
        </w:tc>
      </w:tr>
      <w:tr w:rsidR="00667AEB" w:rsidRPr="007319E2" w:rsidTr="00534A1F">
        <w:tc>
          <w:tcPr>
            <w:tcW w:w="2628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ntspehL mbg;gilapy; rpWth;fis jj;njLf;f ngw;Wf; nfhLj;jy; kw;Wk; khw;W mutizg;G </w:t>
            </w:r>
          </w:p>
        </w:tc>
        <w:tc>
          <w:tcPr>
            <w:tcW w:w="4500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  <w:r w:rsidRPr="0054504C">
              <w:rPr>
                <w:rFonts w:cs="Iskoola Pota"/>
                <w:cs/>
                <w:lang w:bidi="si-LK"/>
              </w:rPr>
              <w:t xml:space="preserve">1.1941 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,d;</w:t>
            </w:r>
            <w:r w:rsidRPr="0054504C">
              <w:rPr>
                <w:rFonts w:cs="Iskoola Pota"/>
                <w:cs/>
                <w:lang w:bidi="si-LK"/>
              </w:rPr>
              <w:t xml:space="preserve"> 24 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Mk; ,yf;f rl;lk;</w:t>
            </w:r>
            <w:r w:rsidRPr="0054504C">
              <w:rPr>
                <w:rFonts w:cs="Iskoola Pota"/>
                <w:cs/>
                <w:lang w:bidi="si-LK"/>
              </w:rPr>
              <w:t xml:space="preserve">, 1995 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,d;</w:t>
            </w:r>
            <w:r w:rsidRPr="0054504C">
              <w:rPr>
                <w:rFonts w:cs="Iskoola Pota"/>
                <w:cs/>
                <w:lang w:bidi="si-LK"/>
              </w:rPr>
              <w:t xml:space="preserve"> 15 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Mk; ,yf;f jpUj;jr; rl;lk; </w:t>
            </w:r>
          </w:p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</w:p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  <w:r w:rsidRPr="0054504C">
              <w:rPr>
                <w:rFonts w:cs="Iskoola Pota"/>
                <w:cs/>
                <w:lang w:bidi="si-LK"/>
              </w:rPr>
              <w:t xml:space="preserve">2. 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ehLfSf;F ,ilNa rpWth;fis jj;njLj;jy; njhlh;ghf kw;Wk; rpWth;fspd; ghJfhg;G gw;wpa rkthak; </w:t>
            </w:r>
          </w:p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</w:p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  <w:r w:rsidRPr="0054504C">
              <w:rPr>
                <w:rFonts w:cs="Iskoola Pota"/>
                <w:cs/>
                <w:lang w:bidi="si-LK"/>
              </w:rPr>
              <w:t xml:space="preserve">3. 2018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mwpKfk; nra;ag;gl;l khw;W mutizg;Gf; nfhs;if </w:t>
            </w:r>
          </w:p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</w:p>
        </w:tc>
        <w:tc>
          <w:tcPr>
            <w:tcW w:w="297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534A1F">
        <w:tc>
          <w:tcPr>
            <w:tcW w:w="2628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nghWg;G kw;Wk; ghJfhg;G mtrpakhd rpWth;fSf;F mutizg;igr; nra;JnfhLj;jy;</w:t>
            </w:r>
          </w:p>
        </w:tc>
        <w:tc>
          <w:tcPr>
            <w:tcW w:w="4500" w:type="dxa"/>
          </w:tcPr>
          <w:p w:rsidR="00667AEB" w:rsidRPr="0054504C" w:rsidRDefault="00667AEB" w:rsidP="00667AEB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="Iskoola Pota"/>
              </w:rPr>
            </w:pPr>
            <w:r w:rsidRPr="0054504C">
              <w:rPr>
                <w:rFonts w:cs="Iskoola Pota"/>
                <w:cs/>
                <w:lang w:bidi="si-LK"/>
              </w:rPr>
              <w:t xml:space="preserve"> 1939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,d; </w:t>
            </w:r>
            <w:r w:rsidRPr="0054504C">
              <w:rPr>
                <w:rFonts w:cs="Iskoola Pota"/>
                <w:cs/>
                <w:lang w:bidi="si-LK"/>
              </w:rPr>
              <w:t xml:space="preserve">48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Mk; ,yf;f rpWth; rl;lk; </w:t>
            </w:r>
          </w:p>
          <w:p w:rsidR="00667AEB" w:rsidRPr="0054504C" w:rsidRDefault="00667AEB" w:rsidP="00667AEB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="Iskoola Pota"/>
              </w:rPr>
            </w:pPr>
            <w:r w:rsidRPr="0054504C">
              <w:rPr>
                <w:rFonts w:cs="Iskoola Pota"/>
                <w:cs/>
                <w:lang w:bidi="si-LK"/>
              </w:rPr>
              <w:t xml:space="preserve">2002 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,d; </w:t>
            </w:r>
            <w:r w:rsidRPr="0054504C">
              <w:rPr>
                <w:rFonts w:cs="Iskoola Pota"/>
                <w:cs/>
                <w:lang w:bidi="si-LK"/>
              </w:rPr>
              <w:t xml:space="preserve">39 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Mk; ,yf;f jpUj;jr; rl;lk; </w:t>
            </w:r>
          </w:p>
        </w:tc>
        <w:tc>
          <w:tcPr>
            <w:tcW w:w="297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534A1F">
        <w:tc>
          <w:tcPr>
            <w:tcW w:w="2628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rpWth; chpikfis cWjp nra;jy;</w:t>
            </w:r>
          </w:p>
        </w:tc>
        <w:tc>
          <w:tcPr>
            <w:tcW w:w="4500" w:type="dxa"/>
          </w:tcPr>
          <w:p w:rsidR="00667AEB" w:rsidRPr="0053400E" w:rsidRDefault="00667AEB" w:rsidP="00667AEB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="Iskoola Pota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rh;tNjr rpWth; chpikfs; rkthak; </w:t>
            </w:r>
          </w:p>
          <w:p w:rsidR="00667AEB" w:rsidRPr="002C105E" w:rsidRDefault="00667AEB" w:rsidP="00667AEB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="Iskoola Pota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rfy tifapYkhd Jd;GWj;jy;fisAk; jLg;gjw;fhd Njrpa rk;gt Kfhikj;Jt topfhl;ly;fs; </w:t>
            </w:r>
          </w:p>
          <w:p w:rsidR="00667AEB" w:rsidRPr="0054504C" w:rsidRDefault="00667AEB" w:rsidP="00667AEB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="Iskoola Pota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fpuhkpa rpWth; mgptpUj;jpf; FOf;fSf;fhd topfhl;ly;fs; </w:t>
            </w:r>
          </w:p>
        </w:tc>
        <w:tc>
          <w:tcPr>
            <w:tcW w:w="297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534A1F">
        <w:tc>
          <w:tcPr>
            <w:tcW w:w="2628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  <w:cs/>
                <w:lang w:bidi="si-LK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khtl;l kw;Wk; gpuNjr nrayfq;fspy; rpWth; chpikfs; mYtyh;</w:t>
            </w:r>
            <w:r w:rsidRPr="0054504C">
              <w:rPr>
                <w:rFonts w:cs="Iskoola Pota"/>
                <w:cs/>
                <w:lang w:bidi="si-LK"/>
              </w:rPr>
              <w:t>/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 xml:space="preserve"> rpWth; chpikfs; cjtpahsh; Kd;Ndw;wj;ij mwpf;ifaply; </w:t>
            </w:r>
          </w:p>
        </w:tc>
        <w:tc>
          <w:tcPr>
            <w:tcW w:w="4500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Rw;wwpf;if </w:t>
            </w:r>
            <w:r w:rsidRPr="0054504C">
              <w:rPr>
                <w:rFonts w:cs="Iskoola Pota"/>
                <w:cs/>
                <w:lang w:bidi="si-LK"/>
              </w:rPr>
              <w:t>2017/02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Kd;Ndw;wk; </w:t>
            </w:r>
            <w:r w:rsidRPr="0054504C">
              <w:rPr>
                <w:rFonts w:cs="Iskoola Pota"/>
                <w:cs/>
                <w:lang w:bidi="si-LK"/>
              </w:rPr>
              <w:t>2025</w:t>
            </w:r>
          </w:p>
        </w:tc>
        <w:tc>
          <w:tcPr>
            <w:tcW w:w="297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7AEB" w:rsidRPr="007319E2" w:rsidTr="00534A1F">
        <w:tc>
          <w:tcPr>
            <w:tcW w:w="2628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  <w:cs/>
                <w:lang w:bidi="si-LK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rpWth; fofq;fs;</w:t>
            </w:r>
            <w:r w:rsidRPr="0054504C">
              <w:rPr>
                <w:rFonts w:cs="Iskoola Pota"/>
                <w:cs/>
                <w:lang w:bidi="si-LK"/>
              </w:rPr>
              <w:t>/</w:t>
            </w: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rpWth; rigfisj; jhgpj;jy; kw;Wk; NgzptUjy;</w:t>
            </w:r>
          </w:p>
        </w:tc>
        <w:tc>
          <w:tcPr>
            <w:tcW w:w="4500" w:type="dxa"/>
          </w:tcPr>
          <w:p w:rsidR="00667AEB" w:rsidRPr="0054504C" w:rsidRDefault="00667AEB" w:rsidP="00667AEB">
            <w:pPr>
              <w:spacing w:line="276" w:lineRule="auto"/>
              <w:rPr>
                <w:rFonts w:cs="Iskoola Pota"/>
                <w:cs/>
                <w:lang w:bidi="si-LK"/>
              </w:rPr>
            </w:pPr>
            <w:r>
              <w:rPr>
                <w:rFonts w:ascii="Baamini" w:eastAsia="Times New Roman" w:hAnsi="Baamini" w:cs="Times New Roman"/>
                <w:bCs/>
                <w:color w:val="000000"/>
                <w:sz w:val="24"/>
                <w:szCs w:val="24"/>
              </w:rPr>
              <w:t>rpWth; fof ahg;G</w:t>
            </w:r>
          </w:p>
        </w:tc>
        <w:tc>
          <w:tcPr>
            <w:tcW w:w="2970" w:type="dxa"/>
          </w:tcPr>
          <w:p w:rsidR="00667AEB" w:rsidRPr="007319E2" w:rsidRDefault="00667AEB" w:rsidP="00667AEB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</w:tbl>
    <w:p w:rsidR="00590A00" w:rsidRDefault="00590A00" w:rsidP="00A32EDC">
      <w:pPr>
        <w:spacing w:after="0"/>
        <w:rPr>
          <w:rFonts w:cs="Iskoola Pota"/>
          <w:sz w:val="24"/>
          <w:szCs w:val="24"/>
          <w:lang w:bidi="si-LK"/>
        </w:rPr>
      </w:pPr>
    </w:p>
    <w:p w:rsidR="0094740C" w:rsidRDefault="0094740C" w:rsidP="00374D52">
      <w:pPr>
        <w:spacing w:after="0"/>
        <w:rPr>
          <w:rFonts w:ascii="Baamini" w:hAnsi="Baamini"/>
          <w:b/>
          <w:bCs/>
          <w:sz w:val="24"/>
          <w:szCs w:val="24"/>
        </w:rPr>
      </w:pPr>
    </w:p>
    <w:p w:rsidR="0094740C" w:rsidRDefault="0094740C" w:rsidP="00374D52">
      <w:pPr>
        <w:spacing w:after="0"/>
        <w:rPr>
          <w:rFonts w:ascii="Baamini" w:hAnsi="Baamini"/>
          <w:b/>
          <w:bCs/>
          <w:sz w:val="24"/>
          <w:szCs w:val="24"/>
        </w:rPr>
      </w:pPr>
    </w:p>
    <w:p w:rsidR="00360CAE" w:rsidRDefault="00360CAE" w:rsidP="00374D52">
      <w:pPr>
        <w:spacing w:after="0"/>
        <w:rPr>
          <w:rFonts w:ascii="Baamini" w:hAnsi="Baamini"/>
          <w:b/>
          <w:bCs/>
          <w:sz w:val="24"/>
          <w:szCs w:val="24"/>
          <w:lang w:bidi="si-LK"/>
        </w:rPr>
      </w:pPr>
      <w:r w:rsidRPr="005D7B64">
        <w:rPr>
          <w:rFonts w:ascii="Baamini" w:hAnsi="Baamini"/>
          <w:b/>
          <w:bCs/>
          <w:sz w:val="24"/>
          <w:szCs w:val="24"/>
        </w:rPr>
        <w:lastRenderedPageBreak/>
        <w:t xml:space="preserve">%d;whk; gpupT </w:t>
      </w:r>
    </w:p>
    <w:p w:rsidR="00374D52" w:rsidRPr="00374D52" w:rsidRDefault="00374D52" w:rsidP="00374D52">
      <w:pPr>
        <w:spacing w:after="0"/>
        <w:rPr>
          <w:rFonts w:ascii="Baamini" w:hAnsi="Baamini" w:cs="Iskoola Pota"/>
          <w:b/>
          <w:bCs/>
          <w:sz w:val="24"/>
          <w:szCs w:val="24"/>
          <w:lang w:bidi="si-LK"/>
        </w:rPr>
      </w:pPr>
    </w:p>
    <w:p w:rsidR="00360CAE" w:rsidRDefault="00374D52" w:rsidP="00374D52">
      <w:pPr>
        <w:spacing w:after="5" w:line="249" w:lineRule="auto"/>
        <w:ind w:left="720" w:hanging="720"/>
        <w:jc w:val="both"/>
        <w:rPr>
          <w:rFonts w:ascii="Baamini" w:hAnsi="Baamini"/>
          <w:b/>
          <w:bCs/>
          <w:sz w:val="24"/>
          <w:szCs w:val="24"/>
          <w:lang w:bidi="si-LK"/>
        </w:rPr>
      </w:pPr>
      <w:r>
        <w:rPr>
          <w:rFonts w:ascii="Baamini" w:hAnsi="Baamini" w:hint="cs"/>
          <w:b/>
          <w:bCs/>
          <w:sz w:val="24"/>
          <w:szCs w:val="24"/>
          <w:cs/>
          <w:lang w:bidi="si-LK"/>
        </w:rPr>
        <w:t>08.</w:t>
      </w:r>
      <w:r>
        <w:rPr>
          <w:rFonts w:ascii="Baamini" w:hAnsi="Baamini" w:hint="cs"/>
          <w:b/>
          <w:bCs/>
          <w:sz w:val="24"/>
          <w:szCs w:val="24"/>
          <w:cs/>
          <w:lang w:bidi="si-LK"/>
        </w:rPr>
        <w:tab/>
      </w:r>
      <w:r w:rsidR="00360CAE" w:rsidRPr="005D7B64">
        <w:rPr>
          <w:rFonts w:ascii="Baamini" w:hAnsi="Baamini"/>
          <w:b/>
          <w:bCs/>
          <w:sz w:val="24"/>
          <w:szCs w:val="24"/>
        </w:rPr>
        <w:t>mikr;R kw;Wk; xtn; thU gfpuq;f mjpfhu rigf;Fk; mur tuT nryTj; jpl;lk;</w:t>
      </w:r>
      <w:r w:rsidR="00360CAE" w:rsidRPr="00360CAE">
        <w:rPr>
          <w:rFonts w:ascii="Times New Roman" w:eastAsia="Iskoola Pota" w:hAnsi="Times New Roman" w:cs="Times New Roman"/>
          <w:b/>
          <w:bCs/>
          <w:sz w:val="24"/>
          <w:szCs w:val="24"/>
        </w:rPr>
        <w:t>/</w:t>
      </w:r>
      <w:r w:rsidR="00360CAE" w:rsidRPr="005D7B64">
        <w:rPr>
          <w:rFonts w:ascii="Baamini" w:hAnsi="Baamini"/>
          <w:b/>
          <w:bCs/>
          <w:sz w:val="24"/>
          <w:szCs w:val="24"/>
        </w:rPr>
        <w:t>khfhz rig epjpepiy mwpf;iffs;</w:t>
      </w:r>
      <w:r w:rsidR="00360CAE" w:rsidRPr="00360CAE">
        <w:rPr>
          <w:rFonts w:ascii="Times New Roman" w:eastAsia="Iskoola Pota" w:hAnsi="Times New Roman" w:cs="Times New Roman"/>
          <w:b/>
          <w:bCs/>
          <w:sz w:val="24"/>
          <w:szCs w:val="24"/>
        </w:rPr>
        <w:t>/</w:t>
      </w:r>
      <w:r w:rsidR="00360CAE" w:rsidRPr="005D7B64">
        <w:rPr>
          <w:rFonts w:ascii="Baamini" w:hAnsi="Baamini"/>
          <w:b/>
          <w:bCs/>
          <w:sz w:val="24"/>
          <w:szCs w:val="24"/>
        </w:rPr>
        <w:t xml:space="preserve">Ra tuT nryTj; jpl;l Mtzq;fspypUe;J xJf;fg;gl;l tUkhdk; kw;Wk; nrytpdk; Fwpj;j jfty;fs;. </w:t>
      </w:r>
    </w:p>
    <w:p w:rsidR="00374D52" w:rsidRPr="005D7B64" w:rsidRDefault="00374D52" w:rsidP="00374D52">
      <w:pPr>
        <w:spacing w:after="5" w:line="249" w:lineRule="auto"/>
        <w:ind w:left="720" w:hanging="720"/>
        <w:jc w:val="both"/>
        <w:rPr>
          <w:rFonts w:ascii="Baamini" w:hAnsi="Baamini"/>
          <w:b/>
          <w:bCs/>
          <w:sz w:val="24"/>
          <w:szCs w:val="24"/>
          <w:lang w:bidi="si-LK"/>
        </w:rPr>
      </w:pPr>
    </w:p>
    <w:p w:rsidR="00360CAE" w:rsidRPr="005D7B64" w:rsidRDefault="00374D52" w:rsidP="00374D52">
      <w:pPr>
        <w:spacing w:after="30"/>
        <w:ind w:right="-1440"/>
        <w:rPr>
          <w:rFonts w:ascii="Baamini" w:hAnsi="Baamini"/>
          <w:b/>
          <w:bCs/>
          <w:sz w:val="24"/>
          <w:szCs w:val="24"/>
        </w:rPr>
      </w:pPr>
      <w:r>
        <w:rPr>
          <w:rFonts w:ascii="Baamini" w:eastAsia="Iskoola Pota" w:hAnsi="Baamini" w:cs="Iskoola Pota" w:hint="cs"/>
          <w:b/>
          <w:bCs/>
          <w:sz w:val="24"/>
          <w:szCs w:val="24"/>
          <w:cs/>
          <w:lang w:bidi="si-LK"/>
        </w:rPr>
        <w:t xml:space="preserve">        </w:t>
      </w:r>
      <w:r w:rsidR="00360CAE" w:rsidRPr="005D7B64">
        <w:rPr>
          <w:rFonts w:ascii="Baamini" w:hAnsi="Baamini"/>
          <w:b/>
          <w:bCs/>
          <w:sz w:val="24"/>
          <w:szCs w:val="24"/>
        </w:rPr>
        <w:t>mikr;R</w:t>
      </w:r>
      <w:r w:rsidR="00360CAE" w:rsidRPr="00360CAE">
        <w:rPr>
          <w:rFonts w:ascii="Times New Roman" w:eastAsia="Iskoola Pota" w:hAnsi="Times New Roman" w:cs="Times New Roman"/>
          <w:b/>
          <w:bCs/>
          <w:sz w:val="24"/>
          <w:szCs w:val="24"/>
        </w:rPr>
        <w:t>/</w:t>
      </w:r>
      <w:r>
        <w:rPr>
          <w:rFonts w:ascii="Baamini" w:hAnsi="Baamini"/>
          <w:b/>
          <w:bCs/>
          <w:sz w:val="24"/>
          <w:szCs w:val="24"/>
        </w:rPr>
        <w:t>gfpuq;f mjpfhurigapd;</w:t>
      </w:r>
      <w:r>
        <w:rPr>
          <w:rFonts w:ascii="Baamini" w:hAnsi="Baamini" w:hint="cs"/>
          <w:b/>
          <w:bCs/>
          <w:sz w:val="24"/>
          <w:szCs w:val="24"/>
          <w:cs/>
          <w:lang w:bidi="si-LK"/>
        </w:rPr>
        <w:t xml:space="preserve"> </w:t>
      </w:r>
      <w:r w:rsidRPr="005D7B64">
        <w:rPr>
          <w:rFonts w:ascii="Baamini" w:hAnsi="Baamini"/>
          <w:b/>
          <w:bCs/>
          <w:sz w:val="24"/>
          <w:szCs w:val="24"/>
        </w:rPr>
        <w:t>ngau;</w:t>
      </w: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 xml:space="preserve"> :-</w:t>
      </w:r>
    </w:p>
    <w:p w:rsidR="00360CAE" w:rsidRPr="005D7B64" w:rsidRDefault="00360CAE" w:rsidP="00360CAE">
      <w:pPr>
        <w:numPr>
          <w:ilvl w:val="1"/>
          <w:numId w:val="36"/>
        </w:numPr>
        <w:spacing w:after="55" w:line="249" w:lineRule="auto"/>
        <w:ind w:hanging="720"/>
        <w:jc w:val="both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hAnsi="Baamini"/>
          <w:b/>
          <w:bCs/>
          <w:sz w:val="24"/>
          <w:szCs w:val="24"/>
        </w:rPr>
        <w:t xml:space="preserve">tUkhd tpguq;fs; </w:t>
      </w:r>
    </w:p>
    <w:p w:rsidR="00360CAE" w:rsidRPr="005D7B64" w:rsidRDefault="00360CAE" w:rsidP="00374D52">
      <w:pPr>
        <w:ind w:left="720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hAnsi="Baamini"/>
          <w:b/>
          <w:bCs/>
          <w:sz w:val="24"/>
          <w:szCs w:val="24"/>
        </w:rPr>
        <w:t>mur ghjPL</w:t>
      </w:r>
      <w:r w:rsidRPr="00360CAE">
        <w:rPr>
          <w:rFonts w:ascii="Times New Roman" w:eastAsia="Iskoola Pota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 xml:space="preserve">epjpepiy mwpf;iffs; </w:t>
      </w:r>
      <w:r w:rsidRPr="00360CAE">
        <w:rPr>
          <w:rFonts w:ascii="Times New Roman" w:eastAsia="Iskoola Pota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 xml:space="preserve"> Ra tuT nryTj; jpl;lj;jpd; gbahd tUkhd tpguq;fs; (tUkhdk; tR+ypf;Fk; epWtdq;fSf;F kl;Lk;) </w:t>
      </w:r>
    </w:p>
    <w:p w:rsidR="0054504C" w:rsidRPr="00221D26" w:rsidRDefault="0054504C" w:rsidP="00A32EDC">
      <w:pPr>
        <w:spacing w:after="0"/>
        <w:ind w:left="720"/>
        <w:jc w:val="both"/>
        <w:rPr>
          <w:rFonts w:cs="Iskoola Pota"/>
          <w:sz w:val="2"/>
          <w:szCs w:val="2"/>
        </w:rPr>
      </w:pPr>
    </w:p>
    <w:tbl>
      <w:tblPr>
        <w:tblStyle w:val="TableGrid"/>
        <w:tblW w:w="9915" w:type="dxa"/>
        <w:tblLook w:val="04A0"/>
      </w:tblPr>
      <w:tblGrid>
        <w:gridCol w:w="3305"/>
        <w:gridCol w:w="3305"/>
        <w:gridCol w:w="3305"/>
      </w:tblGrid>
      <w:tr w:rsidR="00360CAE" w:rsidRPr="007319E2" w:rsidTr="00221D26">
        <w:trPr>
          <w:trHeight w:val="728"/>
        </w:trPr>
        <w:tc>
          <w:tcPr>
            <w:tcW w:w="3305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tUkhdk; </w:t>
            </w:r>
          </w:p>
        </w:tc>
        <w:tc>
          <w:tcPr>
            <w:tcW w:w="3305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kjpg;gplg;gl;l tUkhdk; (&amp;gha; kpy;ypad;)</w:t>
            </w:r>
          </w:p>
        </w:tc>
        <w:tc>
          <w:tcPr>
            <w:tcW w:w="3305" w:type="dxa"/>
          </w:tcPr>
          <w:p w:rsidR="00360CAE" w:rsidRPr="005D7B64" w:rsidRDefault="00360CAE" w:rsidP="00360CAE">
            <w:pPr>
              <w:spacing w:line="216" w:lineRule="auto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cz;ikapy; Nrfupf;fg;gl;l tUkhdk; </w:t>
            </w:r>
          </w:p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((&amp;gha; kpy;ypad;) </w:t>
            </w:r>
          </w:p>
        </w:tc>
      </w:tr>
      <w:tr w:rsidR="00360CAE" w:rsidRPr="007319E2" w:rsidTr="00DB20A1">
        <w:trPr>
          <w:trHeight w:val="350"/>
        </w:trPr>
        <w:tc>
          <w:tcPr>
            <w:tcW w:w="3305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305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305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</w:p>
        </w:tc>
      </w:tr>
      <w:tr w:rsidR="00360CAE" w:rsidRPr="007319E2" w:rsidTr="00DB20A1">
        <w:trPr>
          <w:trHeight w:val="359"/>
        </w:trPr>
        <w:tc>
          <w:tcPr>
            <w:tcW w:w="3305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305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305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</w:p>
        </w:tc>
      </w:tr>
    </w:tbl>
    <w:p w:rsidR="00590A00" w:rsidRPr="007319E2" w:rsidRDefault="00590A00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p w:rsidR="00360CAE" w:rsidRPr="005D7B64" w:rsidRDefault="00360CAE" w:rsidP="00360CAE">
      <w:pPr>
        <w:numPr>
          <w:ilvl w:val="1"/>
          <w:numId w:val="36"/>
        </w:numPr>
        <w:spacing w:after="56" w:line="249" w:lineRule="auto"/>
        <w:ind w:hanging="720"/>
        <w:jc w:val="both"/>
        <w:rPr>
          <w:rFonts w:ascii="Baamini" w:hAnsi="Baamini"/>
          <w:b/>
          <w:bCs/>
          <w:sz w:val="24"/>
          <w:szCs w:val="24"/>
        </w:rPr>
      </w:pPr>
      <w:r w:rsidRPr="005D7B64">
        <w:rPr>
          <w:rFonts w:ascii="Baamini" w:hAnsi="Baamini"/>
          <w:b/>
          <w:bCs/>
          <w:sz w:val="24"/>
          <w:szCs w:val="24"/>
        </w:rPr>
        <w:t xml:space="preserve">nryT tpguq;fs; </w:t>
      </w:r>
    </w:p>
    <w:p w:rsidR="0021618B" w:rsidRPr="00221D26" w:rsidRDefault="00360CAE" w:rsidP="00221D26">
      <w:pPr>
        <w:tabs>
          <w:tab w:val="center" w:pos="720"/>
          <w:tab w:val="center" w:pos="4692"/>
        </w:tabs>
        <w:rPr>
          <w:rFonts w:ascii="Baamini" w:hAnsi="Baamini"/>
          <w:b/>
          <w:bCs/>
          <w:sz w:val="24"/>
          <w:szCs w:val="24"/>
          <w:rtl/>
          <w:cs/>
        </w:rPr>
      </w:pPr>
      <w:r w:rsidRPr="005D7B64">
        <w:rPr>
          <w:rFonts w:ascii="Baamini" w:eastAsia="Iskoola Pota" w:hAnsi="Baamini" w:cs="Iskoola Pota"/>
          <w:b/>
          <w:bCs/>
          <w:sz w:val="24"/>
          <w:szCs w:val="24"/>
        </w:rPr>
        <w:tab/>
      </w:r>
      <w:r w:rsidR="00374D52">
        <w:rPr>
          <w:rFonts w:ascii="Baamini" w:eastAsia="Iskoola Pota" w:hAnsi="Baamini" w:cs="Iskoola Pota" w:hint="cs"/>
          <w:b/>
          <w:bCs/>
          <w:sz w:val="24"/>
          <w:szCs w:val="24"/>
          <w:cs/>
          <w:lang w:bidi="si-LK"/>
        </w:rPr>
        <w:t xml:space="preserve">           </w:t>
      </w:r>
      <w:r w:rsidRPr="005D7B64">
        <w:rPr>
          <w:rFonts w:ascii="Baamini" w:hAnsi="Baamini"/>
          <w:b/>
          <w:bCs/>
          <w:sz w:val="24"/>
          <w:szCs w:val="24"/>
        </w:rPr>
        <w:t>mur ghjPL</w:t>
      </w:r>
      <w:r w:rsidRPr="00360CAE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 xml:space="preserve">epjpepiyawpf;iffs; </w:t>
      </w:r>
      <w:r w:rsidRPr="00360CAE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5D7B64">
        <w:rPr>
          <w:rFonts w:ascii="Baamini" w:hAnsi="Baamini"/>
          <w:b/>
          <w:bCs/>
          <w:sz w:val="24"/>
          <w:szCs w:val="24"/>
        </w:rPr>
        <w:t xml:space="preserve">Ra tuT nryTj; jpl;lj;jpd; gb </w:t>
      </w:r>
    </w:p>
    <w:tbl>
      <w:tblPr>
        <w:tblStyle w:val="TableGrid"/>
        <w:tblW w:w="9798" w:type="dxa"/>
        <w:tblLook w:val="04A0"/>
      </w:tblPr>
      <w:tblGrid>
        <w:gridCol w:w="4338"/>
        <w:gridCol w:w="2700"/>
        <w:gridCol w:w="2760"/>
      </w:tblGrid>
      <w:tr w:rsidR="00360CAE" w:rsidRPr="007319E2" w:rsidTr="00221D26">
        <w:trPr>
          <w:trHeight w:val="881"/>
        </w:trPr>
        <w:tc>
          <w:tcPr>
            <w:tcW w:w="4338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nryT tifg;gLj;jy;  </w:t>
            </w:r>
          </w:p>
        </w:tc>
        <w:tc>
          <w:tcPr>
            <w:tcW w:w="2700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kjpg;gplg;gl;l nryT (&amp;gha; kpy;ypad;)</w:t>
            </w:r>
          </w:p>
        </w:tc>
        <w:tc>
          <w:tcPr>
            <w:tcW w:w="2760" w:type="dxa"/>
          </w:tcPr>
          <w:p w:rsidR="00360CAE" w:rsidRPr="005D7B64" w:rsidRDefault="00360CAE" w:rsidP="00360CAE">
            <w:pPr>
              <w:spacing w:line="259" w:lineRule="auto"/>
              <w:ind w:right="53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cz;ikr; nryT </w:t>
            </w:r>
          </w:p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(&amp;gha; kpy;ypad;) </w:t>
            </w:r>
          </w:p>
        </w:tc>
      </w:tr>
      <w:tr w:rsidR="00360CAE" w:rsidRPr="007319E2" w:rsidTr="00C475A6">
        <w:trPr>
          <w:trHeight w:val="359"/>
        </w:trPr>
        <w:tc>
          <w:tcPr>
            <w:tcW w:w="4338" w:type="dxa"/>
            <w:vAlign w:val="center"/>
          </w:tcPr>
          <w:p w:rsidR="00360CAE" w:rsidRPr="007319E2" w:rsidRDefault="00360CAE" w:rsidP="00360CAE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kPz;nlOk; nrytpdk;</w:t>
            </w:r>
          </w:p>
        </w:tc>
        <w:tc>
          <w:tcPr>
            <w:tcW w:w="270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15,315.10</w:t>
            </w:r>
          </w:p>
        </w:tc>
        <w:tc>
          <w:tcPr>
            <w:tcW w:w="276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5,156.78</w:t>
            </w:r>
          </w:p>
        </w:tc>
      </w:tr>
      <w:tr w:rsidR="00360CAE" w:rsidRPr="007319E2" w:rsidTr="00C475A6">
        <w:trPr>
          <w:trHeight w:val="350"/>
        </w:trPr>
        <w:tc>
          <w:tcPr>
            <w:tcW w:w="4338" w:type="dxa"/>
            <w:vAlign w:val="center"/>
          </w:tcPr>
          <w:p w:rsidR="00360CAE" w:rsidRPr="007319E2" w:rsidRDefault="00360CAE" w:rsidP="00360CAE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%yjd nrytpdk; </w:t>
            </w:r>
          </w:p>
        </w:tc>
        <w:tc>
          <w:tcPr>
            <w:tcW w:w="270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2,745.31</w:t>
            </w:r>
          </w:p>
        </w:tc>
        <w:tc>
          <w:tcPr>
            <w:tcW w:w="276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25.53</w:t>
            </w:r>
          </w:p>
        </w:tc>
      </w:tr>
    </w:tbl>
    <w:p w:rsidR="00590A00" w:rsidRPr="007319E2" w:rsidRDefault="00590A00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p w:rsidR="00EF4E1D" w:rsidRPr="00EF4E1D" w:rsidRDefault="00EF4E1D" w:rsidP="00EF4E1D">
      <w:pPr>
        <w:spacing w:after="0"/>
        <w:jc w:val="both"/>
        <w:rPr>
          <w:rFonts w:ascii="Baamini" w:hAnsi="Baamini" w:cs="Iskoola Pota"/>
          <w:bCs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 xml:space="preserve">gfpuq;f mjpfhurigapd; ngah; :- </w:t>
      </w:r>
      <w:r w:rsidRPr="00EF4E1D">
        <w:rPr>
          <w:rFonts w:ascii="Baamini" w:hAnsi="Baamini" w:cs="Iskoola Pota"/>
          <w:bCs/>
          <w:sz w:val="24"/>
          <w:szCs w:val="24"/>
        </w:rPr>
        <w:t>Njrpa rpWth; ghJfhg;G mjpfhurig</w:t>
      </w:r>
    </w:p>
    <w:p w:rsidR="004816A6" w:rsidRPr="007319E2" w:rsidRDefault="004816A6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tbl>
      <w:tblPr>
        <w:tblStyle w:val="TableGrid"/>
        <w:tblW w:w="9798" w:type="dxa"/>
        <w:tblLook w:val="04A0"/>
      </w:tblPr>
      <w:tblGrid>
        <w:gridCol w:w="4338"/>
        <w:gridCol w:w="2790"/>
        <w:gridCol w:w="2670"/>
      </w:tblGrid>
      <w:tr w:rsidR="00360CAE" w:rsidRPr="007319E2" w:rsidTr="00221D26">
        <w:trPr>
          <w:trHeight w:val="737"/>
        </w:trPr>
        <w:tc>
          <w:tcPr>
            <w:tcW w:w="4338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nryT tifg;gLj;jy;  </w:t>
            </w:r>
          </w:p>
        </w:tc>
        <w:tc>
          <w:tcPr>
            <w:tcW w:w="2790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kjpg;gplg;gl;l nryT (&amp;gha; kpy;ypad;)</w:t>
            </w:r>
          </w:p>
        </w:tc>
        <w:tc>
          <w:tcPr>
            <w:tcW w:w="2670" w:type="dxa"/>
          </w:tcPr>
          <w:p w:rsidR="00360CAE" w:rsidRPr="005D7B64" w:rsidRDefault="00360CAE" w:rsidP="00360CAE">
            <w:pPr>
              <w:spacing w:line="259" w:lineRule="auto"/>
              <w:ind w:right="53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cz;ikr; nryT </w:t>
            </w:r>
          </w:p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(&amp;gha; kpy;ypad;) </w:t>
            </w:r>
          </w:p>
        </w:tc>
      </w:tr>
      <w:tr w:rsidR="00360CAE" w:rsidRPr="007319E2" w:rsidTr="00C475A6">
        <w:trPr>
          <w:trHeight w:val="413"/>
        </w:trPr>
        <w:tc>
          <w:tcPr>
            <w:tcW w:w="4338" w:type="dxa"/>
            <w:vAlign w:val="center"/>
          </w:tcPr>
          <w:p w:rsidR="00360CAE" w:rsidRPr="007319E2" w:rsidRDefault="00360CAE" w:rsidP="00360CAE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kPz;nlOk; nrytpdk;</w:t>
            </w:r>
          </w:p>
        </w:tc>
        <w:tc>
          <w:tcPr>
            <w:tcW w:w="279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296.36</w:t>
            </w:r>
          </w:p>
        </w:tc>
        <w:tc>
          <w:tcPr>
            <w:tcW w:w="267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222.67</w:t>
            </w:r>
          </w:p>
        </w:tc>
      </w:tr>
      <w:tr w:rsidR="00360CAE" w:rsidRPr="007319E2" w:rsidTr="00C475A6">
        <w:trPr>
          <w:trHeight w:val="359"/>
        </w:trPr>
        <w:tc>
          <w:tcPr>
            <w:tcW w:w="4338" w:type="dxa"/>
            <w:vAlign w:val="center"/>
          </w:tcPr>
          <w:p w:rsidR="00360CAE" w:rsidRPr="007319E2" w:rsidRDefault="00360CAE" w:rsidP="00360CAE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%yjd nrytpdk; </w:t>
            </w:r>
          </w:p>
        </w:tc>
        <w:tc>
          <w:tcPr>
            <w:tcW w:w="279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24</w:t>
            </w:r>
          </w:p>
        </w:tc>
        <w:tc>
          <w:tcPr>
            <w:tcW w:w="267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cs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0.956</w:t>
            </w:r>
          </w:p>
        </w:tc>
      </w:tr>
    </w:tbl>
    <w:p w:rsidR="003D126D" w:rsidRDefault="003D126D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p w:rsidR="00EF4E1D" w:rsidRPr="00EF4E1D" w:rsidRDefault="00EF4E1D" w:rsidP="00EF4E1D">
      <w:pPr>
        <w:spacing w:after="0"/>
        <w:jc w:val="both"/>
        <w:rPr>
          <w:rFonts w:ascii="Baamini" w:hAnsi="Baamini" w:cs="Iskoola Pota"/>
          <w:bCs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 xml:space="preserve">gfpuq;f mjpfhurigapd; ngah; :- </w:t>
      </w:r>
      <w:r w:rsidRPr="00EF4E1D">
        <w:rPr>
          <w:rFonts w:ascii="Baamini" w:hAnsi="Baamini" w:cs="Iskoola Pota"/>
          <w:bCs/>
          <w:sz w:val="24"/>
          <w:szCs w:val="24"/>
        </w:rPr>
        <w:t>Njrpa rpWth; ghJfhg;G mjpfhurig</w:t>
      </w:r>
    </w:p>
    <w:p w:rsidR="00C93B83" w:rsidRPr="007319E2" w:rsidRDefault="00C93B83" w:rsidP="00A32EDC">
      <w:pPr>
        <w:spacing w:after="0"/>
        <w:jc w:val="both"/>
        <w:rPr>
          <w:rFonts w:cs="Iskoola Pota"/>
          <w:sz w:val="24"/>
          <w:szCs w:val="24"/>
          <w:cs/>
          <w:lang w:bidi="si-LK"/>
        </w:rPr>
      </w:pPr>
    </w:p>
    <w:tbl>
      <w:tblPr>
        <w:tblStyle w:val="TableGrid"/>
        <w:tblW w:w="9798" w:type="dxa"/>
        <w:tblLook w:val="04A0"/>
      </w:tblPr>
      <w:tblGrid>
        <w:gridCol w:w="4248"/>
        <w:gridCol w:w="2880"/>
        <w:gridCol w:w="2670"/>
      </w:tblGrid>
      <w:tr w:rsidR="00360CAE" w:rsidRPr="007319E2" w:rsidTr="00975B71">
        <w:trPr>
          <w:trHeight w:val="710"/>
        </w:trPr>
        <w:tc>
          <w:tcPr>
            <w:tcW w:w="4248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gpujhd nryT tifg;gLj;jy;  </w:t>
            </w:r>
          </w:p>
        </w:tc>
        <w:tc>
          <w:tcPr>
            <w:tcW w:w="2880" w:type="dxa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>kjpg;gplg;gl;l nryT (&amp;gha; kpy;ypad;)</w:t>
            </w:r>
          </w:p>
        </w:tc>
        <w:tc>
          <w:tcPr>
            <w:tcW w:w="2670" w:type="dxa"/>
          </w:tcPr>
          <w:p w:rsidR="00360CAE" w:rsidRPr="005D7B64" w:rsidRDefault="00360CAE" w:rsidP="00360CAE">
            <w:pPr>
              <w:spacing w:line="259" w:lineRule="auto"/>
              <w:ind w:right="53"/>
              <w:jc w:val="center"/>
              <w:rPr>
                <w:rFonts w:ascii="Baamini" w:hAnsi="Baamini"/>
                <w:b/>
                <w:bCs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cz;ikr; nryT </w:t>
            </w:r>
          </w:p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5D7B64">
              <w:rPr>
                <w:rFonts w:ascii="Baamini" w:hAnsi="Baamini"/>
                <w:b/>
                <w:bCs/>
                <w:sz w:val="24"/>
                <w:szCs w:val="24"/>
              </w:rPr>
              <w:t xml:space="preserve">(&amp;gha; kpy;ypad;) </w:t>
            </w:r>
          </w:p>
        </w:tc>
      </w:tr>
      <w:tr w:rsidR="00360CAE" w:rsidRPr="007319E2" w:rsidTr="00C475A6">
        <w:trPr>
          <w:trHeight w:val="305"/>
        </w:trPr>
        <w:tc>
          <w:tcPr>
            <w:tcW w:w="4248" w:type="dxa"/>
            <w:vAlign w:val="center"/>
          </w:tcPr>
          <w:p w:rsidR="00360CAE" w:rsidRPr="007319E2" w:rsidRDefault="00360CAE" w:rsidP="00360CAE">
            <w:pPr>
              <w:spacing w:line="276" w:lineRule="auto"/>
              <w:rPr>
                <w:rFonts w:cs="Iskoola Pota"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kPz;nlOk; nrytpdk;</w:t>
            </w:r>
          </w:p>
        </w:tc>
        <w:tc>
          <w:tcPr>
            <w:tcW w:w="288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539.75</w:t>
            </w:r>
          </w:p>
        </w:tc>
        <w:tc>
          <w:tcPr>
            <w:tcW w:w="267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249.13</w:t>
            </w:r>
          </w:p>
        </w:tc>
      </w:tr>
      <w:tr w:rsidR="00360CAE" w:rsidRPr="007319E2" w:rsidTr="00C475A6">
        <w:trPr>
          <w:trHeight w:val="341"/>
        </w:trPr>
        <w:tc>
          <w:tcPr>
            <w:tcW w:w="4248" w:type="dxa"/>
            <w:vAlign w:val="center"/>
          </w:tcPr>
          <w:p w:rsidR="00360CAE" w:rsidRPr="007319E2" w:rsidRDefault="00360CAE" w:rsidP="00360CAE">
            <w:pPr>
              <w:spacing w:line="276" w:lineRule="auto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%yjd nrytpdk; </w:t>
            </w:r>
          </w:p>
        </w:tc>
        <w:tc>
          <w:tcPr>
            <w:tcW w:w="288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110.70</w:t>
            </w:r>
          </w:p>
        </w:tc>
        <w:tc>
          <w:tcPr>
            <w:tcW w:w="2670" w:type="dxa"/>
            <w:vAlign w:val="center"/>
          </w:tcPr>
          <w:p w:rsidR="00360CAE" w:rsidRPr="007319E2" w:rsidRDefault="00360CAE" w:rsidP="00360CAE">
            <w:pPr>
              <w:spacing w:line="276" w:lineRule="auto"/>
              <w:jc w:val="center"/>
              <w:rPr>
                <w:rFonts w:cs="Iskoola Pota"/>
                <w:sz w:val="24"/>
                <w:szCs w:val="24"/>
                <w:lang w:bidi="si-LK"/>
              </w:rPr>
            </w:pPr>
            <w:r w:rsidRPr="007319E2">
              <w:rPr>
                <w:rFonts w:cs="Iskoola Pota"/>
                <w:sz w:val="24"/>
                <w:szCs w:val="24"/>
                <w:cs/>
                <w:lang w:bidi="si-LK"/>
              </w:rPr>
              <w:t>24.2</w:t>
            </w:r>
          </w:p>
        </w:tc>
      </w:tr>
    </w:tbl>
    <w:p w:rsidR="00EE4811" w:rsidRPr="00975B71" w:rsidRDefault="00EE4811" w:rsidP="00A32EDC">
      <w:pPr>
        <w:spacing w:after="0"/>
        <w:jc w:val="both"/>
        <w:rPr>
          <w:rFonts w:cs="Iskoola Pota"/>
          <w:sz w:val="18"/>
          <w:szCs w:val="18"/>
          <w:lang w:bidi="si-LK"/>
        </w:rPr>
      </w:pPr>
    </w:p>
    <w:p w:rsidR="00C475A6" w:rsidRPr="00975B71" w:rsidRDefault="00C475A6" w:rsidP="00A32EDC">
      <w:pPr>
        <w:spacing w:after="0"/>
        <w:jc w:val="both"/>
        <w:rPr>
          <w:rFonts w:cs="Iskoola Pota"/>
          <w:sz w:val="2"/>
          <w:szCs w:val="2"/>
          <w:lang w:bidi="si-LK"/>
        </w:rPr>
      </w:pPr>
    </w:p>
    <w:p w:rsidR="00CD1104" w:rsidRDefault="002F5B18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  <w:r w:rsidRPr="007319E2">
        <w:rPr>
          <w:rFonts w:cs="Iskoola Pota"/>
          <w:sz w:val="24"/>
          <w:szCs w:val="24"/>
          <w:cs/>
          <w:lang w:bidi="si-LK"/>
        </w:rPr>
        <w:t xml:space="preserve">8.3 </w:t>
      </w:r>
      <w:r w:rsidR="00840CC4" w:rsidRPr="008818C4">
        <w:rPr>
          <w:rFonts w:ascii="Baamini" w:hAnsi="Baamini" w:cs="Iskoola Pota"/>
          <w:sz w:val="24"/>
          <w:szCs w:val="24"/>
          <w:lang w:bidi="si-LK"/>
        </w:rPr>
        <w:t>tUkhdk;&gt; nrytpdk; gw;wpa tphpthd</w:t>
      </w:r>
      <w:r w:rsidR="00823281" w:rsidRPr="008818C4">
        <w:rPr>
          <w:rFonts w:ascii="Baamini" w:hAnsi="Baamini" w:cs="Iskoola Pota"/>
          <w:sz w:val="24"/>
          <w:szCs w:val="24"/>
          <w:lang w:bidi="si-LK"/>
        </w:rPr>
        <w:t xml:space="preserve"> jfty;fis fl;lzk; nrYj;jpg; ngw;Wf; nfhs;sf;$ba mYtyf Kfthp kw;Wk; ,izaj;jsk;</w:t>
      </w:r>
    </w:p>
    <w:p w:rsidR="003D126D" w:rsidRPr="00975B71" w:rsidRDefault="003D126D" w:rsidP="00A32EDC">
      <w:pPr>
        <w:spacing w:after="0"/>
        <w:jc w:val="both"/>
        <w:rPr>
          <w:rFonts w:cs="Iskoola Pota"/>
          <w:sz w:val="18"/>
          <w:szCs w:val="18"/>
          <w:lang w:bidi="si-LK"/>
        </w:rPr>
      </w:pPr>
    </w:p>
    <w:p w:rsidR="00FE791E" w:rsidRPr="00FE791E" w:rsidRDefault="00FE791E" w:rsidP="00FE791E">
      <w:pPr>
        <w:spacing w:after="0"/>
        <w:jc w:val="both"/>
        <w:rPr>
          <w:rFonts w:ascii="Baamini" w:hAnsi="Baamini" w:cs="Iskoola Pota"/>
          <w:b/>
          <w:sz w:val="24"/>
          <w:szCs w:val="24"/>
        </w:rPr>
      </w:pPr>
      <w:r w:rsidRPr="00FE791E">
        <w:rPr>
          <w:rFonts w:ascii="Baamini" w:hAnsi="Baamini" w:cs="Iskoola Pota"/>
          <w:b/>
          <w:sz w:val="24"/>
          <w:szCs w:val="24"/>
        </w:rPr>
        <w:t>kfsph; kw;Wk; rpWth; mYty;fs; mikr;R</w:t>
      </w:r>
    </w:p>
    <w:p w:rsidR="00FE791E" w:rsidRPr="00975B71" w:rsidRDefault="00FE791E" w:rsidP="00FE791E">
      <w:pPr>
        <w:spacing w:after="0"/>
        <w:jc w:val="both"/>
        <w:rPr>
          <w:rFonts w:cs="Iskoola Pota"/>
          <w:b/>
          <w:bCs/>
          <w:sz w:val="12"/>
          <w:szCs w:val="12"/>
          <w:lang w:bidi="si-LK"/>
        </w:rPr>
      </w:pPr>
    </w:p>
    <w:p w:rsidR="00FE791E" w:rsidRPr="00FE791E" w:rsidRDefault="00FE791E" w:rsidP="00FE791E">
      <w:pPr>
        <w:spacing w:after="0"/>
        <w:jc w:val="both"/>
        <w:rPr>
          <w:rFonts w:cs="Iskoola Pota"/>
          <w:b/>
          <w:bCs/>
          <w:sz w:val="24"/>
          <w:szCs w:val="24"/>
          <w:lang w:bidi="si-LK"/>
        </w:rPr>
      </w:pPr>
      <w:r>
        <w:rPr>
          <w:rFonts w:ascii="Baamini" w:hAnsi="Baamini" w:cs="Iskoola Pota"/>
          <w:bCs/>
          <w:sz w:val="24"/>
          <w:szCs w:val="24"/>
        </w:rPr>
        <w:t>mYtyf K</w:t>
      </w:r>
      <w:r w:rsidRPr="00FE791E">
        <w:rPr>
          <w:rFonts w:ascii="Baamini" w:hAnsi="Baamini" w:cs="Iskoola Pota"/>
          <w:bCs/>
          <w:sz w:val="24"/>
          <w:szCs w:val="24"/>
        </w:rPr>
        <w:t>fthp :- 05 Mk; khb&gt;</w:t>
      </w:r>
      <w:r w:rsidRPr="00FE791E">
        <w:rPr>
          <w:rFonts w:cs="Iskoola Pota"/>
          <w:sz w:val="21"/>
          <w:szCs w:val="21"/>
          <w:lang w:bidi="si-LK"/>
        </w:rPr>
        <w:t>II</w:t>
      </w:r>
      <w:r w:rsidRPr="00FE791E">
        <w:rPr>
          <w:rFonts w:ascii="Baamini" w:hAnsi="Baamini" w:cs="Iskoola Pota"/>
          <w:bCs/>
          <w:sz w:val="24"/>
          <w:szCs w:val="24"/>
        </w:rPr>
        <w:t xml:space="preserve"> Mk; fl;lk; &gt; nrj;rpwpgha&gt; gj;juKy;y</w:t>
      </w:r>
    </w:p>
    <w:p w:rsidR="00EE4811" w:rsidRPr="007319E2" w:rsidRDefault="00FE791E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  <w:r w:rsidRPr="00926B9A">
        <w:rPr>
          <w:rFonts w:ascii="Baamini" w:hAnsi="Baamini" w:cs="Iskoola Pota"/>
          <w:bCs/>
          <w:sz w:val="24"/>
          <w:szCs w:val="24"/>
        </w:rPr>
        <w:t>,izaj;jsk;</w:t>
      </w:r>
      <w:r w:rsidR="00EE4811" w:rsidRPr="007319E2">
        <w:rPr>
          <w:rFonts w:cs="Iskoola Pota"/>
          <w:sz w:val="24"/>
          <w:szCs w:val="24"/>
          <w:cs/>
          <w:lang w:bidi="si-LK"/>
        </w:rPr>
        <w:t xml:space="preserve"> :</w:t>
      </w:r>
      <w:r>
        <w:rPr>
          <w:rFonts w:cs="Iskoola Pota"/>
          <w:sz w:val="24"/>
          <w:szCs w:val="24"/>
          <w:lang w:bidi="si-LK"/>
        </w:rPr>
        <w:t>-</w:t>
      </w:r>
      <w:r w:rsidR="00EE4811" w:rsidRPr="007319E2">
        <w:rPr>
          <w:rFonts w:cs="Iskoola Pota"/>
          <w:sz w:val="24"/>
          <w:szCs w:val="24"/>
        </w:rPr>
        <w:t xml:space="preserve">www.childwomenmin.gov.lk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791E" w:rsidRDefault="00FE791E" w:rsidP="00A32EDC">
      <w:pPr>
        <w:spacing w:after="0"/>
        <w:jc w:val="both"/>
        <w:rPr>
          <w:rFonts w:ascii="Baamini" w:hAnsi="Baamini" w:cs="Iskoola Pota"/>
          <w:b/>
          <w:sz w:val="24"/>
          <w:szCs w:val="24"/>
        </w:rPr>
      </w:pPr>
      <w:r>
        <w:rPr>
          <w:rFonts w:ascii="Baamini" w:hAnsi="Baamini" w:cs="Iskoola Pota"/>
          <w:b/>
          <w:sz w:val="24"/>
          <w:szCs w:val="24"/>
        </w:rPr>
        <w:t>Njrpa rpWth; ghJfhg;G mjpfhurig</w:t>
      </w:r>
    </w:p>
    <w:p w:rsidR="00EE4811" w:rsidRPr="007319E2" w:rsidRDefault="00FE791E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  <w:r>
        <w:rPr>
          <w:rFonts w:ascii="Baamini" w:hAnsi="Baamini" w:cs="Iskoola Pota"/>
          <w:bCs/>
          <w:sz w:val="24"/>
          <w:szCs w:val="24"/>
        </w:rPr>
        <w:t>mYtyf K</w:t>
      </w:r>
      <w:r w:rsidRPr="00FE791E">
        <w:rPr>
          <w:rFonts w:ascii="Baamini" w:hAnsi="Baamini" w:cs="Iskoola Pota"/>
          <w:bCs/>
          <w:sz w:val="24"/>
          <w:szCs w:val="24"/>
        </w:rPr>
        <w:t>fthp</w:t>
      </w:r>
      <w:r w:rsidR="00D7526D">
        <w:rPr>
          <w:rFonts w:ascii="Baamini" w:hAnsi="Baamini" w:cs="Iskoola Pota"/>
          <w:bCs/>
          <w:sz w:val="24"/>
          <w:szCs w:val="24"/>
        </w:rPr>
        <w:t xml:space="preserve"> :- ,y. 330&gt; jytj;Jnfhl tPjp&gt; khjpnty&gt; = [ath;j;jdGu</w:t>
      </w:r>
    </w:p>
    <w:p w:rsidR="00EE4811" w:rsidRPr="00975B71" w:rsidRDefault="00FE791E" w:rsidP="00975B71">
      <w:pPr>
        <w:jc w:val="both"/>
        <w:rPr>
          <w:rFonts w:ascii="Times New Roman" w:hAnsi="Times New Roman" w:cs="Times New Roman"/>
          <w:sz w:val="24"/>
          <w:szCs w:val="24"/>
        </w:rPr>
      </w:pPr>
      <w:r w:rsidRPr="00926B9A">
        <w:rPr>
          <w:rFonts w:ascii="Baamini" w:hAnsi="Baamini" w:cs="Iskoola Pota"/>
          <w:bCs/>
          <w:sz w:val="24"/>
          <w:szCs w:val="24"/>
        </w:rPr>
        <w:t>,izaj;jsk;</w:t>
      </w:r>
      <w:r w:rsidRPr="007319E2">
        <w:rPr>
          <w:rFonts w:cs="Iskoola Pota"/>
          <w:sz w:val="24"/>
          <w:szCs w:val="24"/>
          <w:cs/>
          <w:lang w:bidi="si-LK"/>
        </w:rPr>
        <w:t xml:space="preserve"> :</w:t>
      </w:r>
      <w:r>
        <w:rPr>
          <w:rFonts w:cs="Iskoola Pota"/>
          <w:sz w:val="24"/>
          <w:szCs w:val="24"/>
          <w:lang w:bidi="si-LK"/>
        </w:rPr>
        <w:t>-</w:t>
      </w:r>
      <w:r w:rsidR="00975B71" w:rsidRPr="00975B71">
        <w:t xml:space="preserve"> </w:t>
      </w:r>
      <w:hyperlink r:id="rId10" w:history="1">
        <w:r w:rsidR="00975B71" w:rsidRPr="00BB55AC">
          <w:rPr>
            <w:rStyle w:val="Hyperlink"/>
            <w:rFonts w:ascii="Times New Roman" w:hAnsi="Times New Roman" w:cs="Times New Roman"/>
            <w:sz w:val="24"/>
            <w:szCs w:val="24"/>
          </w:rPr>
          <w:t>www.childprotection.gov.lk</w:t>
        </w:r>
      </w:hyperlink>
    </w:p>
    <w:p w:rsidR="002F5B18" w:rsidRPr="007319E2" w:rsidRDefault="00D7526D" w:rsidP="00A32EDC">
      <w:pPr>
        <w:spacing w:after="0"/>
        <w:jc w:val="both"/>
        <w:rPr>
          <w:rFonts w:cs="Iskoola Pota"/>
          <w:b/>
          <w:bCs/>
          <w:sz w:val="24"/>
          <w:szCs w:val="24"/>
          <w:lang w:bidi="si-LK"/>
        </w:rPr>
      </w:pPr>
      <w:r>
        <w:rPr>
          <w:rFonts w:ascii="Baamini" w:hAnsi="Baamini" w:cs="Iskoola Pota"/>
          <w:b/>
          <w:sz w:val="24"/>
          <w:szCs w:val="24"/>
        </w:rPr>
        <w:t>ed;dlj;ij kw;Wk; rpWth; guhkhpg;Gr; Nritfs; jpizf;fsk;</w:t>
      </w:r>
    </w:p>
    <w:p w:rsidR="00D7526D" w:rsidRDefault="00FE791E" w:rsidP="00A32EDC">
      <w:pPr>
        <w:spacing w:after="0"/>
        <w:jc w:val="both"/>
        <w:rPr>
          <w:rFonts w:ascii="Baamini" w:hAnsi="Baamini" w:cs="Iskoola Pota"/>
          <w:bCs/>
          <w:sz w:val="24"/>
          <w:szCs w:val="24"/>
        </w:rPr>
      </w:pPr>
      <w:r>
        <w:rPr>
          <w:rFonts w:ascii="Baamini" w:hAnsi="Baamini" w:cs="Iskoola Pota"/>
          <w:bCs/>
          <w:sz w:val="24"/>
          <w:szCs w:val="24"/>
        </w:rPr>
        <w:t>mYtyf K</w:t>
      </w:r>
      <w:r w:rsidRPr="00FE791E">
        <w:rPr>
          <w:rFonts w:ascii="Baamini" w:hAnsi="Baamini" w:cs="Iskoola Pota"/>
          <w:bCs/>
          <w:sz w:val="24"/>
          <w:szCs w:val="24"/>
        </w:rPr>
        <w:t>fthp</w:t>
      </w:r>
      <w:r w:rsidR="00D7526D">
        <w:rPr>
          <w:rFonts w:ascii="Baamini" w:hAnsi="Baamini" w:cs="Iskoola Pota"/>
          <w:bCs/>
          <w:sz w:val="24"/>
          <w:szCs w:val="24"/>
        </w:rPr>
        <w:t xml:space="preserve"> :- 03 Mk; khb&gt;</w:t>
      </w:r>
      <w:r w:rsidR="00D7526D" w:rsidRPr="00FE791E">
        <w:rPr>
          <w:rFonts w:cs="Iskoola Pota"/>
          <w:sz w:val="21"/>
          <w:szCs w:val="21"/>
          <w:lang w:bidi="si-LK"/>
        </w:rPr>
        <w:t>II</w:t>
      </w:r>
      <w:r w:rsidR="00D7526D" w:rsidRPr="00FE791E">
        <w:rPr>
          <w:rFonts w:ascii="Baamini" w:hAnsi="Baamini" w:cs="Iskoola Pota"/>
          <w:bCs/>
          <w:sz w:val="24"/>
          <w:szCs w:val="24"/>
        </w:rPr>
        <w:t xml:space="preserve"> Mk; fl;lk; &gt; nrj;rpwpgha&gt; gj;juKy;y</w:t>
      </w:r>
    </w:p>
    <w:p w:rsidR="00EE4811" w:rsidRPr="007319E2" w:rsidRDefault="00FE791E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  <w:r w:rsidRPr="00926B9A">
        <w:rPr>
          <w:rFonts w:ascii="Baamini" w:hAnsi="Baamini" w:cs="Iskoola Pota"/>
          <w:bCs/>
          <w:sz w:val="24"/>
          <w:szCs w:val="24"/>
        </w:rPr>
        <w:t>,izaj;jsk;</w:t>
      </w:r>
      <w:r w:rsidRPr="007319E2">
        <w:rPr>
          <w:rFonts w:cs="Iskoola Pota"/>
          <w:sz w:val="24"/>
          <w:szCs w:val="24"/>
          <w:cs/>
          <w:lang w:bidi="si-LK"/>
        </w:rPr>
        <w:t xml:space="preserve"> :</w:t>
      </w:r>
      <w:r>
        <w:rPr>
          <w:rFonts w:cs="Iskoola Pota"/>
          <w:sz w:val="24"/>
          <w:szCs w:val="24"/>
          <w:lang w:bidi="si-LK"/>
        </w:rPr>
        <w:t>-</w:t>
      </w:r>
      <w:hyperlink r:id="rId11" w:history="1">
        <w:r w:rsidR="00903A43" w:rsidRPr="007319E2">
          <w:rPr>
            <w:rStyle w:val="Hyperlink"/>
            <w:rFonts w:cs="Iskoola Pota"/>
            <w:sz w:val="24"/>
            <w:szCs w:val="24"/>
            <w:lang w:bidi="si-LK"/>
          </w:rPr>
          <w:t>www.probation.gov.lk</w:t>
        </w:r>
      </w:hyperlink>
    </w:p>
    <w:p w:rsidR="00903A43" w:rsidRPr="007319E2" w:rsidRDefault="00903A43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p w:rsidR="00CD1104" w:rsidRPr="001B6F9E" w:rsidRDefault="00836AF7" w:rsidP="00A32EDC">
      <w:pPr>
        <w:spacing w:after="0"/>
        <w:jc w:val="both"/>
        <w:rPr>
          <w:rFonts w:ascii="Baamini" w:hAnsi="Baamini" w:cs="Iskoola Pota"/>
          <w:b/>
          <w:sz w:val="24"/>
          <w:szCs w:val="24"/>
          <w:lang w:bidi="si-LK"/>
        </w:rPr>
      </w:pPr>
      <w:r w:rsidRPr="001B6F9E">
        <w:rPr>
          <w:rFonts w:ascii="Baamini" w:hAnsi="Baamini" w:cs="Iskoola Pota"/>
          <w:b/>
          <w:sz w:val="24"/>
          <w:szCs w:val="24"/>
        </w:rPr>
        <w:t xml:space="preserve">09. </w:t>
      </w:r>
      <w:r w:rsidR="00815754" w:rsidRPr="001B6F9E">
        <w:rPr>
          <w:rFonts w:ascii="Baamini" w:hAnsi="Baamini" w:cs="Iskoola Pota"/>
          <w:b/>
          <w:sz w:val="24"/>
          <w:szCs w:val="24"/>
        </w:rPr>
        <w:t>mikr;R</w:t>
      </w:r>
      <w:r w:rsidR="001B6F9E" w:rsidRPr="001B6F9E">
        <w:rPr>
          <w:rFonts w:ascii="Baamini" w:hAnsi="Baamini" w:cs="Iskoola Pota"/>
          <w:b/>
          <w:sz w:val="24"/>
          <w:szCs w:val="24"/>
        </w:rPr>
        <w:t xml:space="preserve"> kw;Wk;</w:t>
      </w:r>
      <w:r w:rsidR="00815754" w:rsidRPr="001B6F9E">
        <w:rPr>
          <w:rFonts w:ascii="Baamini" w:hAnsi="Baamini" w:cs="Iskoola Pota"/>
          <w:b/>
          <w:sz w:val="24"/>
          <w:szCs w:val="24"/>
        </w:rPr>
        <w:t xml:space="preserve"> gfpuq;f mjpfhurig</w:t>
      </w:r>
      <w:r w:rsidR="001B6F9E" w:rsidRPr="001B6F9E">
        <w:rPr>
          <w:rFonts w:ascii="Baamini" w:hAnsi="Baamini" w:cs="Iskoola Pota"/>
          <w:b/>
          <w:sz w:val="24"/>
          <w:szCs w:val="24"/>
        </w:rPr>
        <w:t>fspd; jfty;fisg; ngw;Wf; nfhs;tjw;fhf gpuirfSf;F toq;fg;gl;Ls;s trjpfs;.</w:t>
      </w:r>
    </w:p>
    <w:p w:rsidR="00A32EDC" w:rsidRPr="007319E2" w:rsidRDefault="00A32EDC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tbl>
      <w:tblPr>
        <w:tblStyle w:val="TableGrid"/>
        <w:tblW w:w="9918" w:type="dxa"/>
        <w:tblLayout w:type="fixed"/>
        <w:tblLook w:val="04A0"/>
      </w:tblPr>
      <w:tblGrid>
        <w:gridCol w:w="1998"/>
        <w:gridCol w:w="2970"/>
        <w:gridCol w:w="720"/>
        <w:gridCol w:w="1170"/>
        <w:gridCol w:w="3060"/>
      </w:tblGrid>
      <w:tr w:rsidR="008859DE" w:rsidRPr="007319E2" w:rsidTr="003D126D">
        <w:trPr>
          <w:trHeight w:val="434"/>
        </w:trPr>
        <w:tc>
          <w:tcPr>
            <w:tcW w:w="1998" w:type="dxa"/>
            <w:vMerge w:val="restart"/>
            <w:vAlign w:val="center"/>
          </w:tcPr>
          <w:p w:rsidR="008859DE" w:rsidRPr="007319E2" w:rsidRDefault="00EF4E1D" w:rsidP="00EF4E1D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mikr;R</w:t>
            </w:r>
            <w:r w:rsidR="008859DE" w:rsidRPr="007319E2">
              <w:rPr>
                <w:rFonts w:cs="Iskoola Pota"/>
                <w:b/>
                <w:sz w:val="24"/>
                <w:szCs w:val="24"/>
              </w:rPr>
              <w:t xml:space="preserve"> /</w:t>
            </w:r>
            <w:r>
              <w:rPr>
                <w:rFonts w:ascii="Baamini" w:hAnsi="Baamini" w:cs="Iskoola Pota"/>
                <w:bCs/>
                <w:sz w:val="24"/>
                <w:szCs w:val="24"/>
              </w:rPr>
              <w:t>gfpuq;f mjpfhuri</w:t>
            </w:r>
            <w:r w:rsidR="004C120A">
              <w:rPr>
                <w:rFonts w:ascii="Baamini" w:hAnsi="Baamini" w:cs="Iskoola Pota"/>
                <w:bCs/>
                <w:sz w:val="24"/>
                <w:szCs w:val="24"/>
              </w:rPr>
              <w:t>g</w:t>
            </w:r>
          </w:p>
        </w:tc>
        <w:tc>
          <w:tcPr>
            <w:tcW w:w="7920" w:type="dxa"/>
            <w:gridSpan w:val="4"/>
            <w:vAlign w:val="center"/>
          </w:tcPr>
          <w:p w:rsidR="008859DE" w:rsidRPr="007319E2" w:rsidRDefault="001B6F9E" w:rsidP="00FD7D4F">
            <w:pPr>
              <w:spacing w:line="276" w:lineRule="auto"/>
              <w:jc w:val="center"/>
              <w:rPr>
                <w:rFonts w:cs="Iskoola Pota"/>
                <w:b/>
                <w:bCs/>
                <w:sz w:val="24"/>
                <w:szCs w:val="24"/>
                <w:cs/>
                <w:lang w:bidi="si-LK"/>
              </w:rPr>
            </w:pPr>
            <w:r w:rsidRPr="001B6F9E">
              <w:rPr>
                <w:rFonts w:ascii="Baamini" w:hAnsi="Baamini" w:cs="Iskoola Pota"/>
                <w:b/>
                <w:sz w:val="24"/>
                <w:szCs w:val="24"/>
              </w:rPr>
              <w:t>toq;fg;gl;Ls;s</w:t>
            </w:r>
            <w:r w:rsidR="00E92B71">
              <w:rPr>
                <w:rFonts w:ascii="Baamini" w:hAnsi="Baamini" w:cs="Iskoola Pota"/>
                <w:b/>
                <w:sz w:val="24"/>
                <w:szCs w:val="24"/>
              </w:rPr>
              <w:t xml:space="preserve"> ntspaPLfs;</w:t>
            </w:r>
            <w:r w:rsidR="00FD7D4F">
              <w:rPr>
                <w:rFonts w:ascii="Baamini" w:hAnsi="Baamini" w:cs="Iskoola Pota"/>
                <w:b/>
                <w:sz w:val="24"/>
                <w:szCs w:val="24"/>
              </w:rPr>
              <w:t xml:space="preserve"> (ngah;fs;)</w:t>
            </w:r>
          </w:p>
        </w:tc>
      </w:tr>
      <w:tr w:rsidR="008859DE" w:rsidRPr="007319E2" w:rsidTr="00975B71">
        <w:trPr>
          <w:trHeight w:val="162"/>
        </w:trPr>
        <w:tc>
          <w:tcPr>
            <w:tcW w:w="1998" w:type="dxa"/>
            <w:vMerge/>
          </w:tcPr>
          <w:p w:rsidR="008859DE" w:rsidRPr="007319E2" w:rsidRDefault="008859DE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8859DE" w:rsidRPr="007319E2" w:rsidRDefault="00FD7D4F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>mwpf;if</w:t>
            </w:r>
          </w:p>
        </w:tc>
        <w:tc>
          <w:tcPr>
            <w:tcW w:w="720" w:type="dxa"/>
            <w:vAlign w:val="center"/>
          </w:tcPr>
          <w:p w:rsidR="008859DE" w:rsidRPr="007319E2" w:rsidRDefault="00FD7D4F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 w:rsidRPr="001B6F9E">
              <w:rPr>
                <w:rFonts w:ascii="Baamini" w:hAnsi="Baamini" w:cs="Iskoola Pota"/>
                <w:b/>
                <w:sz w:val="24"/>
                <w:szCs w:val="24"/>
              </w:rPr>
              <w:t>t</w:t>
            </w:r>
            <w:r>
              <w:rPr>
                <w:rFonts w:ascii="Baamini" w:hAnsi="Baamini" w:cs="Iskoola Pota"/>
                <w:b/>
                <w:sz w:val="24"/>
                <w:szCs w:val="24"/>
              </w:rPr>
              <w:t>piy</w:t>
            </w:r>
          </w:p>
        </w:tc>
        <w:tc>
          <w:tcPr>
            <w:tcW w:w="1170" w:type="dxa"/>
            <w:vAlign w:val="center"/>
          </w:tcPr>
          <w:p w:rsidR="008859DE" w:rsidRPr="007319E2" w:rsidRDefault="00FD7D4F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>ngw;Wf; nfhs;sf;$ba mYtyfk;</w:t>
            </w:r>
          </w:p>
        </w:tc>
        <w:tc>
          <w:tcPr>
            <w:tcW w:w="3060" w:type="dxa"/>
            <w:vAlign w:val="center"/>
          </w:tcPr>
          <w:p w:rsidR="008859DE" w:rsidRPr="007319E2" w:rsidRDefault="00FD7D4F" w:rsidP="00A32EDC">
            <w:pPr>
              <w:spacing w:line="276" w:lineRule="auto"/>
              <w:jc w:val="center"/>
              <w:rPr>
                <w:rFonts w:cs="Iskoola Pota"/>
                <w:sz w:val="24"/>
                <w:szCs w:val="24"/>
              </w:rPr>
            </w:pPr>
            <w:r>
              <w:rPr>
                <w:rFonts w:ascii="Baamini" w:hAnsi="Baamini" w:cs="Iskoola Pota"/>
                <w:b/>
                <w:sz w:val="24"/>
                <w:szCs w:val="24"/>
              </w:rPr>
              <w:t>,izaj;jsk;</w:t>
            </w:r>
          </w:p>
        </w:tc>
      </w:tr>
      <w:tr w:rsidR="00A84258" w:rsidRPr="007319E2" w:rsidTr="00975B71">
        <w:trPr>
          <w:trHeight w:val="453"/>
        </w:trPr>
        <w:tc>
          <w:tcPr>
            <w:tcW w:w="1998" w:type="dxa"/>
          </w:tcPr>
          <w:p w:rsidR="00A84258" w:rsidRPr="007319E2" w:rsidRDefault="00EF4E1D" w:rsidP="00EF4E1D">
            <w:pPr>
              <w:jc w:val="both"/>
              <w:rPr>
                <w:rFonts w:cs="Iskoola Pota"/>
                <w:b/>
                <w:bCs/>
                <w:sz w:val="24"/>
                <w:szCs w:val="24"/>
                <w:lang w:bidi="si-LK"/>
              </w:rPr>
            </w:pPr>
            <w:r w:rsidRPr="00EF4E1D">
              <w:rPr>
                <w:rFonts w:ascii="Baamini" w:hAnsi="Baamini" w:cs="Iskoola Pota"/>
                <w:bCs/>
                <w:sz w:val="24"/>
                <w:szCs w:val="24"/>
              </w:rPr>
              <w:t>Njrpa rpWth; ghJfhg;G mjpfhurig</w:t>
            </w:r>
          </w:p>
        </w:tc>
        <w:tc>
          <w:tcPr>
            <w:tcW w:w="2970" w:type="dxa"/>
          </w:tcPr>
          <w:p w:rsidR="00A84258" w:rsidRPr="007319E2" w:rsidRDefault="00FD7D4F" w:rsidP="00FD7D4F">
            <w:pPr>
              <w:spacing w:line="276" w:lineRule="auto"/>
              <w:rPr>
                <w:rFonts w:cs="Iskoola Pota"/>
                <w:sz w:val="24"/>
                <w:szCs w:val="24"/>
                <w:lang w:bidi="si-LK"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Mz;lwpf;if</w:t>
            </w:r>
          </w:p>
        </w:tc>
        <w:tc>
          <w:tcPr>
            <w:tcW w:w="720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170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060" w:type="dxa"/>
          </w:tcPr>
          <w:p w:rsidR="00A84258" w:rsidRPr="007319E2" w:rsidRDefault="00EE231E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hyperlink r:id="rId12" w:history="1">
              <w:r w:rsidR="00A84258" w:rsidRPr="007319E2">
                <w:rPr>
                  <w:rStyle w:val="Hyperlink"/>
                  <w:rFonts w:cs="Iskoola Pota"/>
                  <w:sz w:val="24"/>
                  <w:szCs w:val="24"/>
                </w:rPr>
                <w:t>www.childprotection.gov.lk</w:t>
              </w:r>
            </w:hyperlink>
          </w:p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resource center</w:t>
            </w:r>
          </w:p>
        </w:tc>
      </w:tr>
      <w:tr w:rsidR="00A84258" w:rsidRPr="007319E2" w:rsidTr="00975B71">
        <w:trPr>
          <w:trHeight w:val="453"/>
        </w:trPr>
        <w:tc>
          <w:tcPr>
            <w:tcW w:w="1998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970" w:type="dxa"/>
          </w:tcPr>
          <w:p w:rsidR="00A84258" w:rsidRPr="007319E2" w:rsidRDefault="00FD7D4F" w:rsidP="00FD7D4F">
            <w:pPr>
              <w:rPr>
                <w:rFonts w:cs="Iskoola Pota"/>
                <w:sz w:val="24"/>
                <w:szCs w:val="24"/>
                <w:rtl/>
                <w:cs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>tplag;gug;G njhlh;ghd rl;lq;fs; cjh.: 1998 ,d; 50 Mk; ,yf;f rpWth; ghJfhg;G mjpfhurig rl;lk;</w:t>
            </w:r>
          </w:p>
        </w:tc>
        <w:tc>
          <w:tcPr>
            <w:tcW w:w="720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170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060" w:type="dxa"/>
          </w:tcPr>
          <w:p w:rsidR="00A84258" w:rsidRPr="007319E2" w:rsidRDefault="00EE231E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hyperlink r:id="rId13" w:history="1">
              <w:r w:rsidR="00A84258" w:rsidRPr="007319E2">
                <w:rPr>
                  <w:rStyle w:val="Hyperlink"/>
                  <w:rFonts w:cs="Iskoola Pota"/>
                  <w:sz w:val="24"/>
                  <w:szCs w:val="24"/>
                </w:rPr>
                <w:t>www.childprotection.gov.lk</w:t>
              </w:r>
            </w:hyperlink>
          </w:p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resource center</w:t>
            </w:r>
          </w:p>
        </w:tc>
      </w:tr>
      <w:tr w:rsidR="00A84258" w:rsidRPr="007319E2" w:rsidTr="00975B71">
        <w:trPr>
          <w:trHeight w:val="453"/>
        </w:trPr>
        <w:tc>
          <w:tcPr>
            <w:tcW w:w="1998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970" w:type="dxa"/>
          </w:tcPr>
          <w:p w:rsidR="00A84258" w:rsidRPr="007319E2" w:rsidRDefault="00FD7D4F" w:rsidP="00FD7D4F">
            <w:pPr>
              <w:rPr>
                <w:rFonts w:cs="Iskoola Pota"/>
                <w:sz w:val="24"/>
                <w:szCs w:val="24"/>
                <w:rtl/>
                <w:cs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tplag;gug;G rk;ge;jkhd rl;lq;fs; kw;Wk; nfhs;iffs; </w:t>
            </w:r>
          </w:p>
        </w:tc>
        <w:tc>
          <w:tcPr>
            <w:tcW w:w="720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170" w:type="dxa"/>
          </w:tcPr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060" w:type="dxa"/>
          </w:tcPr>
          <w:p w:rsidR="00A84258" w:rsidRPr="007319E2" w:rsidRDefault="00EE231E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hyperlink r:id="rId14" w:history="1">
              <w:r w:rsidR="00A84258" w:rsidRPr="007319E2">
                <w:rPr>
                  <w:rStyle w:val="Hyperlink"/>
                  <w:rFonts w:cs="Iskoola Pota"/>
                  <w:sz w:val="24"/>
                  <w:szCs w:val="24"/>
                </w:rPr>
                <w:t>www.childprotection.gov.lk</w:t>
              </w:r>
            </w:hyperlink>
          </w:p>
          <w:p w:rsidR="00A84258" w:rsidRPr="007319E2" w:rsidRDefault="00A84258" w:rsidP="00A32EDC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resource center</w:t>
            </w:r>
          </w:p>
        </w:tc>
      </w:tr>
      <w:tr w:rsidR="00FD7D4F" w:rsidRPr="007319E2" w:rsidTr="00975B71">
        <w:trPr>
          <w:trHeight w:val="453"/>
        </w:trPr>
        <w:tc>
          <w:tcPr>
            <w:tcW w:w="1998" w:type="dxa"/>
          </w:tcPr>
          <w:p w:rsidR="00FD7D4F" w:rsidRPr="007319E2" w:rsidRDefault="00FD7D4F" w:rsidP="00FD7D4F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2970" w:type="dxa"/>
          </w:tcPr>
          <w:p w:rsidR="00FD7D4F" w:rsidRPr="007319E2" w:rsidRDefault="00FD7D4F" w:rsidP="00FD7D4F">
            <w:pPr>
              <w:spacing w:line="276" w:lineRule="auto"/>
              <w:rPr>
                <w:rFonts w:cs="Iskoola Pota"/>
                <w:sz w:val="24"/>
                <w:szCs w:val="24"/>
                <w:rtl/>
                <w:cs/>
              </w:rPr>
            </w:pPr>
            <w:r>
              <w:rPr>
                <w:rFonts w:ascii="Baamini" w:hAnsi="Baamini" w:cs="Iskoola Pota"/>
                <w:bCs/>
                <w:sz w:val="24"/>
                <w:szCs w:val="24"/>
              </w:rPr>
              <w:t xml:space="preserve">tplag;gug;G rk;ge;jkhd NtW ntspaPLfs; </w:t>
            </w:r>
          </w:p>
        </w:tc>
        <w:tc>
          <w:tcPr>
            <w:tcW w:w="720" w:type="dxa"/>
          </w:tcPr>
          <w:p w:rsidR="00FD7D4F" w:rsidRPr="007319E2" w:rsidRDefault="00FD7D4F" w:rsidP="00FD7D4F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1170" w:type="dxa"/>
          </w:tcPr>
          <w:p w:rsidR="00FD7D4F" w:rsidRPr="007319E2" w:rsidRDefault="00FD7D4F" w:rsidP="00FD7D4F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</w:p>
        </w:tc>
        <w:tc>
          <w:tcPr>
            <w:tcW w:w="3060" w:type="dxa"/>
          </w:tcPr>
          <w:p w:rsidR="00FD7D4F" w:rsidRPr="007319E2" w:rsidRDefault="00EE231E" w:rsidP="00FD7D4F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hyperlink r:id="rId15" w:history="1">
              <w:r w:rsidR="00FD7D4F" w:rsidRPr="007319E2">
                <w:rPr>
                  <w:rStyle w:val="Hyperlink"/>
                  <w:rFonts w:cs="Iskoola Pota"/>
                  <w:sz w:val="24"/>
                  <w:szCs w:val="24"/>
                </w:rPr>
                <w:t>www.childprotection.gov.lk</w:t>
              </w:r>
            </w:hyperlink>
          </w:p>
          <w:p w:rsidR="00FD7D4F" w:rsidRPr="007319E2" w:rsidRDefault="00FD7D4F" w:rsidP="00FD7D4F">
            <w:pPr>
              <w:spacing w:line="276" w:lineRule="auto"/>
              <w:jc w:val="both"/>
              <w:rPr>
                <w:rFonts w:cs="Iskoola Pota"/>
                <w:sz w:val="24"/>
                <w:szCs w:val="24"/>
              </w:rPr>
            </w:pPr>
            <w:r w:rsidRPr="007319E2">
              <w:rPr>
                <w:rFonts w:cs="Iskoola Pota"/>
                <w:sz w:val="24"/>
                <w:szCs w:val="24"/>
              </w:rPr>
              <w:t>resource center</w:t>
            </w:r>
          </w:p>
        </w:tc>
      </w:tr>
    </w:tbl>
    <w:p w:rsidR="003D126D" w:rsidRPr="007319E2" w:rsidRDefault="003D126D" w:rsidP="00A32EDC">
      <w:pPr>
        <w:spacing w:after="0"/>
        <w:jc w:val="both"/>
        <w:rPr>
          <w:rFonts w:cs="Iskoola Pota"/>
          <w:sz w:val="24"/>
          <w:szCs w:val="24"/>
          <w:lang w:bidi="si-LK"/>
        </w:rPr>
      </w:pPr>
    </w:p>
    <w:p w:rsidR="00CD1104" w:rsidRDefault="00836AF7" w:rsidP="00A32EDC">
      <w:pPr>
        <w:spacing w:after="0"/>
        <w:jc w:val="both"/>
        <w:rPr>
          <w:rFonts w:cs="Iskoola Pota"/>
          <w:b/>
          <w:sz w:val="24"/>
          <w:szCs w:val="24"/>
          <w:lang w:bidi="si-LK"/>
        </w:rPr>
      </w:pPr>
      <w:r w:rsidRPr="007319E2">
        <w:rPr>
          <w:rFonts w:cs="Iskoola Pota"/>
          <w:b/>
          <w:sz w:val="24"/>
          <w:szCs w:val="24"/>
        </w:rPr>
        <w:t xml:space="preserve">10. </w:t>
      </w:r>
      <w:r w:rsidR="00FD7D4F">
        <w:rPr>
          <w:rFonts w:ascii="Baamini" w:hAnsi="Baamini" w:cs="Iskoola Pota"/>
          <w:b/>
          <w:sz w:val="24"/>
          <w:szCs w:val="24"/>
        </w:rPr>
        <w:t xml:space="preserve">jfty; </w:t>
      </w:r>
      <w:r w:rsidR="00781AEB">
        <w:rPr>
          <w:rFonts w:ascii="Baamini" w:hAnsi="Baamini" w:cs="Iskoola Pota"/>
          <w:b/>
          <w:sz w:val="24"/>
          <w:szCs w:val="24"/>
        </w:rPr>
        <w:t>mYtyh;fspd; tpguq;fisg; ngw;Wf; nfhs;sf;$ba ,izaj;jsq;fs; kw;Wk; NtW tpNrl trjpfspd; tpguk;</w:t>
      </w:r>
      <w:r w:rsidRPr="007319E2">
        <w:rPr>
          <w:rFonts w:cs="Iskoola Pota"/>
          <w:b/>
          <w:sz w:val="24"/>
          <w:szCs w:val="24"/>
        </w:rPr>
        <w:t>.</w:t>
      </w:r>
    </w:p>
    <w:p w:rsidR="00221D26" w:rsidRDefault="00221D26" w:rsidP="00975B71">
      <w:pPr>
        <w:spacing w:after="0"/>
        <w:ind w:firstLine="720"/>
        <w:jc w:val="both"/>
        <w:rPr>
          <w:rFonts w:ascii="Baamini" w:hAnsi="Baamini" w:cs="Iskoola Pota"/>
          <w:bCs/>
          <w:sz w:val="24"/>
          <w:szCs w:val="24"/>
        </w:rPr>
      </w:pPr>
    </w:p>
    <w:p w:rsidR="00356D10" w:rsidRPr="003B5F25" w:rsidRDefault="00781AEB" w:rsidP="00975B71">
      <w:pPr>
        <w:spacing w:after="0"/>
        <w:ind w:firstLine="720"/>
        <w:jc w:val="both"/>
        <w:rPr>
          <w:rFonts w:cs="Iskoola Pota"/>
          <w:b/>
          <w:sz w:val="24"/>
          <w:szCs w:val="24"/>
          <w:lang w:bidi="si-LK"/>
        </w:rPr>
      </w:pPr>
      <w:r>
        <w:rPr>
          <w:rFonts w:ascii="Baamini" w:hAnsi="Baamini" w:cs="Iskoola Pota"/>
          <w:bCs/>
          <w:sz w:val="24"/>
          <w:szCs w:val="24"/>
        </w:rPr>
        <w:t>NkN</w:t>
      </w:r>
      <w:r w:rsidR="00B46E0B">
        <w:rPr>
          <w:rFonts w:ascii="Baamini" w:hAnsi="Baamini" w:cs="Iskoola Pota"/>
          <w:bCs/>
          <w:sz w:val="24"/>
          <w:szCs w:val="24"/>
        </w:rPr>
        <w:t>y</w:t>
      </w:r>
      <w:r>
        <w:rPr>
          <w:rFonts w:ascii="Baamini" w:hAnsi="Baamini" w:cs="Iskoola Pota"/>
          <w:bCs/>
          <w:sz w:val="24"/>
          <w:szCs w:val="24"/>
        </w:rPr>
        <w:t xml:space="preserve"> Fwpg;gplg;gl;Ls;s ,izaj;jsq;fis gad;gLj;j KbAk;. </w:t>
      </w:r>
    </w:p>
    <w:sectPr w:rsidR="00356D10" w:rsidRPr="003B5F2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218" w:rsidRDefault="00696218" w:rsidP="00975B71">
      <w:pPr>
        <w:spacing w:after="0" w:line="240" w:lineRule="auto"/>
      </w:pPr>
      <w:r>
        <w:separator/>
      </w:r>
    </w:p>
  </w:endnote>
  <w:endnote w:type="continuationSeparator" w:id="1">
    <w:p w:rsidR="00696218" w:rsidRDefault="00696218" w:rsidP="0097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amin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218" w:rsidRDefault="00696218" w:rsidP="00975B71">
      <w:pPr>
        <w:spacing w:after="0" w:line="240" w:lineRule="auto"/>
      </w:pPr>
      <w:r>
        <w:separator/>
      </w:r>
    </w:p>
  </w:footnote>
  <w:footnote w:type="continuationSeparator" w:id="1">
    <w:p w:rsidR="00696218" w:rsidRDefault="00696218" w:rsidP="00975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5207B1"/>
    <w:multiLevelType w:val="multilevel"/>
    <w:tmpl w:val="8BA8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20D5874"/>
    <w:multiLevelType w:val="hybridMultilevel"/>
    <w:tmpl w:val="4536AE4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5907CD"/>
    <w:multiLevelType w:val="multilevel"/>
    <w:tmpl w:val="CF94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7949CC"/>
    <w:multiLevelType w:val="hybridMultilevel"/>
    <w:tmpl w:val="25D233FA"/>
    <w:lvl w:ilvl="0" w:tplc="FFFFFFFF">
      <w:start w:val="3"/>
      <w:numFmt w:val="decimalZero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DB50080"/>
    <w:multiLevelType w:val="hybridMultilevel"/>
    <w:tmpl w:val="5E9C0D8C"/>
    <w:lvl w:ilvl="0" w:tplc="2AF0AF6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2D2981"/>
    <w:multiLevelType w:val="multilevel"/>
    <w:tmpl w:val="C6CE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6D5B7E"/>
    <w:multiLevelType w:val="hybridMultilevel"/>
    <w:tmpl w:val="58D0A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321839"/>
    <w:multiLevelType w:val="hybridMultilevel"/>
    <w:tmpl w:val="EFFAE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ABF20AB"/>
    <w:multiLevelType w:val="hybridMultilevel"/>
    <w:tmpl w:val="25D233FA"/>
    <w:lvl w:ilvl="0" w:tplc="FFFFFFFF">
      <w:start w:val="3"/>
      <w:numFmt w:val="decimalZero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CA026CA"/>
    <w:multiLevelType w:val="multilevel"/>
    <w:tmpl w:val="BED0CF68"/>
    <w:lvl w:ilvl="0">
      <w:start w:val="8"/>
      <w:numFmt w:val="decimal"/>
      <w:lvlText w:val="%1"/>
      <w:lvlJc w:val="left"/>
      <w:pPr>
        <w:ind w:left="36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2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1623FD1"/>
    <w:multiLevelType w:val="hybridMultilevel"/>
    <w:tmpl w:val="25D233FA"/>
    <w:lvl w:ilvl="0" w:tplc="FFFFFFFF">
      <w:start w:val="3"/>
      <w:numFmt w:val="decimalZero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3B43EE2"/>
    <w:multiLevelType w:val="hybridMultilevel"/>
    <w:tmpl w:val="25D233FA"/>
    <w:lvl w:ilvl="0" w:tplc="8F3EB1D4">
      <w:start w:val="3"/>
      <w:numFmt w:val="decimalZero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68EF8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1C04E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F23BD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3A105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4A368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41B2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D4CC1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E4E5A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1A758FF"/>
    <w:multiLevelType w:val="hybridMultilevel"/>
    <w:tmpl w:val="1510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86460D"/>
    <w:multiLevelType w:val="hybridMultilevel"/>
    <w:tmpl w:val="77FEE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5A7D45"/>
    <w:multiLevelType w:val="multilevel"/>
    <w:tmpl w:val="0412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B102F1"/>
    <w:multiLevelType w:val="hybridMultilevel"/>
    <w:tmpl w:val="4536AE4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0C472C"/>
    <w:multiLevelType w:val="hybridMultilevel"/>
    <w:tmpl w:val="4536AE48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EC1FAE"/>
    <w:multiLevelType w:val="hybridMultilevel"/>
    <w:tmpl w:val="D60898EC"/>
    <w:lvl w:ilvl="0" w:tplc="16AC41DA">
      <w:start w:val="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86AE4"/>
    <w:multiLevelType w:val="hybridMultilevel"/>
    <w:tmpl w:val="25D233FA"/>
    <w:lvl w:ilvl="0" w:tplc="FFFFFFFF">
      <w:start w:val="3"/>
      <w:numFmt w:val="decimalZero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EC61E3C"/>
    <w:multiLevelType w:val="multilevel"/>
    <w:tmpl w:val="50D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797AB7"/>
    <w:multiLevelType w:val="hybridMultilevel"/>
    <w:tmpl w:val="0E369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91761B"/>
    <w:multiLevelType w:val="hybridMultilevel"/>
    <w:tmpl w:val="FAC85ECA"/>
    <w:lvl w:ilvl="0" w:tplc="FF863DD2">
      <w:start w:val="1"/>
      <w:numFmt w:val="upperRoman"/>
      <w:lvlText w:val="%1."/>
      <w:lvlJc w:val="right"/>
      <w:pPr>
        <w:ind w:left="108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4D6F56"/>
    <w:multiLevelType w:val="multilevel"/>
    <w:tmpl w:val="29A4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28A6F59"/>
    <w:multiLevelType w:val="multilevel"/>
    <w:tmpl w:val="05E0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D92E2C"/>
    <w:multiLevelType w:val="hybridMultilevel"/>
    <w:tmpl w:val="DF5E9B70"/>
    <w:lvl w:ilvl="0" w:tplc="A6E073C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302F89"/>
    <w:multiLevelType w:val="hybridMultilevel"/>
    <w:tmpl w:val="23F24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323935"/>
    <w:multiLevelType w:val="hybridMultilevel"/>
    <w:tmpl w:val="FAC85ECA"/>
    <w:lvl w:ilvl="0" w:tplc="FF863DD2">
      <w:start w:val="1"/>
      <w:numFmt w:val="upperRoman"/>
      <w:lvlText w:val="%1."/>
      <w:lvlJc w:val="right"/>
      <w:pPr>
        <w:ind w:left="108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29"/>
  </w:num>
  <w:num w:numId="12">
    <w:abstractNumId w:val="25"/>
  </w:num>
  <w:num w:numId="13">
    <w:abstractNumId w:val="21"/>
  </w:num>
  <w:num w:numId="14">
    <w:abstractNumId w:val="15"/>
  </w:num>
  <w:num w:numId="15">
    <w:abstractNumId w:val="10"/>
  </w:num>
  <w:num w:numId="16">
    <w:abstractNumId w:val="24"/>
  </w:num>
  <w:num w:numId="17">
    <w:abstractNumId w:val="34"/>
  </w:num>
  <w:num w:numId="18">
    <w:abstractNumId w:val="22"/>
  </w:num>
  <w:num w:numId="19">
    <w:abstractNumId w:val="13"/>
  </w:num>
  <w:num w:numId="20">
    <w:abstractNumId w:val="23"/>
  </w:num>
  <w:num w:numId="21">
    <w:abstractNumId w:val="9"/>
  </w:num>
  <w:num w:numId="22">
    <w:abstractNumId w:val="32"/>
  </w:num>
  <w:num w:numId="23">
    <w:abstractNumId w:val="14"/>
  </w:num>
  <w:num w:numId="24">
    <w:abstractNumId w:val="28"/>
  </w:num>
  <w:num w:numId="25">
    <w:abstractNumId w:val="31"/>
  </w:num>
  <w:num w:numId="26">
    <w:abstractNumId w:val="11"/>
  </w:num>
  <w:num w:numId="27">
    <w:abstractNumId w:val="33"/>
  </w:num>
  <w:num w:numId="28">
    <w:abstractNumId w:val="35"/>
  </w:num>
  <w:num w:numId="29">
    <w:abstractNumId w:val="30"/>
  </w:num>
  <w:num w:numId="30">
    <w:abstractNumId w:val="20"/>
  </w:num>
  <w:num w:numId="31">
    <w:abstractNumId w:val="19"/>
  </w:num>
  <w:num w:numId="32">
    <w:abstractNumId w:val="17"/>
  </w:num>
  <w:num w:numId="33">
    <w:abstractNumId w:val="27"/>
  </w:num>
  <w:num w:numId="34">
    <w:abstractNumId w:val="26"/>
  </w:num>
  <w:num w:numId="35">
    <w:abstractNumId w:val="12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21665"/>
    <w:rsid w:val="00034616"/>
    <w:rsid w:val="0006063C"/>
    <w:rsid w:val="00093DD3"/>
    <w:rsid w:val="0009595E"/>
    <w:rsid w:val="00096763"/>
    <w:rsid w:val="00097617"/>
    <w:rsid w:val="000A7563"/>
    <w:rsid w:val="000B5ACD"/>
    <w:rsid w:val="000C042D"/>
    <w:rsid w:val="000C37CA"/>
    <w:rsid w:val="0010664E"/>
    <w:rsid w:val="00120A68"/>
    <w:rsid w:val="00130817"/>
    <w:rsid w:val="00131389"/>
    <w:rsid w:val="00133188"/>
    <w:rsid w:val="00143B3F"/>
    <w:rsid w:val="00144382"/>
    <w:rsid w:val="0015074B"/>
    <w:rsid w:val="001524CF"/>
    <w:rsid w:val="001568EA"/>
    <w:rsid w:val="001603A7"/>
    <w:rsid w:val="00180C3A"/>
    <w:rsid w:val="0018143E"/>
    <w:rsid w:val="00183F81"/>
    <w:rsid w:val="001915C9"/>
    <w:rsid w:val="001A6035"/>
    <w:rsid w:val="001B3C96"/>
    <w:rsid w:val="001B6F9E"/>
    <w:rsid w:val="001B6FD6"/>
    <w:rsid w:val="001C58DE"/>
    <w:rsid w:val="001D365C"/>
    <w:rsid w:val="001D6C8C"/>
    <w:rsid w:val="00215742"/>
    <w:rsid w:val="00215D58"/>
    <w:rsid w:val="0021618B"/>
    <w:rsid w:val="00216C8C"/>
    <w:rsid w:val="00221D26"/>
    <w:rsid w:val="00224FB4"/>
    <w:rsid w:val="0022618D"/>
    <w:rsid w:val="00226CC9"/>
    <w:rsid w:val="002502A4"/>
    <w:rsid w:val="00250DD6"/>
    <w:rsid w:val="00252879"/>
    <w:rsid w:val="00260601"/>
    <w:rsid w:val="00265593"/>
    <w:rsid w:val="002719AE"/>
    <w:rsid w:val="002761B1"/>
    <w:rsid w:val="00283A0C"/>
    <w:rsid w:val="002958D9"/>
    <w:rsid w:val="0029639D"/>
    <w:rsid w:val="0029767B"/>
    <w:rsid w:val="002A2D56"/>
    <w:rsid w:val="002A335B"/>
    <w:rsid w:val="002A3E8B"/>
    <w:rsid w:val="002B4EE2"/>
    <w:rsid w:val="002C0888"/>
    <w:rsid w:val="002C105E"/>
    <w:rsid w:val="002C75DE"/>
    <w:rsid w:val="002E0860"/>
    <w:rsid w:val="002E0985"/>
    <w:rsid w:val="002F5B18"/>
    <w:rsid w:val="002F7FE9"/>
    <w:rsid w:val="0030594A"/>
    <w:rsid w:val="00307B16"/>
    <w:rsid w:val="00312A38"/>
    <w:rsid w:val="00313324"/>
    <w:rsid w:val="003234B3"/>
    <w:rsid w:val="00326F90"/>
    <w:rsid w:val="0032767C"/>
    <w:rsid w:val="00330E28"/>
    <w:rsid w:val="00334010"/>
    <w:rsid w:val="00343F44"/>
    <w:rsid w:val="00356D10"/>
    <w:rsid w:val="00360CAE"/>
    <w:rsid w:val="003662F9"/>
    <w:rsid w:val="00374D52"/>
    <w:rsid w:val="003846A0"/>
    <w:rsid w:val="003A0348"/>
    <w:rsid w:val="003B5F25"/>
    <w:rsid w:val="003D126D"/>
    <w:rsid w:val="003E1B51"/>
    <w:rsid w:val="003E72DD"/>
    <w:rsid w:val="003F6946"/>
    <w:rsid w:val="00403542"/>
    <w:rsid w:val="00430226"/>
    <w:rsid w:val="0044006B"/>
    <w:rsid w:val="00446266"/>
    <w:rsid w:val="00453B39"/>
    <w:rsid w:val="004816A6"/>
    <w:rsid w:val="0048386F"/>
    <w:rsid w:val="00483E35"/>
    <w:rsid w:val="00490E05"/>
    <w:rsid w:val="00493F59"/>
    <w:rsid w:val="004B12F4"/>
    <w:rsid w:val="004B2777"/>
    <w:rsid w:val="004B3141"/>
    <w:rsid w:val="004C120A"/>
    <w:rsid w:val="004D6D95"/>
    <w:rsid w:val="004E1AD6"/>
    <w:rsid w:val="004E50FF"/>
    <w:rsid w:val="004F159C"/>
    <w:rsid w:val="00506C89"/>
    <w:rsid w:val="00512CDE"/>
    <w:rsid w:val="00512F6C"/>
    <w:rsid w:val="0051747D"/>
    <w:rsid w:val="005202A8"/>
    <w:rsid w:val="00522993"/>
    <w:rsid w:val="00523BC4"/>
    <w:rsid w:val="00523E28"/>
    <w:rsid w:val="00526ED6"/>
    <w:rsid w:val="0053400E"/>
    <w:rsid w:val="00534A1F"/>
    <w:rsid w:val="00542575"/>
    <w:rsid w:val="0054504C"/>
    <w:rsid w:val="00552E88"/>
    <w:rsid w:val="005555B1"/>
    <w:rsid w:val="005702A2"/>
    <w:rsid w:val="00575626"/>
    <w:rsid w:val="00581E83"/>
    <w:rsid w:val="00590297"/>
    <w:rsid w:val="00590A00"/>
    <w:rsid w:val="00593245"/>
    <w:rsid w:val="00597F66"/>
    <w:rsid w:val="005A3C42"/>
    <w:rsid w:val="005C70BF"/>
    <w:rsid w:val="005D088F"/>
    <w:rsid w:val="005D0D37"/>
    <w:rsid w:val="005F0294"/>
    <w:rsid w:val="005F6F00"/>
    <w:rsid w:val="00600C19"/>
    <w:rsid w:val="0061556E"/>
    <w:rsid w:val="00636D4E"/>
    <w:rsid w:val="00667AEB"/>
    <w:rsid w:val="00672B15"/>
    <w:rsid w:val="006903C4"/>
    <w:rsid w:val="006955CF"/>
    <w:rsid w:val="00696218"/>
    <w:rsid w:val="006C016A"/>
    <w:rsid w:val="006E7E3C"/>
    <w:rsid w:val="00714A04"/>
    <w:rsid w:val="007319E2"/>
    <w:rsid w:val="00762F3C"/>
    <w:rsid w:val="007656CA"/>
    <w:rsid w:val="00781AEB"/>
    <w:rsid w:val="00785FC0"/>
    <w:rsid w:val="007A1B38"/>
    <w:rsid w:val="007C40E6"/>
    <w:rsid w:val="007D004F"/>
    <w:rsid w:val="007D0831"/>
    <w:rsid w:val="007E3768"/>
    <w:rsid w:val="007F1542"/>
    <w:rsid w:val="007F5DE5"/>
    <w:rsid w:val="007F60ED"/>
    <w:rsid w:val="00813FA6"/>
    <w:rsid w:val="00815754"/>
    <w:rsid w:val="00823281"/>
    <w:rsid w:val="00836AF7"/>
    <w:rsid w:val="00840CC4"/>
    <w:rsid w:val="00847821"/>
    <w:rsid w:val="00860753"/>
    <w:rsid w:val="00872255"/>
    <w:rsid w:val="008818C4"/>
    <w:rsid w:val="008859DE"/>
    <w:rsid w:val="008A433A"/>
    <w:rsid w:val="008A776F"/>
    <w:rsid w:val="008B7C3D"/>
    <w:rsid w:val="008C11FE"/>
    <w:rsid w:val="008C28F7"/>
    <w:rsid w:val="008D2E68"/>
    <w:rsid w:val="008E6F3E"/>
    <w:rsid w:val="0090079B"/>
    <w:rsid w:val="00901C3D"/>
    <w:rsid w:val="00901E5B"/>
    <w:rsid w:val="00903A43"/>
    <w:rsid w:val="0090495E"/>
    <w:rsid w:val="00922EDD"/>
    <w:rsid w:val="00926B9A"/>
    <w:rsid w:val="00932335"/>
    <w:rsid w:val="00932396"/>
    <w:rsid w:val="0093274C"/>
    <w:rsid w:val="009463F9"/>
    <w:rsid w:val="0094740C"/>
    <w:rsid w:val="009546BB"/>
    <w:rsid w:val="00975B71"/>
    <w:rsid w:val="009767A4"/>
    <w:rsid w:val="00977031"/>
    <w:rsid w:val="00977BA1"/>
    <w:rsid w:val="0098040C"/>
    <w:rsid w:val="00987C31"/>
    <w:rsid w:val="009910AF"/>
    <w:rsid w:val="009963FF"/>
    <w:rsid w:val="009B0DBB"/>
    <w:rsid w:val="009C192C"/>
    <w:rsid w:val="009D0DC3"/>
    <w:rsid w:val="009D4B49"/>
    <w:rsid w:val="009D4CA1"/>
    <w:rsid w:val="009F02BA"/>
    <w:rsid w:val="00A028E5"/>
    <w:rsid w:val="00A05451"/>
    <w:rsid w:val="00A32EDC"/>
    <w:rsid w:val="00A3546B"/>
    <w:rsid w:val="00A517BF"/>
    <w:rsid w:val="00A55BFB"/>
    <w:rsid w:val="00A6075C"/>
    <w:rsid w:val="00A84258"/>
    <w:rsid w:val="00AA1D8D"/>
    <w:rsid w:val="00AA2B22"/>
    <w:rsid w:val="00AA4842"/>
    <w:rsid w:val="00AA4C40"/>
    <w:rsid w:val="00AB6027"/>
    <w:rsid w:val="00AB643B"/>
    <w:rsid w:val="00AC4958"/>
    <w:rsid w:val="00AD2640"/>
    <w:rsid w:val="00AD611B"/>
    <w:rsid w:val="00AE400F"/>
    <w:rsid w:val="00AF089A"/>
    <w:rsid w:val="00AF174E"/>
    <w:rsid w:val="00B021F6"/>
    <w:rsid w:val="00B028BF"/>
    <w:rsid w:val="00B05D4B"/>
    <w:rsid w:val="00B25F6A"/>
    <w:rsid w:val="00B31CE2"/>
    <w:rsid w:val="00B46E0B"/>
    <w:rsid w:val="00B47730"/>
    <w:rsid w:val="00B57065"/>
    <w:rsid w:val="00B623AC"/>
    <w:rsid w:val="00B70FA1"/>
    <w:rsid w:val="00B74661"/>
    <w:rsid w:val="00B81574"/>
    <w:rsid w:val="00B85562"/>
    <w:rsid w:val="00B9668F"/>
    <w:rsid w:val="00BA0CB2"/>
    <w:rsid w:val="00BA3C7C"/>
    <w:rsid w:val="00BA496A"/>
    <w:rsid w:val="00BA4EB9"/>
    <w:rsid w:val="00BC4C1F"/>
    <w:rsid w:val="00BE0A4A"/>
    <w:rsid w:val="00BE3D6A"/>
    <w:rsid w:val="00BF2C52"/>
    <w:rsid w:val="00C13C1E"/>
    <w:rsid w:val="00C14212"/>
    <w:rsid w:val="00C1686B"/>
    <w:rsid w:val="00C249E9"/>
    <w:rsid w:val="00C323C4"/>
    <w:rsid w:val="00C41C7D"/>
    <w:rsid w:val="00C475A6"/>
    <w:rsid w:val="00C52346"/>
    <w:rsid w:val="00C570D1"/>
    <w:rsid w:val="00C638DC"/>
    <w:rsid w:val="00C7161F"/>
    <w:rsid w:val="00C776F0"/>
    <w:rsid w:val="00C8124D"/>
    <w:rsid w:val="00C813F1"/>
    <w:rsid w:val="00C86B85"/>
    <w:rsid w:val="00C91992"/>
    <w:rsid w:val="00C93B83"/>
    <w:rsid w:val="00CB0664"/>
    <w:rsid w:val="00CB0980"/>
    <w:rsid w:val="00CB4541"/>
    <w:rsid w:val="00CD1104"/>
    <w:rsid w:val="00CD173F"/>
    <w:rsid w:val="00CE33C4"/>
    <w:rsid w:val="00D066E2"/>
    <w:rsid w:val="00D25549"/>
    <w:rsid w:val="00D33471"/>
    <w:rsid w:val="00D36137"/>
    <w:rsid w:val="00D53440"/>
    <w:rsid w:val="00D55790"/>
    <w:rsid w:val="00D6776E"/>
    <w:rsid w:val="00D7526D"/>
    <w:rsid w:val="00D807A6"/>
    <w:rsid w:val="00D95717"/>
    <w:rsid w:val="00DA38C5"/>
    <w:rsid w:val="00DB20A1"/>
    <w:rsid w:val="00DB49B5"/>
    <w:rsid w:val="00DB53BD"/>
    <w:rsid w:val="00DD483E"/>
    <w:rsid w:val="00DD6992"/>
    <w:rsid w:val="00DF093B"/>
    <w:rsid w:val="00E17B15"/>
    <w:rsid w:val="00E2208B"/>
    <w:rsid w:val="00E25C75"/>
    <w:rsid w:val="00E30800"/>
    <w:rsid w:val="00E34AD7"/>
    <w:rsid w:val="00E47CA3"/>
    <w:rsid w:val="00E543A6"/>
    <w:rsid w:val="00E57AD6"/>
    <w:rsid w:val="00E6098E"/>
    <w:rsid w:val="00E61261"/>
    <w:rsid w:val="00E72498"/>
    <w:rsid w:val="00E7727A"/>
    <w:rsid w:val="00E92B71"/>
    <w:rsid w:val="00E97022"/>
    <w:rsid w:val="00EA6266"/>
    <w:rsid w:val="00EB7F86"/>
    <w:rsid w:val="00EC2B4C"/>
    <w:rsid w:val="00EC48B6"/>
    <w:rsid w:val="00ED14DD"/>
    <w:rsid w:val="00ED3043"/>
    <w:rsid w:val="00EE0D5F"/>
    <w:rsid w:val="00EE231E"/>
    <w:rsid w:val="00EE4811"/>
    <w:rsid w:val="00EE5856"/>
    <w:rsid w:val="00EE7B13"/>
    <w:rsid w:val="00EF4E1D"/>
    <w:rsid w:val="00F0093E"/>
    <w:rsid w:val="00F1279E"/>
    <w:rsid w:val="00F240CA"/>
    <w:rsid w:val="00F44326"/>
    <w:rsid w:val="00F669F2"/>
    <w:rsid w:val="00F813EE"/>
    <w:rsid w:val="00F833A8"/>
    <w:rsid w:val="00F853F4"/>
    <w:rsid w:val="00F97DC9"/>
    <w:rsid w:val="00FC5CCD"/>
    <w:rsid w:val="00FC693F"/>
    <w:rsid w:val="00FC7CCB"/>
    <w:rsid w:val="00FD6BF9"/>
    <w:rsid w:val="00FD7D4F"/>
    <w:rsid w:val="00FE60CB"/>
    <w:rsid w:val="00FE7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skoola Pota" w:hAnsi="Iskoola Pot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B9668F"/>
    <w:pPr>
      <w:autoSpaceDE w:val="0"/>
      <w:autoSpaceDN w:val="0"/>
      <w:adjustRightInd w:val="0"/>
      <w:spacing w:after="0" w:line="240" w:lineRule="auto"/>
    </w:pPr>
    <w:rPr>
      <w:rFonts w:ascii="Iskoola Pota" w:hAnsi="Iskoola Pota" w:cs="Iskoola Pota"/>
      <w:color w:val="000000"/>
      <w:sz w:val="24"/>
      <w:szCs w:val="24"/>
      <w:lang w:bidi="si-LK"/>
    </w:rPr>
  </w:style>
  <w:style w:type="character" w:styleId="Hyperlink">
    <w:name w:val="Hyperlink"/>
    <w:basedOn w:val="DefaultParagraphFont"/>
    <w:uiPriority w:val="99"/>
    <w:unhideWhenUsed/>
    <w:rsid w:val="00903A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6B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childwomenmin.gov.lk" TargetMode="External"/><Relationship Id="rId13" Type="http://schemas.openxmlformats.org/officeDocument/2006/relationships/hyperlink" Target="http://www.childprotection.gov.l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hildprotection.gov.l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bation.gov.l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hildprotection.gov.lk" TargetMode="External"/><Relationship Id="rId10" Type="http://schemas.openxmlformats.org/officeDocument/2006/relationships/hyperlink" Target="http://www.childprotection.gov.l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ildwomenmin.gov.lk/" TargetMode="External"/><Relationship Id="rId14" Type="http://schemas.openxmlformats.org/officeDocument/2006/relationships/hyperlink" Target="http://www.childprotection.gov.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AB06E3-9A3E-4957-A503-08BBA2F49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21</Pages>
  <Words>6949</Words>
  <Characters>39614</Characters>
  <Application>Microsoft Office Word</Application>
  <DocSecurity>0</DocSecurity>
  <Lines>330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Admin_lakshika</cp:lastModifiedBy>
  <cp:revision>111</cp:revision>
  <cp:lastPrinted>2026-09-28T04:08:00Z</cp:lastPrinted>
  <dcterms:created xsi:type="dcterms:W3CDTF">2026-08-16T00:27:00Z</dcterms:created>
  <dcterms:modified xsi:type="dcterms:W3CDTF">2026-09-28T04:13:00Z</dcterms:modified>
</cp:coreProperties>
</file>